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2026 Amsterdam Guide: What to Expect, Tickets and Tips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Calling all expats and visitors: Amsterdam is gearing up to host WorldPride 2026, a fifteen-day celebration of unity, protest and joy , and yes, Madonna will headline a marquee show. Here’s what matters, where to go, and how to make the most of Pride in a city already draped in rainbows.</w:t>
      </w:r>
      <w:r/>
    </w:p>
    <w:p>
      <w:r/>
      <w:r>
        <w:t>Essential Takeaways</w:t>
      </w:r>
      <w:r/>
      <w:r/>
    </w:p>
    <w:p>
      <w:pPr>
        <w:pStyle w:val="ListBullet"/>
        <w:spacing w:line="240" w:lineRule="auto"/>
        <w:ind w:left="720"/>
      </w:pPr>
      <w:r/>
      <w:r>
        <w:rPr>
          <w:b/>
        </w:rPr>
        <w:t>Dates and scope:</w:t>
      </w:r>
      <w:r>
        <w:t xml:space="preserve"> WorldPride runs across Amsterdam for fifteen days with events citywide, from marches to museum programmes.</w:t>
      </w:r>
      <w:r/>
    </w:p>
    <w:p>
      <w:pPr>
        <w:pStyle w:val="ListBullet"/>
        <w:spacing w:line="240" w:lineRule="auto"/>
        <w:ind w:left="720"/>
      </w:pPr>
      <w:r/>
      <w:r>
        <w:rPr>
          <w:b/>
        </w:rPr>
        <w:t>Headline act:</w:t>
      </w:r>
      <w:r>
        <w:t xml:space="preserve"> Madonna will perform as part of her Club Confessions tour during Pride, drawing large crowds.</w:t>
      </w:r>
      <w:r/>
    </w:p>
    <w:p>
      <w:pPr>
        <w:pStyle w:val="ListBullet"/>
        <w:spacing w:line="240" w:lineRule="auto"/>
        <w:ind w:left="720"/>
      </w:pPr>
      <w:r/>
      <w:r>
        <w:rPr>
          <w:b/>
        </w:rPr>
        <w:t>Historic context:</w:t>
      </w:r>
      <w:r>
        <w:t xml:space="preserve"> The festival also marks 25 years since the Netherlands legalised same-sex marriage, a milestone tied to Amsterdam’s civic legacy.</w:t>
      </w:r>
      <w:r/>
    </w:p>
    <w:p>
      <w:pPr>
        <w:pStyle w:val="ListBullet"/>
        <w:spacing w:line="240" w:lineRule="auto"/>
        <w:ind w:left="720"/>
      </w:pPr>
      <w:r/>
      <w:r>
        <w:rPr>
          <w:b/>
        </w:rPr>
        <w:t>Practical vibe:</w:t>
      </w:r>
      <w:r>
        <w:t xml:space="preserve"> Expect busy canals, packed terraces and a festive, diverse atmosphere , plan transport and book early.</w:t>
      </w:r>
      <w:r/>
    </w:p>
    <w:p>
      <w:pPr>
        <w:pStyle w:val="ListBullet"/>
        <w:spacing w:line="240" w:lineRule="auto"/>
        <w:ind w:left="720"/>
      </w:pPr>
      <w:r/>
      <w:r>
        <w:rPr>
          <w:b/>
        </w:rPr>
        <w:t>Local support:</w:t>
      </w:r>
      <w:r>
        <w:t xml:space="preserve"> City resources and organisers offer accessibility info, safety guidance and official event schedules.</w:t>
      </w:r>
      <w:r/>
      <w:r/>
    </w:p>
    <w:p>
      <w:pPr>
        <w:pStyle w:val="Heading2"/>
      </w:pPr>
      <w:r>
        <w:t>Why WorldPride in Amsterdam feels both festive and meaningful</w:t>
      </w:r>
      <w:r/>
    </w:p>
    <w:p>
      <w:r/>
      <w:r>
        <w:t>Walk down any central canal and you’ll notice the city looks louder, kinder and very, very colourful , there’s a hum to the streets that’s part celebration, part civic statement. Amsterdam was chosen to host WorldPride because it’s long been a global beacon for LGBTQIA+ rights, and this year the programme doubles as commemoration: 25 years since the Netherlands led the world on marriage equality. According to the official WorldPride site, organisers aim to blend parties with politics, so you’ll find both concerts and panels on human rights and inclusion.</w:t>
      </w:r>
      <w:r/>
    </w:p>
    <w:p>
      <w:pPr>
        <w:pStyle w:val="Heading2"/>
      </w:pPr>
      <w:r>
        <w:t>What’s on: parades, programmes and Madonna’s headline show</w:t>
      </w:r>
      <w:r/>
    </w:p>
    <w:p>
      <w:r/>
      <w:r>
        <w:t>The festival covers everything from the Canal Parade to debates, film screenings and community meet-ups across neighbourhoods. Madonna’s Club Confessions stop is the headline moment many will plan around, and it’s expected to attract huge crowds given her recent stadium dates in major cities. The official Amsterdam Pride and WorldPride schedules list ticketed concerts alongside free city events, so you can pick a mix of big shows and smaller, grassroots happenings.</w:t>
      </w:r>
      <w:r/>
    </w:p>
    <w:p>
      <w:pPr>
        <w:pStyle w:val="Heading2"/>
      </w:pPr>
      <w:r>
        <w:t>Planning practicalities: tickets, transport and crowds</w:t>
      </w:r>
      <w:r/>
    </w:p>
    <w:p>
      <w:r/>
      <w:r>
        <w:t>If you’re going for Madonna or any major event, buy tickets from official channels early , headline shows sell fast. Expect central tram and metro lines to be busier, so give yourself time and consider walking between close sites; the canals are beautiful but slow-moving when promenades are packed. The city’s official Pride pages offer maps, accessibility options and safety tips, which is handy if you need calmer spaces or specific services.</w:t>
      </w:r>
      <w:r/>
    </w:p>
    <w:p>
      <w:pPr>
        <w:pStyle w:val="Heading2"/>
      </w:pPr>
      <w:r>
        <w:t>Staying safe and respectful in a huge global event</w:t>
      </w:r>
      <w:r/>
    </w:p>
    <w:p>
      <w:r/>
      <w:r>
        <w:t>WorldPride blends celebration with protest, so it’s wise to be aware of the tone at particular events: some are party-first, others are commemorative or activist-led. Follow guidance from organisers about pick-up/drop-off points, bag policies, and emergency contacts. Locals tend to be welcoming, and the festival has a strong community focus , so enjoy the atmosphere but respect personal space and local neighbours.</w:t>
      </w:r>
      <w:r/>
    </w:p>
    <w:p>
      <w:pPr>
        <w:pStyle w:val="Heading2"/>
      </w:pPr>
      <w:r>
        <w:t>How to experience the best of Amsterdam beyond the big stages</w:t>
      </w:r>
      <w:r/>
    </w:p>
    <w:p>
      <w:r/>
      <w:r>
        <w:t>Don’t let the headline acts be the only reason you visit. Dive into neighbourhood events, museum exhibitions tied to Pride themes, and small venue gigs that showcase local queer culture. The canals offer unique parade vantage points but also quieter streets for post-parade drinks; meanwhile, city tourism pages list recommended routes and nearby amenities. It’s a chance to connect with both the global and the local sides of Pride.</w:t>
      </w:r>
      <w:r/>
    </w:p>
    <w:p>
      <w:r/>
      <w:r>
        <w:t>It’s a small change that can make every visit to Pride feel richer , plan a little, pack patience, and soak up the 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https://www.expatrepublic.com/worldpride-2026-amsterdam-madonna/?utm_source=rss&amp;utm_medium=rss&amp;utm_campaign=worldpride-2026-amsterdam-madonna</w:t>
        </w:r>
      </w:hyperlink>
      <w:r>
        <w:t xml:space="preserve"> - Please view link - unable to able to access data</w:t>
      </w:r>
      <w:r/>
    </w:p>
    <w:p>
      <w:pPr>
        <w:pStyle w:val="ListNumber"/>
        <w:spacing w:line="240" w:lineRule="auto"/>
        <w:ind w:left="720"/>
      </w:pPr>
      <w:r/>
      <w:hyperlink r:id="rId10">
        <w:r>
          <w:rPr>
            <w:color w:val="0000EE"/>
            <w:u w:val="single"/>
          </w:rPr>
          <w:t>https://worldpride.amsterdam/</w:t>
        </w:r>
      </w:hyperlink>
      <w:r>
        <w:t xml:space="preserve"> - Amsterdam is set to host WorldPride 2026, celebrating its reputation as a city of tolerance and diversity. With 180 nationalities, Amsterdam is the most diverse city globally. The event will commemorate 25 years since the world's first same-sex marriage was conducted by the former mayor in 2001. The theme for WorldPride 2026 is 'UNITY', aiming to promote inclusivity and togetherness for the LGBTQIA+ community.</w:t>
      </w:r>
      <w:r/>
    </w:p>
    <w:p>
      <w:pPr>
        <w:pStyle w:val="ListNumber"/>
        <w:spacing w:line="240" w:lineRule="auto"/>
        <w:ind w:left="720"/>
      </w:pPr>
      <w:r/>
      <w:hyperlink r:id="rId11">
        <w:r>
          <w:rPr>
            <w:color w:val="0000EE"/>
            <w:u w:val="single"/>
          </w:rPr>
          <w:t>https://www.amsterdam.nl/en/news/worldpride/</w:t>
        </w:r>
      </w:hyperlink>
      <w:r>
        <w:t xml:space="preserve"> - From 25 July to 8 August 2026, Amsterdam will host WorldPride for the first time under the theme 'UNITY'. The city celebrates diversity, freedom, and equal rights for LGBTQIA+ people. Major events include the Pride Walk, Pride Park, Canal Parade, street parties, and the Closing Concert on Museumplein. The programme also features sports events, personal stories, theatre, and comedy performances.</w:t>
      </w:r>
      <w:r/>
    </w:p>
    <w:p>
      <w:pPr>
        <w:pStyle w:val="ListNumber"/>
        <w:spacing w:line="240" w:lineRule="auto"/>
        <w:ind w:left="720"/>
      </w:pPr>
      <w:r/>
      <w:hyperlink r:id="rId12">
        <w:r>
          <w:rPr>
            <w:color w:val="0000EE"/>
            <w:u w:val="single"/>
          </w:rPr>
          <w:t>https://www.interpride.org/worldpride/</w:t>
        </w:r>
      </w:hyperlink>
      <w:r>
        <w:t xml:space="preserve"> - WorldPride is a global event that brings together the LGBTQIA+ community to celebrate diversity and equal rights. Amsterdam will host WorldPride 2026, marking 25 years since the world's first same-sex marriage was conducted by the former mayor in 2001. The event aims to promote inclusivity and unity for the LGBTQIA+ community.</w:t>
      </w:r>
      <w:r/>
    </w:p>
    <w:p>
      <w:pPr>
        <w:pStyle w:val="ListNumber"/>
        <w:spacing w:line="240" w:lineRule="auto"/>
        <w:ind w:left="720"/>
      </w:pPr>
      <w:r/>
      <w:hyperlink r:id="rId13">
        <w:r>
          <w:rPr>
            <w:color w:val="0000EE"/>
            <w:u w:val="single"/>
          </w:rPr>
          <w:t>https://www.holland.com/global/press/newsroom/dertig-jaar-amsterdam-pride</w:t>
        </w:r>
      </w:hyperlink>
      <w:r>
        <w:t xml:space="preserve"> - In 2026, Amsterdam will host WorldPride, celebrating 30 years since the city's first Canal Parade. The event will bring together millions of people to celebrate diversity, equality, and inclusion. Alongside cultural events, community gatherings, and the iconic Canal Parade, WorldPride offers an opportunity to celebrate Amsterdam's long-standing reputation as an open, inclusive, and welcoming destination.</w:t>
      </w:r>
      <w:r/>
    </w:p>
    <w:p>
      <w:pPr>
        <w:pStyle w:val="ListNumber"/>
        <w:spacing w:line="240" w:lineRule="auto"/>
        <w:ind w:left="720"/>
      </w:pPr>
      <w:r/>
      <w:hyperlink r:id="rId14">
        <w:r>
          <w:rPr>
            <w:color w:val="0000EE"/>
            <w:u w:val="single"/>
          </w:rPr>
          <w:t>https://pride.amsterdam/en/</w:t>
        </w:r>
      </w:hyperlink>
      <w:r>
        <w:t xml:space="preserve"> - WorldPride Amsterdam 2026 will feature a Canal Parade on 1 August 2026, with a unique WorldPride Stadium on the Prinsengracht accommodating around 10,000 seats. The UNITY Concert on 4 August at Museumplein will showcase performances by artists like Olly Alexander (Years &amp; Years), Lion Babe, and The Blessed Madonna. The Wedding Party XXL on 6 August will celebrate love in the heart of Amsterdam.</w:t>
      </w:r>
      <w:r/>
    </w:p>
    <w:p>
      <w:pPr>
        <w:pStyle w:val="ListNumber"/>
        <w:spacing w:line="240" w:lineRule="auto"/>
        <w:ind w:left="720"/>
      </w:pPr>
      <w:r/>
      <w:hyperlink r:id="rId9">
        <w:r>
          <w:rPr>
            <w:color w:val="0000EE"/>
            <w:u w:val="single"/>
          </w:rPr>
          <w:t>https://www.expatrepublic.com/worldpride-2026-amsterdam-madonna/?utm_source=rss&amp;utm_medium=rss&amp;utm_campaign=worldpride-2026-amsterdam-madonna</w:t>
        </w:r>
      </w:hyperlink>
      <w:r>
        <w:t xml:space="preserve"> - Amsterdam is preparing for WorldPride 2026, a fifteen-day celebration of affection, protest, and togetherness. The canal parade is world-famous. The first WorldPride was held in Rome in 2000, with subsequent events in cities like Jerusalem, London, Toronto, Madrid, New York, Copenhagen, and Sydney. Host cities are chosen by InterPride. Amsterdam is known for hosting more than 180 nationalities, making it one of the most diverse and cosmopolitan cities. The theme for WorldPride 2026 is 'UNITY', aiming to serve as a beacon of unity, togetherness, and affection for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xpatrepublic.com/worldpride-2026-amsterdam-madonna/?utm_source=rss&amp;utm_medium=rss&amp;utm_campaign=worldpride-2026-amsterdam-madonna" TargetMode="External"/><Relationship Id="rId10" Type="http://schemas.openxmlformats.org/officeDocument/2006/relationships/hyperlink" Target="https://worldpride.amsterdam/"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interpride.org/worldpride/" TargetMode="External"/><Relationship Id="rId13" Type="http://schemas.openxmlformats.org/officeDocument/2006/relationships/hyperlink" Target="https://www.holland.com/global/press/newsroom/dertig-jaar-amsterdam-pride" TargetMode="External"/><Relationship Id="rId14" Type="http://schemas.openxmlformats.org/officeDocument/2006/relationships/hyperlink" Target="https://pride.amsterda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