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Amsterdam Safety Tips and What to Expect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fans are heading to Amsterdam for World Pride, and organisers have tightened security after a recent attack in Germany , here's what to know, where to go, and how to stay safe while enjoying two weeks of parades, concerts and the famous canal boats.</w:t>
      </w:r>
      <w:r/>
    </w:p>
    <w:p>
      <w:r/>
      <w:r>
        <w:t>Essential Takeaways</w:t>
      </w:r>
      <w:r/>
      <w:r/>
    </w:p>
    <w:p>
      <w:pPr>
        <w:pStyle w:val="ListBullet"/>
        <w:spacing w:line="240" w:lineRule="auto"/>
        <w:ind w:left="720"/>
      </w:pPr>
      <w:r/>
      <w:r>
        <w:rPr>
          <w:b/>
        </w:rPr>
        <w:t>Heightened security:</w:t>
      </w:r>
      <w:r>
        <w:t xml:space="preserve"> Amsterdam increased measures hours after the Berlin attack; expect bag checks and bigger police presence.</w:t>
      </w:r>
      <w:r/>
    </w:p>
    <w:p>
      <w:pPr>
        <w:pStyle w:val="ListBullet"/>
        <w:spacing w:line="240" w:lineRule="auto"/>
        <w:ind w:left="720"/>
      </w:pPr>
      <w:r/>
      <w:r>
        <w:rPr>
          <w:b/>
        </w:rPr>
        <w:t>Two-week festival:</w:t>
      </w:r>
      <w:r>
        <w:t xml:space="preserve"> World Pride runs across the city with concerts, talks and the Canal Parade drawing huge crowds.</w:t>
      </w:r>
      <w:r/>
    </w:p>
    <w:p>
      <w:pPr>
        <w:pStyle w:val="ListBullet"/>
        <w:spacing w:line="240" w:lineRule="auto"/>
        <w:ind w:left="720"/>
      </w:pPr>
      <w:r/>
      <w:r>
        <w:rPr>
          <w:b/>
        </w:rPr>
        <w:t>Canal Parade highlight:</w:t>
      </w:r>
      <w:r>
        <w:t xml:space="preserve"> Colourful boat flotillas glide the grachten; arrive early for riverside spots and expect a festive, loud atmosphere.</w:t>
      </w:r>
      <w:r/>
    </w:p>
    <w:p>
      <w:pPr>
        <w:pStyle w:val="ListBullet"/>
        <w:spacing w:line="240" w:lineRule="auto"/>
        <w:ind w:left="720"/>
      </w:pPr>
      <w:r/>
      <w:r>
        <w:rPr>
          <w:b/>
        </w:rPr>
        <w:t>Practical travel tips:</w:t>
      </w:r>
      <w:r>
        <w:t xml:space="preserve"> Use public transport, check event house rules, and carry ID; some zones may restrict items or re-route foot traffic.</w:t>
      </w:r>
      <w:r/>
    </w:p>
    <w:p>
      <w:pPr>
        <w:pStyle w:val="ListBullet"/>
        <w:spacing w:line="240" w:lineRule="auto"/>
        <w:ind w:left="720"/>
      </w:pPr>
      <w:r/>
      <w:r>
        <w:rPr>
          <w:b/>
        </w:rPr>
        <w:t>Accessibility and rules:</w:t>
      </w:r>
      <w:r>
        <w:t xml:space="preserve"> Organisers publish clear safety and house rules; follow stewards’ instructions and look for help points if needed.</w:t>
      </w:r>
      <w:r/>
      <w:r/>
    </w:p>
    <w:p>
      <w:pPr>
        <w:pStyle w:val="Heading2"/>
      </w:pPr>
      <w:r>
        <w:t>What changed after the Berlin attack , security first</w:t>
      </w:r>
      <w:r/>
    </w:p>
    <w:p>
      <w:r/>
      <w:r>
        <w:t>City officials moved fast when news of the Berlin incident broke, announcing stepped-up security across World Pride venues. You’ll notice more uniformed officers, controlled entry points and random bag inspections at big stages and parade gathering spots. According to Pride Amsterdam’s safety guidance, that extra presence is meant to keep the festival welcoming and visible while discouraging troublemakers. For visitors, the simple rule is: arrive early, expect delays, and follow steward directions rather than arguing at checkpoints.</w:t>
      </w:r>
      <w:r/>
    </w:p>
    <w:p>
      <w:pPr>
        <w:pStyle w:val="Heading2"/>
      </w:pPr>
      <w:r>
        <w:t>Two weeks of events , more than just a parade</w:t>
      </w:r>
      <w:r/>
    </w:p>
    <w:p>
      <w:r/>
      <w:r>
        <w:t>World Pride spans around fourteen days with a packed programme: concerts, debates, art shows and community gatherings alongside the headline Canal Parade. The festival’s official site lays out daily events so you can plan a mix of daytime talks and evening concerts. If you’re prioritising headline acts or the Madonna show, book early and factor in queuing time , big names pull big crowds, and that means more security procedures at access points.</w:t>
      </w:r>
      <w:r/>
    </w:p>
    <w:p>
      <w:pPr>
        <w:pStyle w:val="Heading2"/>
      </w:pPr>
      <w:r>
        <w:t>Canal Parade , how to get the best view</w:t>
      </w:r>
      <w:r/>
    </w:p>
    <w:p>
      <w:r/>
      <w:r>
        <w:t>The Canal Parade is the visual heart of Pride Amsterdam, a colourful procession of decorated boats winding through the city’s canals. Official parade information recommends claiming riverside vantage points well before the start, and using authorised viewing areas to avoid being moved later. The atmosphere is loud, exuberant and drenched in colour; but remember, canals are narrow and crowded, so watch your step and keep valuables tucked away. If you prefer a calmer perspective, several licensed boat operators offer ticketed viewing cruises.</w:t>
      </w:r>
      <w:r/>
    </w:p>
    <w:p>
      <w:pPr>
        <w:pStyle w:val="Heading2"/>
      </w:pPr>
      <w:r>
        <w:t>Travel and house rules , small steps that save time</w:t>
      </w:r>
      <w:r/>
    </w:p>
    <w:p>
      <w:r/>
      <w:r>
        <w:t>Organisers publish practical travel and house rules to keep things smooth: public transport is the best way to move around, some streets close, and certain items may be restricted at venues. Pride Amsterdam’s travel and safety pages suggest checking tram and metro schedules and carrying an ID. Stewards enforce the Huisregels (house rules) to protect performers and attendees, so respect signage and staff requests. A compact day pack, comfortable shoes and a fully charged phone will make your day much easier.</w:t>
      </w:r>
      <w:r/>
    </w:p>
    <w:p>
      <w:pPr>
        <w:pStyle w:val="Heading2"/>
      </w:pPr>
      <w:r>
        <w:t>What to pack and how to behave , practical tips</w:t>
      </w:r>
      <w:r/>
    </w:p>
    <w:p>
      <w:r/>
      <w:r>
        <w:t>Bring layers, because Dutch weather can change mid-afternoon, and a refillable water bottle to stay hydrated in the crowds. For safety, avoid bringing large bags and wear something bright if you want to be part of the spectacle. Be mindful of personal space and consent; Pride is a celebration but also a public space where many people , families, older visitors and international guests , mingle. If you spot anything suspicious or someone needs help, find a steward or police officer rather than trying to intervene.</w:t>
      </w:r>
      <w:r/>
    </w:p>
    <w:p>
      <w:r/>
      <w:r>
        <w:t>It's a small change in planning that can make every moment at World Pride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10">
        <w:r>
          <w:rPr>
            <w:color w:val="0000EE"/>
            <w:u w:val="single"/>
          </w:rPr>
          <w:t>[4]</w:t>
        </w:r>
      </w:hyperlink>
      <w:r>
        <w:t xml:space="preserve">, </w:t>
      </w:r>
      <w:hyperlink r:id="rId15">
        <w:r>
          <w:rPr>
            <w:color w:val="0000EE"/>
            <w:u w:val="single"/>
          </w:rPr>
          <w:t>[5]</w:t>
        </w:r>
      </w:hyperlink>
      <w:r>
        <w:t xml:space="preserve">- Paragraph 5: </w:t>
      </w:r>
      <w:hyperlink r:id="rId15">
        <w:r>
          <w:rPr>
            <w:color w:val="0000EE"/>
            <w:u w:val="single"/>
          </w:rPr>
          <w:t>[5]</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https://www.faz.net/aktuell/gesellschaft/menschen/koenigin-maxima-bei-der-world-pride-in-amsterdam-accg-201079437.html</w:t>
        </w:r>
      </w:hyperlink>
      <w:r>
        <w:t xml:space="preserve"> - Please view link - unable to able to access data</w:t>
      </w:r>
      <w:r/>
    </w:p>
    <w:p>
      <w:pPr>
        <w:pStyle w:val="ListNumber"/>
        <w:spacing w:line="240" w:lineRule="auto"/>
        <w:ind w:left="720"/>
      </w:pPr>
      <w:r/>
      <w:hyperlink r:id="rId11">
        <w:r>
          <w:rPr>
            <w:color w:val="0000EE"/>
            <w:u w:val="single"/>
          </w:rPr>
          <w:t>https://pride.amsterdam/en/</w:t>
        </w:r>
      </w:hyperlink>
      <w:r>
        <w:t xml:space="preserve"> - Pride Amsterdam 2026 is scheduled from 25 July to 8 August, featuring events like the Canal Parade on 1 August, concerts at Museumplein, and the Wedding Party XXL on 6 August. The Canal Parade will pass through a WorldPride Stadium on Prinsengracht, offering a unique experience for attendees. Tickets and more information are available on the official website.</w:t>
      </w:r>
      <w:r/>
    </w:p>
    <w:p>
      <w:pPr>
        <w:pStyle w:val="ListNumber"/>
        <w:spacing w:line="240" w:lineRule="auto"/>
        <w:ind w:left="720"/>
      </w:pPr>
      <w:r/>
      <w:hyperlink r:id="rId13">
        <w:r>
          <w:rPr>
            <w:color w:val="0000EE"/>
            <w:u w:val="single"/>
          </w:rPr>
          <w:t>https://pride.amsterdam/en/event/canal-parade/</w:t>
        </w:r>
      </w:hyperlink>
      <w:r>
        <w:t xml:space="preserve"> - The Canal Parade, a highlight of Pride Amsterdam, will take place on Saturday, 1 August 2026, from 12:00 to 18:00. The parade will sail through Amsterdam's canals, starting from Oosterdok and passing through various districts. Due to limited space, visitors arriving by boat need a Pride Vignette to participate.</w:t>
      </w:r>
      <w:r/>
    </w:p>
    <w:p>
      <w:pPr>
        <w:pStyle w:val="ListNumber"/>
        <w:spacing w:line="240" w:lineRule="auto"/>
        <w:ind w:left="720"/>
      </w:pPr>
      <w:r/>
      <w:hyperlink r:id="rId10">
        <w:r>
          <w:rPr>
            <w:color w:val="0000EE"/>
            <w:u w:val="single"/>
          </w:rPr>
          <w:t>https://pride.amsterdam/en/safety-and-travel-information/</w:t>
        </w:r>
      </w:hyperlink>
      <w:r>
        <w:t xml:space="preserve"> - WorldPride Amsterdam 2026 provides safety and travel information for visitors, including visa requirements, customs procedures, and resources for transgender and non-binary attendees. The Netherlands is ranked #13 on the ILGA Rainbow Map 2026, reflecting its commitment to LGBTQ+ rights and safety.</w:t>
      </w:r>
      <w:r/>
    </w:p>
    <w:p>
      <w:pPr>
        <w:pStyle w:val="ListNumber"/>
        <w:spacing w:line="240" w:lineRule="auto"/>
        <w:ind w:left="720"/>
      </w:pPr>
      <w:r/>
      <w:hyperlink r:id="rId15">
        <w:r>
          <w:rPr>
            <w:color w:val="0000EE"/>
            <w:u w:val="single"/>
          </w:rPr>
          <w:t>https://pride.amsterdam/en/huisregels/</w:t>
        </w:r>
      </w:hyperlink>
      <w:r>
        <w:t xml:space="preserve"> - The house rules for WorldPride Amsterdam 2026 outline prohibited items and behaviours, such as bringing dangerous objects, national or organisational flags, drugs, and professional filming equipment without permission. Visitors are required to follow instructions from staff and present valid identification upon request.</w:t>
      </w:r>
      <w:r/>
    </w:p>
    <w:p>
      <w:pPr>
        <w:pStyle w:val="ListNumber"/>
        <w:spacing w:line="240" w:lineRule="auto"/>
        <w:ind w:left="720"/>
      </w:pPr>
      <w:r/>
      <w:hyperlink r:id="rId12">
        <w:r>
          <w:rPr>
            <w:color w:val="0000EE"/>
            <w:u w:val="single"/>
          </w:rPr>
          <w:t>https://flagshipamsterdam.com/pride-parade-2026/</w:t>
        </w:r>
      </w:hyperlink>
      <w:r>
        <w:t xml:space="preserve"> - Flagship Amsterdam offers a 6-hour boat party during Pride Amsterdam 2026, providing a front-row view of the Canal Parade. The package includes unlimited beer, wine, and soft drinks, with prices starting from €150 per person. This experience allows attendees to enjoy the parade from the water in a lively and inclusive environment.</w:t>
      </w:r>
      <w:r/>
    </w:p>
    <w:p>
      <w:pPr>
        <w:pStyle w:val="ListNumber"/>
        <w:spacing w:line="240" w:lineRule="auto"/>
        <w:ind w:left="720"/>
      </w:pPr>
      <w:r/>
      <w:hyperlink r:id="rId14">
        <w:r>
          <w:rPr>
            <w:color w:val="0000EE"/>
            <w:u w:val="single"/>
          </w:rPr>
          <w:t>https://boatamsterdam.com/pride/</w:t>
        </w:r>
      </w:hyperlink>
      <w:r>
        <w:t xml:space="preserve"> - Boat Amsterdam provides open boat rentals for the Canal Pride Amsterdam 2026, offering prime views of the parade with an open bar and onboard toilet. Single tickets and private boat options are available, with prices starting from €120 per person, allowing guests to celebrate Pride in style on the water.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gesellschaft/menschen/koenigin-maxima-bei-der-world-pride-in-amsterdam-accg-201079437.html" TargetMode="External"/><Relationship Id="rId10" Type="http://schemas.openxmlformats.org/officeDocument/2006/relationships/hyperlink" Target="https://pride.amsterdam/en/safety-and-travel-information/" TargetMode="External"/><Relationship Id="rId11" Type="http://schemas.openxmlformats.org/officeDocument/2006/relationships/hyperlink" Target="https://pride.amsterdam/en/" TargetMode="External"/><Relationship Id="rId12" Type="http://schemas.openxmlformats.org/officeDocument/2006/relationships/hyperlink" Target="https://flagshipamsterdam.com/pride-parade-2026/" TargetMode="External"/><Relationship Id="rId13" Type="http://schemas.openxmlformats.org/officeDocument/2006/relationships/hyperlink" Target="https://pride.amsterdam/en/event/canal-parade/" TargetMode="External"/><Relationship Id="rId14" Type="http://schemas.openxmlformats.org/officeDocument/2006/relationships/hyperlink" Target="https://boatamsterdam.com/pride/" TargetMode="External"/><Relationship Id="rId15" Type="http://schemas.openxmlformats.org/officeDocument/2006/relationships/hyperlink" Target="https://pride.amsterdam/en/huisreg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