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 Pride Amsterdam 2026: Celebration, Security and What Visitors Should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out in rainbow colours as World Pride lands on Amsterdam , a huge, jubilant, and admittedly tense affair. The city expects about a million visitors, a 10,000-seat grandstand on the Prinsengracht and beefed-up security after the Berlin attack, so here’s what to expect, why it matters and how to stay calm and safe.</w:t>
      </w:r>
      <w:r/>
    </w:p>
    <w:p>
      <w:r/>
      <w:r>
        <w:t>Essential Takeaways</w:t>
      </w:r>
      <w:r/>
      <w:r/>
    </w:p>
    <w:p>
      <w:pPr>
        <w:pStyle w:val="ListBullet"/>
        <w:spacing w:line="240" w:lineRule="auto"/>
        <w:ind w:left="720"/>
      </w:pPr>
      <w:r/>
      <w:r>
        <w:rPr>
          <w:b/>
        </w:rPr>
        <w:t>Biggest Pride yet:</w:t>
      </w:r>
      <w:r>
        <w:t xml:space="preserve"> Amsterdam has set up a 10,000-seat grandstand for the Canal Parade and expects roughly one million visitors.</w:t>
      </w:r>
      <w:r/>
    </w:p>
    <w:p>
      <w:pPr>
        <w:pStyle w:val="ListBullet"/>
        <w:spacing w:line="240" w:lineRule="auto"/>
        <w:ind w:left="720"/>
      </w:pPr>
      <w:r/>
      <w:r>
        <w:rPr>
          <w:b/>
        </w:rPr>
        <w:t>Tickets range:</w:t>
      </w:r>
      <w:r>
        <w:t xml:space="preserve"> Canal Parade tickets start at €15 for budget spots and climb to €275 for premium views.</w:t>
      </w:r>
      <w:r/>
    </w:p>
    <w:p>
      <w:pPr>
        <w:pStyle w:val="ListBullet"/>
        <w:spacing w:line="240" w:lineRule="auto"/>
        <w:ind w:left="720"/>
      </w:pPr>
      <w:r/>
      <w:r>
        <w:rPr>
          <w:b/>
        </w:rPr>
        <w:t>Visible security:</w:t>
      </w:r>
      <w:r>
        <w:t xml:space="preserve"> Concrete barriers, more reporting points and extra patrols are in place, so the festival feels safer but also more controlled.</w:t>
      </w:r>
      <w:r/>
    </w:p>
    <w:p>
      <w:pPr>
        <w:pStyle w:val="ListBullet"/>
        <w:spacing w:line="240" w:lineRule="auto"/>
        <w:ind w:left="720"/>
      </w:pPr>
      <w:r/>
      <w:r>
        <w:rPr>
          <w:b/>
        </w:rPr>
        <w:t>Community mood:</w:t>
      </w:r>
      <w:r>
        <w:t xml:space="preserve"> Vigils and gatherings are emotional , people report sadness, solidarity and determination to celebrate “now more than ever.”</w:t>
      </w:r>
      <w:r/>
    </w:p>
    <w:p>
      <w:pPr>
        <w:pStyle w:val="ListBullet"/>
        <w:spacing w:line="240" w:lineRule="auto"/>
        <w:ind w:left="720"/>
      </w:pPr>
      <w:r/>
      <w:r>
        <w:rPr>
          <w:b/>
        </w:rPr>
        <w:t>Practical tip:</w:t>
      </w:r>
      <w:r>
        <w:t xml:space="preserve"> Plan routes, allow extra time for travel, and use official reporting channels if you encounter harassment.</w:t>
      </w:r>
      <w:r/>
      <w:r/>
    </w:p>
    <w:p>
      <w:pPr>
        <w:pStyle w:val="Heading2"/>
      </w:pPr>
      <w:r>
        <w:t>What’s changed this year , and why it feels different</w:t>
      </w:r>
      <w:r/>
    </w:p>
    <w:p>
      <w:r/>
      <w:r>
        <w:t>Amsterdam’s World Pride is bigger than ever, with a new 10,000-seat grandstand lining the Prinsengracht and a Canal Parade ticket tier that goes up to €275. The scale is spectacular, but there’s a quieter edge: concrete bollards and other protective measures around event sites are a visible sign the city is taking threats seriously. According to local reporting, organisers and the mayor have said extra measures will be used in ways visitors hopefully barely notice. The result: a festival that’s both louder and more watchful.</w:t>
      </w:r>
      <w:r/>
    </w:p>
    <w:p>
      <w:pPr>
        <w:pStyle w:val="Heading2"/>
      </w:pPr>
      <w:r>
        <w:t>Security measures up close , practical implications for visitors</w:t>
      </w:r>
      <w:r/>
    </w:p>
    <w:p>
      <w:r/>
      <w:r>
        <w:t>You’ll see more police, fixed barriers at plazas and dedicated reporting points for anti-LGBTQIA incidents around the city. Amsterdam has expanded its reporting network so people can flag assaults or harassment quickly, and officials told NL Times these steps are a priority during World Pride. For visitors that means checkpoints, slightly altered routes and the practical need to carry ID and keep phones charged. Think of it as an added layer of comfort , awkward at times, but intended to keep crowds safer.</w:t>
      </w:r>
      <w:r/>
    </w:p>
    <w:p>
      <w:pPr>
        <w:pStyle w:val="Heading2"/>
      </w:pPr>
      <w:r>
        <w:t>How the mood shifted after the Berlin attack</w:t>
      </w:r>
      <w:r/>
    </w:p>
    <w:p>
      <w:r/>
      <w:r>
        <w:t>Vigils at the Homo-Monument and crowded memorials near the Anne Frank House have made the festival feel part celebration, part remembrance. Thousands laid flowers and shared raw testimony about fear and grief, and speakers urged people to keep celebrating openly. Local political figures, including the mayor, framed the response as solidarity with Berlin and a renewed commitment to public Pride. That mix of sorrow and defiance is shaping how people move through the city , many are determined to be “louder than ever.”</w:t>
      </w:r>
      <w:r/>
    </w:p>
    <w:p>
      <w:pPr>
        <w:pStyle w:val="Heading2"/>
      </w:pPr>
      <w:r>
        <w:t>What locals and volunteers are seeing on the ground</w:t>
      </w:r>
      <w:r/>
    </w:p>
    <w:p>
      <w:r/>
      <w:r>
        <w:t>Volunteers and community groups report a spike in incidents even before the main weekend , more than 70 complaints were logged by a support hotline during the opening weekend alone. Volunteers at memorial sites describe comforting strangers and hearing stories of prior attacks or daily discrimination. At the same time, there’s a strong sense of unity: neighbours, strangers and tourists rally in solidarity, and many say that visible support makes a real difference to those who’ve felt threatened.</w:t>
      </w:r>
      <w:r/>
    </w:p>
    <w:p>
      <w:pPr>
        <w:pStyle w:val="Heading2"/>
      </w:pPr>
      <w:r>
        <w:t>Practical tips for visitors: stay safe, respectful and part of the solution</w:t>
      </w:r>
      <w:r/>
    </w:p>
    <w:p>
      <w:r/>
      <w:r>
        <w:t>Plan ahead: buy tickets for the Canal Parade if you want a guaranteed spot, and check official Pride Amsterdam pages for route changes. Use public transport earlier or walk where possible; allow extra time and expect controlled entry points. Report harassment immediately to one of the expanded reporting points and keep local emergency numbers handy. And be mindful: the city is celebrating, but many people are still processing trauma , a little kindness goes a long way.</w:t>
      </w:r>
      <w:r/>
    </w:p>
    <w:p>
      <w:r/>
      <w:r>
        <w:t>It’s a small set of changes that can make every visit both joyful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13">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https://www.wort.lu/panorama/pride-amsterdam-zwischen-entschlossenheit-und-angst/159407352.html</w:t>
        </w:r>
      </w:hyperlink>
      <w:r>
        <w:t xml:space="preserve"> - Please view link - unable to able to access data</w:t>
      </w:r>
      <w:r/>
    </w:p>
    <w:p>
      <w:pPr>
        <w:pStyle w:val="ListNumber"/>
        <w:spacing w:line="240" w:lineRule="auto"/>
        <w:ind w:left="720"/>
      </w:pPr>
      <w:r/>
      <w:hyperlink r:id="rId10">
        <w:r>
          <w:rPr>
            <w:color w:val="0000EE"/>
            <w:u w:val="single"/>
          </w:rPr>
          <w:t>https://pride.amsterdam/canal-parade-stadion/</w:t>
        </w:r>
      </w:hyperlink>
      <w:r>
        <w:t xml:space="preserve"> - The Canal Parade WorldPride Stadion is a unique event during Amsterdam's WorldPride celebrations on August 1, 2026. Located on the Prinsengracht between Leidsestraat and Spiegelgracht, the stadium offers approximately 10,000 seats with two ticket options: All Inclusive Tickets, which include seating, music, and food and drinks, and Seat Only Tickets, which provide seating with food and drinks available for purchase on-site. This one-time experience allows attendees to enjoy the boat parade from the best vantage point. (</w:t>
      </w:r>
      <w:hyperlink r:id="rId14">
        <w:r>
          <w:rPr>
            <w:color w:val="0000EE"/>
            <w:u w:val="single"/>
          </w:rPr>
          <w:t>pride.amsterdam</w:t>
        </w:r>
      </w:hyperlink>
      <w:r>
        <w:t>)</w:t>
      </w:r>
      <w:r/>
    </w:p>
    <w:p>
      <w:pPr>
        <w:pStyle w:val="ListNumber"/>
        <w:spacing w:line="240" w:lineRule="auto"/>
        <w:ind w:left="720"/>
      </w:pPr>
      <w:r/>
      <w:hyperlink r:id="rId11">
        <w:r>
          <w:rPr>
            <w:color w:val="0000EE"/>
            <w:u w:val="single"/>
          </w:rPr>
          <w:t>https://nltimes.nl/2026/07/26/amsterdam-mayor-plans-extra-pride-security-measures-1-killed-berlin</w:t>
        </w:r>
      </w:hyperlink>
      <w:r>
        <w:t xml:space="preserve"> - Following a tragic attack at a Berlin Pride event, Amsterdam Mayor Femke Halsema announced additional security measures for the city's WorldPride celebrations. The incident in Berlin resulted in one death and at least 16 injuries. Halsema stated that while the security of large events like Pride is always a priority, extra measures will be implemented where necessary, aiming to ensure that visitors notice as little disruption as possible. (</w:t>
      </w:r>
      <w:hyperlink r:id="rId15">
        <w:r>
          <w:rPr>
            <w:color w:val="0000EE"/>
            <w:u w:val="single"/>
          </w:rPr>
          <w:t>nltimes.nl</w:t>
        </w:r>
      </w:hyperlink>
      <w:r>
        <w:t>)</w:t>
      </w:r>
      <w:r/>
    </w:p>
    <w:p>
      <w:pPr>
        <w:pStyle w:val="ListNumber"/>
        <w:spacing w:line="240" w:lineRule="auto"/>
        <w:ind w:left="720"/>
      </w:pPr>
      <w:r/>
      <w:hyperlink r:id="rId13">
        <w:r>
          <w:rPr>
            <w:color w:val="0000EE"/>
            <w:u w:val="single"/>
          </w:rPr>
          <w:t>https://nltimes.nl/2026/06/22/amsterdam-broadens-reporting-points-anti-lgbtqia-violence-world-pride</w:t>
        </w:r>
      </w:hyperlink>
      <w:r>
        <w:t xml:space="preserve"> - In preparation for World Pride, Amsterdam is expanding its network for reporting anti-LGBTQIA+ discrimination and violence. The city has broadened the role of existing 'Safer Spaces' across Amsterdam, including locations like the Nieuwe Kerk, the Stedelijk Museum, and the Stadsarchief. This initiative aims to provide accessible reporting points for incidents during the event, ensuring that such cases are investigated with priority. (</w:t>
      </w:r>
      <w:hyperlink r:id="rId16">
        <w:r>
          <w:rPr>
            <w:color w:val="0000EE"/>
            <w:u w:val="single"/>
          </w:rPr>
          <w:t>nltimes.nl</w:t>
        </w:r>
      </w:hyperlink>
      <w:r>
        <w:t>)</w:t>
      </w:r>
      <w:r/>
    </w:p>
    <w:p>
      <w:pPr>
        <w:pStyle w:val="ListNumber"/>
        <w:spacing w:line="240" w:lineRule="auto"/>
        <w:ind w:left="720"/>
      </w:pPr>
      <w:r/>
      <w:hyperlink r:id="rId17">
        <w:r>
          <w:rPr>
            <w:color w:val="0000EE"/>
            <w:u w:val="single"/>
          </w:rPr>
          <w:t>https://www.ad.nl/amsterdam/halsema-hangt-regenboogvlag-op-bij-ambtswoning-als-steun-aan-lhbtq-gemeenschap~aad2f3af/</w:t>
        </w:r>
      </w:hyperlink>
      <w:r>
        <w:t xml:space="preserve"> - In July 2023, Amsterdam Mayor Femke Halsema displayed a rainbow flag at her official residence to show solidarity with the LGBTQ+ community. This act followed the burning of a rainbow flag on Churchilllaan and the subsequent vandalism of three Pride flags by local residents. Halsema condemned the actions as 'completely unacceptable' and emphasized the importance of standing against intimidation of the LGBTQ+ community. (</w:t>
      </w:r>
      <w:hyperlink r:id="rId18">
        <w:r>
          <w:rPr>
            <w:color w:val="0000EE"/>
            <w:u w:val="single"/>
          </w:rPr>
          <w:t>ad.nl</w:t>
        </w:r>
      </w:hyperlink>
      <w:r>
        <w:t>)</w:t>
      </w:r>
      <w:r/>
    </w:p>
    <w:p>
      <w:pPr>
        <w:pStyle w:val="ListNumber"/>
        <w:spacing w:line="240" w:lineRule="auto"/>
        <w:ind w:left="720"/>
      </w:pPr>
      <w:r/>
      <w:hyperlink r:id="rId12">
        <w:r>
          <w:rPr>
            <w:color w:val="0000EE"/>
            <w:u w:val="single"/>
          </w:rPr>
          <w:t>https://nltimes.nl/2026/06/16/amsterdam-tackle-discrimination-violent-incidents-priority-world-pride</w:t>
        </w:r>
      </w:hyperlink>
      <w:r>
        <w:t xml:space="preserve"> - Amsterdam authorities have committed to prioritizing the investigation of discrimination and violent incidents during World Pride. Mayor Femke Halsema emphasized that all visitors should feel free and safe during the event, with reports of LGBTQIA+ discrimination being swiftly forwarded to the police. The city is also implementing measures such as Safer Spaces and additional training for security personnel to ensure a secure environment for all participants. (</w:t>
      </w:r>
      <w:hyperlink r:id="rId19">
        <w:r>
          <w:rPr>
            <w:color w:val="0000EE"/>
            <w:u w:val="single"/>
          </w:rPr>
          <w:t>nltimes.nl</w:t>
        </w:r>
      </w:hyperlink>
      <w:r>
        <w:t>)</w:t>
      </w:r>
      <w:r/>
    </w:p>
    <w:p>
      <w:pPr>
        <w:pStyle w:val="ListNumber"/>
        <w:spacing w:line="240" w:lineRule="auto"/>
        <w:ind w:left="720"/>
      </w:pPr>
      <w:r/>
      <w:hyperlink r:id="rId20">
        <w:r>
          <w:rPr>
            <w:color w:val="0000EE"/>
            <w:u w:val="single"/>
          </w:rPr>
          <w:t>https://nltimes.nl/2023/09/13/femke-halsema-wants-another-term-amsterdam-mayor</w:t>
        </w:r>
      </w:hyperlink>
      <w:r>
        <w:t xml:space="preserve"> - In September 2023, Amsterdam Mayor Femke Halsema expressed her desire for reappointment, highlighting her commitment to working for a free, undivided, safe, and proud city. She emphasized the importance of safeguarding freedom and supporting everyone who demands the right to be themselves, underscoring her dedication to the city's values and residents. (</w:t>
      </w:r>
      <w:hyperlink r:id="rId21">
        <w:r>
          <w:rPr>
            <w:color w:val="0000EE"/>
            <w:u w:val="single"/>
          </w:rPr>
          <w:t>nltimes.nl</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ort.lu/panorama/pride-amsterdam-zwischen-entschlossenheit-und-angst/159407352.html" TargetMode="External"/><Relationship Id="rId10" Type="http://schemas.openxmlformats.org/officeDocument/2006/relationships/hyperlink" Target="https://pride.amsterdam/canal-parade-stadion/" TargetMode="External"/><Relationship Id="rId11" Type="http://schemas.openxmlformats.org/officeDocument/2006/relationships/hyperlink" Target="https://nltimes.nl/2026/07/26/amsterdam-mayor-plans-extra-pride-security-measures-1-killed-berlin" TargetMode="External"/><Relationship Id="rId12" Type="http://schemas.openxmlformats.org/officeDocument/2006/relationships/hyperlink" Target="https://nltimes.nl/2026/06/16/amsterdam-tackle-discrimination-violent-incidents-priority-world-pride" TargetMode="External"/><Relationship Id="rId13" Type="http://schemas.openxmlformats.org/officeDocument/2006/relationships/hyperlink" Target="https://nltimes.nl/2026/06/22/amsterdam-broadens-reporting-points-anti-lgbtqia-violence-world-pride" TargetMode="External"/><Relationship Id="rId14" Type="http://schemas.openxmlformats.org/officeDocument/2006/relationships/hyperlink" Target="https://pride.amsterdam/canal-parade-stadion/?utm_source=openai" TargetMode="External"/><Relationship Id="rId15" Type="http://schemas.openxmlformats.org/officeDocument/2006/relationships/hyperlink" Target="https://nltimes.nl/2026/07/26/amsterdam-mayor-plans-extra-pride-security-measures-1-killed-berlin?utm_source=openai" TargetMode="External"/><Relationship Id="rId16" Type="http://schemas.openxmlformats.org/officeDocument/2006/relationships/hyperlink" Target="https://nltimes.nl/2026/06/22/amsterdam-broadens-reporting-points-anti-lgbtqia-violence-world-pride?utm_source=openai" TargetMode="External"/><Relationship Id="rId17" Type="http://schemas.openxmlformats.org/officeDocument/2006/relationships/hyperlink" Target="https://www.ad.nl/amsterdam/halsema-hangt-regenboogvlag-op-bij-ambtswoning-als-steun-aan-lhbtq-gemeenschap~aad2f3af/" TargetMode="External"/><Relationship Id="rId18" Type="http://schemas.openxmlformats.org/officeDocument/2006/relationships/hyperlink" Target="https://www.ad.nl/amsterdam/halsema-hangt-regenboogvlag-op-bij-ambtswoning-als-steun-aan-lhbtq-gemeenschap~aad2f3af/?utm_source=openai" TargetMode="External"/><Relationship Id="rId19" Type="http://schemas.openxmlformats.org/officeDocument/2006/relationships/hyperlink" Target="https://nltimes.nl/2026/06/16/amsterdam-tackle-discrimination-violent-incidents-priority-world-pride?utm_source=openai" TargetMode="External"/><Relationship Id="rId20" Type="http://schemas.openxmlformats.org/officeDocument/2006/relationships/hyperlink" Target="https://nltimes.nl/2023/09/13/femke-halsema-wants-another-term-amsterdam-mayor" TargetMode="External"/><Relationship Id="rId21" Type="http://schemas.openxmlformats.org/officeDocument/2006/relationships/hyperlink" Target="https://nltimes.nl/2023/09/13/femke-halsema-wants-another-term-amsterdam-mayor?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