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Enjoy WorldPride Amsterdam 2026: Street Parties, Walks and the Canal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the city, WorldPride is lighting up Amsterdam with street parties, performances and the big Canal Parade , visitors and locals are finding new ways to celebrate, explore the Walk of Pride and follow a packed schedule across stages and neighbourhoods. Here's how to make the most of the weekend.</w:t>
      </w:r>
      <w:r/>
    </w:p>
    <w:p>
      <w:r/>
      <w:r>
        <w:t>Essential Takeaways</w:t>
      </w:r>
      <w:r/>
      <w:r/>
    </w:p>
    <w:p>
      <w:pPr>
        <w:pStyle w:val="ListBullet"/>
        <w:spacing w:line="240" w:lineRule="auto"/>
        <w:ind w:left="720"/>
      </w:pPr>
      <w:r/>
      <w:r>
        <w:rPr>
          <w:b/>
        </w:rPr>
        <w:t>When it kicks off:</w:t>
      </w:r>
      <w:r>
        <w:t xml:space="preserve"> Events ramp up from 16:00 the day before the Canal Parade, with evening music and parties across the city.</w:t>
      </w:r>
      <w:r/>
    </w:p>
    <w:p>
      <w:pPr>
        <w:pStyle w:val="ListBullet"/>
        <w:spacing w:line="240" w:lineRule="auto"/>
        <w:ind w:left="720"/>
      </w:pPr>
      <w:r/>
      <w:r>
        <w:rPr>
          <w:b/>
        </w:rPr>
        <w:t>Where to go:</w:t>
      </w:r>
      <w:r>
        <w:t xml:space="preserve"> Mainstage on the Dam, Zeedijk celebrations to midnight, Stoperaplein community events and dozens of street parties.</w:t>
      </w:r>
      <w:r/>
    </w:p>
    <w:p>
      <w:pPr>
        <w:pStyle w:val="ListBullet"/>
        <w:spacing w:line="240" w:lineRule="auto"/>
        <w:ind w:left="720"/>
      </w:pPr>
      <w:r/>
      <w:r>
        <w:rPr>
          <w:b/>
        </w:rPr>
        <w:t>Notable moment:</w:t>
      </w:r>
      <w:r>
        <w:t xml:space="preserve"> The Walk of Pride runs from the Dam to the Homomonument, featuring about fifty commemorative tiles.</w:t>
      </w:r>
      <w:r/>
    </w:p>
    <w:p>
      <w:pPr>
        <w:pStyle w:val="ListBullet"/>
        <w:spacing w:line="240" w:lineRule="auto"/>
        <w:ind w:left="720"/>
      </w:pPr>
      <w:r/>
      <w:r>
        <w:rPr>
          <w:b/>
        </w:rPr>
        <w:t>Who’s attending:</w:t>
      </w:r>
      <w:r>
        <w:t xml:space="preserve"> Mayor Femke Halsema will join the Walk of Pride; tens of thousands of visitors are expected across the weekend.</w:t>
      </w:r>
      <w:r/>
    </w:p>
    <w:p>
      <w:pPr>
        <w:pStyle w:val="ListBullet"/>
        <w:spacing w:line="240" w:lineRule="auto"/>
        <w:ind w:left="720"/>
      </w:pPr>
      <w:r/>
      <w:r>
        <w:rPr>
          <w:b/>
        </w:rPr>
        <w:t>Practical feel:</w:t>
      </w:r>
      <w:r>
        <w:t xml:space="preserve"> Many events are free, outdoor and lively; expect crowds, music, and easy-to-reach programming.</w:t>
      </w:r>
      <w:r/>
      <w:r/>
    </w:p>
    <w:p>
      <w:pPr>
        <w:pStyle w:val="Heading2"/>
      </w:pPr>
      <w:r>
        <w:t>Streets humming before the Canal Parade , what’s happening and why it feels different</w:t>
      </w:r>
      <w:r/>
    </w:p>
    <w:p>
      <w:r/>
      <w:r>
        <w:t>The atmosphere changes when the city starts warming up the day before the Canal Parade , there's a humid, expectant buzz and music bleeding out into cobbled streets. According to organisers, WorldPride programming deliberately spreads events across neighbourhoods to keep the city lively and accessible. Stagerooms and free stages, from the Dam’s Mainstage to small community squares, mean you can wander from quiet gigs to full-on street parties in minutes. If you hate being boxed into one spot, this scattershot approach is perfect: pick a couple of hotspots early, then drift with the crowd.</w:t>
      </w:r>
      <w:r/>
    </w:p>
    <w:p>
      <w:pPr>
        <w:pStyle w:val="Heading2"/>
      </w:pPr>
      <w:r>
        <w:t>Where to catch live music and late-night street life</w:t>
      </w:r>
      <w:r/>
    </w:p>
    <w:p>
      <w:r/>
      <w:r>
        <w:t>From 16:00, public squares fill with DJs and performers, while the Zeedijk promises celebrations through to midnight. The Mainstage on the Dam is free and hosts a rotation of artists and DJs across the evening, so you can drop in between other plans. For planners, check the block schedule ahead of time to match acts you want to see with other neighbourhood events. And if you prefer calmer corners, smaller plazas like the Stoperaplein offer curated community events with a neighbourly feel.</w:t>
      </w:r>
      <w:r/>
    </w:p>
    <w:p>
      <w:pPr>
        <w:pStyle w:val="Heading2"/>
      </w:pPr>
      <w:r>
        <w:t>Walk of Pride: a route with memory and meaning</w:t>
      </w:r>
      <w:r/>
    </w:p>
    <w:p>
      <w:r/>
      <w:r>
        <w:t>A central draw this year is the Walk of Pride, the walkable route from the Dam to the Homomonument lined with around fifty commemorative street tiles. It’s both an easy, reflective stroll and a powerful way to connect party moments to history. Mayor Femke Halsema's presence on the route underlines its civic recognition, and it’s a quiet, meaningful alternative if the Canal Parade crowd becomes overwhelming. Bring sensible shoes , the tiles and pavements reward slow reading and stop-and-look moments.</w:t>
      </w:r>
      <w:r/>
    </w:p>
    <w:p>
      <w:pPr>
        <w:pStyle w:val="Heading2"/>
      </w:pPr>
      <w:r>
        <w:t>Canal Parade planning: tips for viewing and avoiding stress</w:t>
      </w:r>
      <w:r/>
    </w:p>
    <w:p>
      <w:r/>
      <w:r>
        <w:t>The Canal Parade is the showpiece and draws enormous crowds. If you want a prime view without a reserved spot, arrive early and stake out a stretch of canal where you can both see and escape. Use the neighbourhood block schedules to time your approach , organisers have spread festivities so you can combine a street party with a parade viewing window. Public transport will be busier than usual, so consider walking between nearby hubs and keep an eye on official route maps for closures.</w:t>
      </w:r>
      <w:r/>
    </w:p>
    <w:p>
      <w:pPr>
        <w:pStyle w:val="Heading2"/>
      </w:pPr>
      <w:r>
        <w:t>Practical advice: safety, transport and making it a day to remember</w:t>
      </w:r>
      <w:r/>
    </w:p>
    <w:p>
      <w:r/>
      <w:r>
        <w:t>Expect lots of free, open-air events, but also queues and crowded walkways. Pack a small water bottle, a portable phone charger, and a lightweight rain layer just in case. Look up the official schedule and block plan before you go so you can pivot between stages and parties, and identify quieter escape routes if you need them. Locals recommend enjoying smaller events early in the evening and saving the main parade viewing for later, when the route truly lights up.</w:t>
      </w:r>
      <w:r/>
    </w:p>
    <w:p>
      <w:r/>
      <w:r>
        <w:t>It's a small shift in planning that makes the weekend feel less like a marathon and more like a series of great moments.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2">
        <w:r>
          <w:rPr>
            <w:color w:val="0000EE"/>
            <w:u w:val="single"/>
          </w:rPr>
          <w:t>[3]</w:t>
        </w:r>
      </w:hyperlink>
      <w:r>
        <w:t xml:space="preserve">- Paragraph 5: </w:t>
      </w:r>
      <w:hyperlink r:id="rId15">
        <w:r>
          <w:rPr>
            <w:color w:val="0000EE"/>
            <w:u w:val="single"/>
          </w:rPr>
          <w:t>[7]</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https://www.parool.nl/worldpride-amsterdam-2026/live-pride-amsterdam-2026-de-dag-voor-de-canal-parade-straatfeesten-door-de-stad-en-halsema-bij-nieuwe-pride-wandelroute~bc05efe8/</w:t>
        </w:r>
      </w:hyperlink>
      <w:r>
        <w:t xml:space="preserve"> - Please view link - unable to able to access data</w:t>
      </w:r>
      <w:r/>
    </w:p>
    <w:p>
      <w:pPr>
        <w:pStyle w:val="ListNumber"/>
        <w:spacing w:line="240" w:lineRule="auto"/>
        <w:ind w:left="720"/>
      </w:pPr>
      <w:r/>
      <w:hyperlink r:id="rId10">
        <w:r>
          <w:rPr>
            <w:color w:val="0000EE"/>
            <w:u w:val="single"/>
          </w:rPr>
          <w:t>https://pride.amsterdam/en/worldpride/</w:t>
        </w:r>
      </w:hyperlink>
      <w:r>
        <w:t xml:space="preserve"> - WorldPride Amsterdam 2026 is scheduled from 25 July to 8 August 2026, marking the first time Amsterdam hosts this global event. The festivities will include a variety of activities such as the Canal Parade, Pride Walk, Pride Park, and street parties, all celebrating diversity, freedom, and equal rights for the LGBTQIA+ community. The event aims to promote inclusivity and unity, with Amsterdam's rich history of LGBTQIA+ rights serving as a backdrop for the celebrations.</w:t>
      </w:r>
      <w:r/>
    </w:p>
    <w:p>
      <w:pPr>
        <w:pStyle w:val="ListNumber"/>
        <w:spacing w:line="240" w:lineRule="auto"/>
        <w:ind w:left="720"/>
      </w:pPr>
      <w:r/>
      <w:hyperlink r:id="rId12">
        <w:r>
          <w:rPr>
            <w:color w:val="0000EE"/>
            <w:u w:val="single"/>
          </w:rPr>
          <w:t>https://pride.amsterdam/en/blokkenschema/</w:t>
        </w:r>
      </w:hyperlink>
      <w:r>
        <w:t xml:space="preserve"> - The program schedule for WorldPride Amsterdam 2026 outlines the main events taking place throughout the festival. Highlights include the Canal Parade on 1 August, the Pride Walk on 25 July, and various street parties across the city. The schedule provides detailed timings and locations for each event, ensuring attendees can plan their participation in the diverse range of activities celebrating LGBTQIA+ culture and rights.</w:t>
      </w:r>
      <w:r/>
    </w:p>
    <w:p>
      <w:pPr>
        <w:pStyle w:val="ListNumber"/>
        <w:spacing w:line="240" w:lineRule="auto"/>
        <w:ind w:left="720"/>
      </w:pPr>
      <w:r/>
      <w:hyperlink r:id="rId13">
        <w:r>
          <w:rPr>
            <w:color w:val="0000EE"/>
            <w:u w:val="single"/>
          </w:rPr>
          <w:t>https://www.amsterdam.nl/en/news/worldpride/</w:t>
        </w:r>
      </w:hyperlink>
      <w:r>
        <w:t xml:space="preserve"> - The City of Amsterdam provides an overview of WorldPride 2026, detailing major events such as the Pride Walk, Pride Park, Canal Parade, and street parties. The city emphasizes its commitment to diversity, freedom, and equal rights for the LGBTQIA+ community. The article also offers practical information for visitors, including public transport options, road closures, and safety measures during the event.</w:t>
      </w:r>
      <w:r/>
    </w:p>
    <w:p>
      <w:pPr>
        <w:pStyle w:val="ListNumber"/>
        <w:spacing w:line="240" w:lineRule="auto"/>
        <w:ind w:left="720"/>
      </w:pPr>
      <w:r/>
      <w:hyperlink r:id="rId11">
        <w:r>
          <w:rPr>
            <w:color w:val="0000EE"/>
            <w:u w:val="single"/>
          </w:rPr>
          <w:t>https://www.iamsterdam.com/en/whats-on/calendar/festivals/events/worldpride-amsterdam-street-parties</w:t>
        </w:r>
      </w:hyperlink>
      <w:r>
        <w:t xml:space="preserve"> - I amsterdam details the WorldPride Amsterdam street parties scheduled for 31 July and 1 August 2026. These events will transform various locations in the city into vibrant Pride zones, featuring music, performances, and celebrations. The street parties aim to create an inclusive and festive atmosphere, allowing both locals and visitors to participate in the city's Pride celebrations.</w:t>
      </w:r>
      <w:r/>
    </w:p>
    <w:p>
      <w:pPr>
        <w:pStyle w:val="ListNumber"/>
        <w:spacing w:line="240" w:lineRule="auto"/>
        <w:ind w:left="720"/>
      </w:pPr>
      <w:r/>
      <w:hyperlink r:id="rId14">
        <w:r>
          <w:rPr>
            <w:color w:val="0000EE"/>
            <w:u w:val="single"/>
          </w:rPr>
          <w:t>https://www.iamsterdam.com/en/whats-on/calendar/festivals/events/canal-parade</w:t>
        </w:r>
      </w:hyperlink>
      <w:r>
        <w:t xml:space="preserve"> - I amsterdam provides information about the Canal Parade, a central event of WorldPride Amsterdam 2026, taking place on 1 August. The parade will feature elaborately decorated boats representing various LGBTQIA+ organizations, cruising through the city's canals. Spectators can enjoy the vibrant display of diversity and unity, with the theme of 'UNITY' for WorldPride 2026.</w:t>
      </w:r>
      <w:r/>
    </w:p>
    <w:p>
      <w:pPr>
        <w:pStyle w:val="ListNumber"/>
        <w:spacing w:line="240" w:lineRule="auto"/>
        <w:ind w:left="720"/>
      </w:pPr>
      <w:r/>
      <w:hyperlink r:id="rId15">
        <w:r>
          <w:rPr>
            <w:color w:val="0000EE"/>
            <w:u w:val="single"/>
          </w:rPr>
          <w:t>https://www.iamsterdam.com/en/whats-on/pride-amsterdam</w:t>
        </w:r>
      </w:hyperlink>
      <w:r>
        <w:t xml:space="preserve"> - I amsterdam offers a comprehensive guide to WorldPride Amsterdam 2026, including major events, parties, and cultural exhibitions. The guide highlights the significance of the event, marking 25 years since the Netherlands legalized same-sex marriage. It provides details on various activities, ensuring attendees can fully experience the diverse and inclusive celebrations across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amsterdam-2026-de-dag-voor-de-canal-parade-straatfeesten-door-de-stad-en-halsema-bij-nieuwe-pride-wandelroute~bc05efe8/" TargetMode="External"/><Relationship Id="rId10" Type="http://schemas.openxmlformats.org/officeDocument/2006/relationships/hyperlink" Target="https://pride.amsterdam/en/worldpride/" TargetMode="External"/><Relationship Id="rId11" Type="http://schemas.openxmlformats.org/officeDocument/2006/relationships/hyperlink" Target="https://www.iamsterdam.com/en/whats-on/calendar/festivals/events/worldpride-amsterdam-street-parties" TargetMode="External"/><Relationship Id="rId12" Type="http://schemas.openxmlformats.org/officeDocument/2006/relationships/hyperlink" Target="https://pride.amsterdam/en/blokkenschema/" TargetMode="External"/><Relationship Id="rId13" Type="http://schemas.openxmlformats.org/officeDocument/2006/relationships/hyperlink" Target="https://www.amsterdam.nl/en/news/worldpride/" TargetMode="External"/><Relationship Id="rId14" Type="http://schemas.openxmlformats.org/officeDocument/2006/relationships/hyperlink" Target="https://www.iamsterdam.com/en/whats-on/calendar/festivals/events/canal-parade" TargetMode="External"/><Relationship Id="rId15" Type="http://schemas.openxmlformats.org/officeDocument/2006/relationships/hyperlink" Target="https://www.iamsterdam.com/en/whats-on/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