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Take on the Big Brother Drag Row: Where Critique Ends and Homophobia Begins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viewers have turned a TV moment into a culture test , Big Brother’s anti-drag flap is sparking debate about intent, identity and whether refusing drag equals homophobia. Who said what, why it matters, and how to tell genuine critique from prejudice.</w:t>
      </w:r>
      <w:r/>
    </w:p>
    <w:p>
      <w:r/>
      <w:r>
        <w:t>Essential Takeaways</w:t>
      </w:r>
      <w:r/>
      <w:r/>
    </w:p>
    <w:p>
      <w:pPr>
        <w:pStyle w:val="ListBullet"/>
        <w:spacing w:line="240" w:lineRule="auto"/>
        <w:ind w:left="720"/>
      </w:pPr>
      <w:r/>
      <w:r>
        <w:rPr>
          <w:b/>
        </w:rPr>
        <w:t>What happened:</w:t>
      </w:r>
      <w:r>
        <w:t xml:space="preserve"> A houseguest’s anti-drag remarks on Big Brother have set off a wave of criticism online and from celebrities, with many calling the comments homophobic.</w:t>
      </w:r>
      <w:r/>
    </w:p>
    <w:p>
      <w:pPr>
        <w:pStyle w:val="ListBullet"/>
        <w:spacing w:line="240" w:lineRule="auto"/>
        <w:ind w:left="720"/>
      </w:pPr>
      <w:r/>
      <w:r>
        <w:rPr>
          <w:b/>
        </w:rPr>
        <w:t>Different perspectives:</w:t>
      </w:r>
      <w:r>
        <w:t xml:space="preserve"> Some gay viewers say disliking drag or not wanting to perform it doesn’t make someone homophobic; others point to the power dynamics and language used as evidence it does.</w:t>
      </w:r>
      <w:r/>
    </w:p>
    <w:p>
      <w:pPr>
        <w:pStyle w:val="ListBullet"/>
        <w:spacing w:line="240" w:lineRule="auto"/>
        <w:ind w:left="720"/>
      </w:pPr>
      <w:r/>
      <w:r>
        <w:rPr>
          <w:b/>
        </w:rPr>
        <w:t>Public reaction:</w:t>
      </w:r>
      <w:r>
        <w:t xml:space="preserve"> Prominent voices and former contestants have publicly condemned the remarks, increasing pressure on the show and the contestant.</w:t>
      </w:r>
      <w:r/>
    </w:p>
    <w:p>
      <w:pPr>
        <w:pStyle w:val="ListBullet"/>
        <w:spacing w:line="240" w:lineRule="auto"/>
        <w:ind w:left="720"/>
      </w:pPr>
      <w:r/>
      <w:r>
        <w:rPr>
          <w:b/>
        </w:rPr>
        <w:t>Practical note:</w:t>
      </w:r>
      <w:r>
        <w:t xml:space="preserve"> Context, tone and intent matter , and so does who’s hurt by the words; that’s why reactions vary so widely.</w:t>
      </w:r>
      <w:r/>
    </w:p>
    <w:p>
      <w:pPr>
        <w:pStyle w:val="ListBullet"/>
        <w:spacing w:line="240" w:lineRule="auto"/>
        <w:ind w:left="720"/>
      </w:pPr>
      <w:r/>
      <w:r>
        <w:rPr>
          <w:b/>
        </w:rPr>
        <w:t>Viewing tip:</w:t>
      </w:r>
      <w:r>
        <w:t xml:space="preserve"> If you’re watching this for drama, keep an eye on whether producers frame the moment for ratings or accountability.</w:t>
      </w:r>
      <w:r/>
      <w:r/>
    </w:p>
    <w:p>
      <w:pPr>
        <w:pStyle w:val="Heading2"/>
      </w:pPr>
      <w:r>
        <w:t>Why a comment about drag blew up so quickly</w:t>
      </w:r>
      <w:r/>
    </w:p>
    <w:p>
      <w:r/>
      <w:r>
        <w:t>Television loves a clear story and Big Brother serves drama with a spotlight on identity, so an offhand remark about not wanting to do drag quickly became more than a private preference. Social feeds filled with outrage, and former contestants and celebrities weighed in, amplifying the moment. Audiences now parse not just the words but the tone, the intent and the audience , and that’s why something that might once have been shrugged off now feels like a public test.</w:t>
      </w:r>
      <w:r/>
    </w:p>
    <w:p>
      <w:r/>
      <w:r>
        <w:t>Context matters. Big Brother is a competition where alliances, strategy and personality collide, and producers often edit for maximum effect. That means viewers are less forgiving: language that comes across as dismissive of a community tends to be judged harshly. If you want to gauge whether a remark crosses the line, ask who it targets, whether it punches down and how it lands with those it references.</w:t>
      </w:r>
      <w:r/>
    </w:p>
    <w:p>
      <w:pPr>
        <w:pStyle w:val="Heading2"/>
      </w:pPr>
      <w:r>
        <w:t>Can a gay person be homophobic , and what does that mean here?</w:t>
      </w:r>
      <w:r/>
    </w:p>
    <w:p>
      <w:r/>
      <w:r>
        <w:t>Some gay viewers argued that not every gay person who dislikes drag is expressing internalised homophobia. Personal taste, comfort with gender expression and performance anxieties are legitimate. At the same time, words and jokes that rely on stereotypes can perpetuate harm even when they come from inside the community.</w:t>
      </w:r>
      <w:r/>
    </w:p>
    <w:p>
      <w:r/>
      <w:r>
        <w:t>Think of it like tone versus impact. A person can say they’d never wear a dress and mean it honestly; they still need to recognise when that comment contributes to a wider culture that polices masculinity. The key is openness: are they dismissive, mocking or curious and respectful? That difference shapes whether audiences hear prejudice or preference.</w:t>
      </w:r>
      <w:r/>
    </w:p>
    <w:p>
      <w:pPr>
        <w:pStyle w:val="Heading2"/>
      </w:pPr>
      <w:r>
        <w:t>Why public figures and ex-cast members pushed back</w:t>
      </w:r>
      <w:r/>
    </w:p>
    <w:p>
      <w:r/>
      <w:r>
        <w:t>When well-known voices and former reality stars publicly condemned the remarks, it did two jobs: it signalled community standards and it nudged the show to respond. Celebrity responses tend to push networks to address incidents, whether through apologies, disclaimers or casting conversations. That’s part of how cultural norms get policed in public life now, for better or worse.</w:t>
      </w:r>
      <w:r/>
    </w:p>
    <w:p>
      <w:r/>
      <w:r>
        <w:t>Producers often face a choice: lean into controversy for ratings or step in to protect a marginalised group. Either path has consequences. For viewers wondering whether backlash is performative, watch what follows , is the contestant educated, sanctioned or simply left to ride the wave of publicity?</w:t>
      </w:r>
      <w:r/>
    </w:p>
    <w:p>
      <w:pPr>
        <w:pStyle w:val="Heading2"/>
      </w:pPr>
      <w:r>
        <w:t>How to read these moments without knee‑jerk reactions</w:t>
      </w:r>
      <w:r/>
    </w:p>
    <w:p>
      <w:r/>
      <w:r>
        <w:t>If you’re following the story, try a few simple checks: listen for the context, pay attention to who’s hurt by the remark, and notice whether apologies or clarifications follow. Social media will always hot-take; a measured read looks at whether there’s a pattern of behaviour or a single clumsy line.</w:t>
      </w:r>
      <w:r/>
    </w:p>
    <w:p>
      <w:r/>
      <w:r>
        <w:t>Also consider the structural side: reality TV edits narratives. A line that seems flatly hostile in a clip might be part of a bigger interaction that changes meaning, or it might be the most damning piece of a pattern. Either way, viewers can call for accountability while still recognising nuance.</w:t>
      </w:r>
      <w:r/>
    </w:p>
    <w:p>
      <w:pPr>
        <w:pStyle w:val="Heading2"/>
      </w:pPr>
      <w:r>
        <w:t>What this means for viewers and the culture around drag</w:t>
      </w:r>
      <w:r/>
    </w:p>
    <w:p>
      <w:r/>
      <w:r>
        <w:t>The row underlines a bigger cultural shift: drag has moved from niche club rooms to mainstream stages, and with that comes new scrutiny. People who grew up with different ideas of masculinity may feel uncomfortable, and that’s valid , but discomfort doesn’t excuse disparagement. If we want inclusive entertainment, it helps to be curious rather than reflexively defensive.</w:t>
      </w:r>
      <w:r/>
    </w:p>
    <w:p>
      <w:r/>
      <w:r>
        <w:t>For anyone watching, the takeaway is simple: don’t confuse personal taste with immunity to critique. You can dislike drag and still be respectful. And if a show frames someone’s line as a moment of homophobia, treat that cue as an invitation to learn why language matters.</w:t>
      </w:r>
      <w:r/>
    </w:p>
    <w:p>
      <w:r/>
      <w:r>
        <w:t>It's a small change that can make every viewer a bit more thoughtful about how they talk about gender and performance.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[7]</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https://instinctmagazine.com/gay-estitties-drag-homophobic/</w:t>
        </w:r>
      </w:hyperlink>
      <w:r>
        <w:t xml:space="preserve"> - Please view link - unable to able to access data</w:t>
      </w:r>
      <w:r/>
    </w:p>
    <w:p>
      <w:pPr>
        <w:pStyle w:val="ListNumber"/>
        <w:spacing w:line="240" w:lineRule="auto"/>
        <w:ind w:left="720"/>
      </w:pPr>
      <w:r/>
      <w:hyperlink r:id="rId10">
        <w:r>
          <w:rPr>
            <w:color w:val="0000EE"/>
            <w:u w:val="single"/>
          </w:rPr>
          <w:t>https://www.tvinsider.com/1277018/big-brother-kamu-kirk-makes-anti-drag-remarks/</w:t>
        </w:r>
      </w:hyperlink>
      <w:r>
        <w:t xml:space="preserve"> - In July 2026, 'Big Brother' Season 28 contestant Kamu Kirk made anti-drag remarks in the house, expressing discomfort with wearing women's clothes and referencing his MMA image. Fellow contestant Jason de Puy, known as Salina EsTitties from 'RuPaul's Drag Race,' was present during the conversation. The comments sparked backlash from fans and former contestant Frankie Grande, who called the remarks homophobic on social media. The incident highlights ongoing discussions about masculinity and drag culture within reality television.</w:t>
      </w:r>
      <w:r/>
    </w:p>
    <w:p>
      <w:pPr>
        <w:pStyle w:val="ListNumber"/>
        <w:spacing w:line="240" w:lineRule="auto"/>
        <w:ind w:left="720"/>
      </w:pPr>
      <w:r/>
      <w:hyperlink r:id="rId11">
        <w:r>
          <w:rPr>
            <w:color w:val="0000EE"/>
            <w:u w:val="single"/>
          </w:rPr>
          <w:t>https://www.them.us/entertainment/tv-and-movies/big-brother-salina-estitties-kamu-kirk</w:t>
        </w:r>
      </w:hyperlink>
      <w:r>
        <w:t xml:space="preserve"> - In July 2026, 'Big Brother' Season 28 contestant Kamu Kirk faced criticism for anti-drag comments made in the house. During a conversation with fellow contestant Rick Devens, Kirk expressed discomfort with drag culture, stating he has an 'image to uphold' as an MMA fighter. The remarks were directed at Jason de Puy, known as Salina EsTitties from 'RuPaul's Drag Race.' The incident sparked backlash from fans and former contestants, including Frankie Grande, who labelled the comments as homophobic.</w:t>
      </w:r>
      <w:r/>
    </w:p>
    <w:p>
      <w:pPr>
        <w:pStyle w:val="ListNumber"/>
        <w:spacing w:line="240" w:lineRule="auto"/>
        <w:ind w:left="720"/>
      </w:pPr>
      <w:r/>
      <w:hyperlink r:id="rId12">
        <w:r>
          <w:rPr>
            <w:color w:val="0000EE"/>
            <w:u w:val="single"/>
          </w:rPr>
          <w:t>https://www.out.com/gay-tv-shows/big-brother-salina-estitties-kamu-kirk</w:t>
        </w:r>
      </w:hyperlink>
      <w:r>
        <w:t xml:space="preserve"> - In July 2026, 'Big Brother' Season 28 contestant Kamu Kirk made anti-drag remarks in the house, expressing discomfort with wearing women's clothes and referencing his MMA image. Fellow contestant Jason de Puy, known as Salina EsTitties from 'RuPaul's Drag Race,' was present during the conversation. The comments sparked backlash from fans and former contestant Frankie Grande, who called the remarks homophobic on social media. The incident highlights ongoing discussions about masculinity and drag culture within reality television.</w:t>
      </w:r>
      <w:r/>
    </w:p>
    <w:p>
      <w:pPr>
        <w:pStyle w:val="ListNumber"/>
        <w:spacing w:line="240" w:lineRule="auto"/>
        <w:ind w:left="720"/>
      </w:pPr>
      <w:r/>
      <w:hyperlink r:id="rId13">
        <w:r>
          <w:rPr>
            <w:color w:val="0000EE"/>
            <w:u w:val="single"/>
          </w:rPr>
          <w:t>https://dragsociety.com/blogs/the-tea/big-brother-accused-of-making-anti-drag-comments</w:t>
        </w:r>
      </w:hyperlink>
      <w:r>
        <w:t xml:space="preserve"> - In July 2026, 'Big Brother' Season 28 contestant Kamu Kirk faced criticism for anti-drag comments made in the house. During a conversation with fellow contestant Rick Devens, Kirk expressed discomfort with drag culture, stating he has an 'image to uphold' as an MMA fighter. The remarks were directed at Jason de Puy, known as Salina EsTitties from 'RuPaul's Drag Race.' The incident sparked backlash from fans and former contestants, including Frankie Grande, who labelled the comments as homophobic.</w:t>
      </w:r>
      <w:r/>
    </w:p>
    <w:p>
      <w:pPr>
        <w:pStyle w:val="ListNumber"/>
        <w:spacing w:line="240" w:lineRule="auto"/>
        <w:ind w:left="720"/>
      </w:pPr>
      <w:r/>
      <w:hyperlink r:id="rId15">
        <w:r>
          <w:rPr>
            <w:color w:val="0000EE"/>
            <w:u w:val="single"/>
          </w:rPr>
          <w:t>https://mediatraffic.org/2026/07/20/big-brother-28-kamu-rick-jason-de-puy-live-feeds-backlash/</w:t>
        </w:r>
      </w:hyperlink>
      <w:r>
        <w:t xml:space="preserve"> - In July 2026, 'Big Brother' Season 28 contestant Kamu Kirk faced criticism for anti-drag comments made in the house. During a conversation with fellow contestant Rick Devens, Kirk expressed discomfort with drag culture, stating he has an 'image to uphold' as an MMA fighter. The remarks were directed at Jason de Puy, known as Salina EsTitties from 'RuPaul's Drag Race.' The incident sparked backlash from fans and former contestants, including Frankie Grande, who labelled the comments as homophobic.</w:t>
      </w:r>
      <w:r/>
    </w:p>
    <w:p>
      <w:pPr>
        <w:pStyle w:val="ListNumber"/>
        <w:spacing w:line="240" w:lineRule="auto"/>
        <w:ind w:left="720"/>
      </w:pPr>
      <w:r/>
      <w:hyperlink r:id="rId14">
        <w:r>
          <w:rPr>
            <w:color w:val="0000EE"/>
            <w:u w:val="single"/>
          </w:rPr>
          <w:t>https://www.justjared.com/2026/07/22/frankie-grande-calls-out-anti-drag-remarks-made-on-big-brother-wants-homophobic-bigots-thrown-off-show/</w:t>
        </w:r>
      </w:hyperlink>
      <w:r>
        <w:t xml:space="preserve"> - In July 2026, 'Big Brother' Season 28 contestant Kamu Kirk faced criticism for anti-drag comments made in the house. During a conversation with fellow contestant Rick Devens, Kirk expressed discomfort with drag culture, stating he has an 'image to uphold' as an MMA fighter. The remarks were directed at Jason de Puy, known as Salina EsTitties from 'RuPaul's Drag Race.' The incident sparked backlash from fans and former contestants, including Frankie Grande, who labelled the comments as homophobic.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gay-estitties-drag-homophobic/" TargetMode="External"/><Relationship Id="rId10" Type="http://schemas.openxmlformats.org/officeDocument/2006/relationships/hyperlink" Target="https://www.tvinsider.com/1277018/big-brother-kamu-kirk-makes-anti-drag-remarks/" TargetMode="External"/><Relationship Id="rId11" Type="http://schemas.openxmlformats.org/officeDocument/2006/relationships/hyperlink" Target="https://www.them.us/entertainment/tv-and-movies/big-brother-salina-estitties-kamu-kirk" TargetMode="External"/><Relationship Id="rId12" Type="http://schemas.openxmlformats.org/officeDocument/2006/relationships/hyperlink" Target="https://www.out.com/gay-tv-shows/big-brother-salina-estitties-kamu-kirk" TargetMode="External"/><Relationship Id="rId13" Type="http://schemas.openxmlformats.org/officeDocument/2006/relationships/hyperlink" Target="https://dragsociety.com/blogs/the-tea/big-brother-accused-of-making-anti-drag-comments" TargetMode="External"/><Relationship Id="rId14" Type="http://schemas.openxmlformats.org/officeDocument/2006/relationships/hyperlink" Target="https://www.justjared.com/2026/07/22/frankie-grande-calls-out-anti-drag-remarks-made-on-big-brother-wants-homophobic-bigots-thrown-off-show/" TargetMode="External"/><Relationship Id="rId15" Type="http://schemas.openxmlformats.org/officeDocument/2006/relationships/hyperlink" Target="https://mediatraffic.org/2026/07/20/big-brother-28-kamu-rick-jason-de-puy-live-feeds-backl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