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Sex Scenes to Watch Tonight: A Curated Viewing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Dive into a sizzling mix of cinema and TV tonight , viewers are revisiting classic and contemporary sapphic sex scenes that blend desire, story and bold filmmaking, and why these moments still matter for representation and pleasure. From gritty thrillers to tender period pieces, here’s what to stream and why it lands.</w:t>
      </w:r>
      <w:r/>
    </w:p>
    <w:p>
      <w:r/>
      <w:r>
        <w:t>Essential Takeaways</w:t>
      </w:r>
      <w:r/>
      <w:r/>
    </w:p>
    <w:p>
      <w:pPr>
        <w:pStyle w:val="ListBullet"/>
        <w:spacing w:line="240" w:lineRule="auto"/>
        <w:ind w:left="720"/>
      </w:pPr>
      <w:r/>
      <w:r>
        <w:rPr>
          <w:b/>
        </w:rPr>
        <w:t>Standout variety:</w:t>
      </w:r>
      <w:r>
        <w:t xml:space="preserve"> Scenes run from steamy and raw to tender and cinematic, so there’s something for every mood.</w:t>
      </w:r>
      <w:r/>
    </w:p>
    <w:p>
      <w:pPr>
        <w:pStyle w:val="ListBullet"/>
        <w:spacing w:line="240" w:lineRule="auto"/>
        <w:ind w:left="720"/>
      </w:pPr>
      <w:r/>
      <w:r>
        <w:rPr>
          <w:b/>
        </w:rPr>
        <w:t>Cultural impact:</w:t>
      </w:r>
      <w:r>
        <w:t xml:space="preserve"> Many moments broke ground for queer visibility and still influence how lesbian desire is portrayed on screen.</w:t>
      </w:r>
      <w:r/>
    </w:p>
    <w:p>
      <w:pPr>
        <w:pStyle w:val="ListBullet"/>
        <w:spacing w:line="240" w:lineRule="auto"/>
        <w:ind w:left="720"/>
      </w:pPr>
      <w:r/>
      <w:r>
        <w:rPr>
          <w:b/>
        </w:rPr>
        <w:t>Filmmaking craft:</w:t>
      </w:r>
      <w:r>
        <w:t xml:space="preserve"> Direction, editing and sound often make these scenes feel more than erotic , they push narrative and character.</w:t>
      </w:r>
      <w:r/>
    </w:p>
    <w:p>
      <w:pPr>
        <w:pStyle w:val="ListBullet"/>
        <w:spacing w:line="240" w:lineRule="auto"/>
        <w:ind w:left="720"/>
      </w:pPr>
      <w:r/>
      <w:r>
        <w:rPr>
          <w:b/>
        </w:rPr>
        <w:t>Viewer tip:</w:t>
      </w:r>
      <w:r>
        <w:t xml:space="preserve"> Pick by tone , erotic thrill, indie oddity, or period intimacy , and expect strong performances and memorable lines.</w:t>
      </w:r>
      <w:r/>
    </w:p>
    <w:p>
      <w:pPr>
        <w:pStyle w:val="ListBullet"/>
        <w:spacing w:line="240" w:lineRule="auto"/>
        <w:ind w:left="720"/>
      </w:pPr>
      <w:r/>
      <w:r>
        <w:rPr>
          <w:b/>
        </w:rPr>
        <w:t>Sensory note:</w:t>
      </w:r>
      <w:r>
        <w:t xml:space="preserve"> Expect sweaty, tactile footage and close-ups that make the emotions and chemistry feel immediate.</w:t>
      </w:r>
      <w:r/>
      <w:r/>
    </w:p>
    <w:p>
      <w:pPr>
        <w:pStyle w:val="Heading2"/>
      </w:pPr>
      <w:r>
        <w:t>Why Bound still feels like a revelation</w:t>
      </w:r>
      <w:r/>
    </w:p>
    <w:p>
      <w:r/>
      <w:r>
        <w:t>Bound hits like a confident, tactile punch; the chemistry between Corky and Violet is as physical as it is thrilling, with underwear, nails and breath all playing a role. According to film critics and archives, the Wachowskis’ debut pushed mainstream limits, nearly earning an NC-17 rating for its frankness. Fans praise the scene for serving story and sex , it advances plot and power dynamics, not just titillation. If you want a sex scene that also doubles as a heist-movie tool, this is your pick. For first-time viewers, choose the uncut edition and watch how editing and camera placement create heat without exploitation.</w:t>
      </w:r>
      <w:r/>
    </w:p>
    <w:p>
      <w:pPr>
        <w:pStyle w:val="Heading2"/>
      </w:pPr>
      <w:r>
        <w:t>The Handmaiden: eroticism wrapped in atmosphere</w:t>
      </w:r>
      <w:r/>
    </w:p>
    <w:p>
      <w:r/>
      <w:r>
        <w:t>Park Chan-wook’s The Handmaiden uses texture and silence to make intimacy linger; its encounters are cinematic puzzles as much as erotic set pieces. The film adapts a Victorian plot into a lush Korean setting, and every touch feels staged to reveal control, trust and deception. If you appreciate atmosphere , soft light, wet hair, close-focus hands , this film shows how styling and mise-en-scène amplify desire. It’s also a reminder that queer sex scenes can be high-art without losing their physicality.</w:t>
      </w:r>
      <w:r/>
    </w:p>
    <w:p>
      <w:pPr>
        <w:pStyle w:val="Heading2"/>
      </w:pPr>
      <w:r>
        <w:t>Love Lies Bleeding proves modern sapphic desire can be messy and unglossed</w:t>
      </w:r>
      <w:r/>
    </w:p>
    <w:p>
      <w:r/>
      <w:r>
        <w:t>Love Lies Bleeding trades period prettiness for sweaty, contemporary lust. Performances bring a gym-level heat, and the dialogue drops lines that stick , they’re as much about attraction as they are about intimidation. Watch this when you want a scene that’s raw, sweaty and a little dangerous; it’s for viewers who like their erotic moments loud and kinetic. Keep in mind the film pairs eroticism with thriller beats, so the sex scenes serve emotional tension as much as arousal.</w:t>
      </w:r>
      <w:r/>
    </w:p>
    <w:p>
      <w:pPr>
        <w:pStyle w:val="Heading2"/>
      </w:pPr>
      <w:r>
        <w:t>Duck Butter and Ducking convention</w:t>
      </w:r>
      <w:r/>
    </w:p>
    <w:p>
      <w:r/>
      <w:r>
        <w:t>If you fancy oddball romantic experiments, Duck Butter is cheeky and relentless, with sex scenes that feel deliberately performative and awkward in a way that’s oddly honest. The film asks what happens when two people try to compress attraction into a schedule of hourly encounters, and the result is unpredictable: funny, uncomfortable and sometimes unexpectedly tender. For viewers who prefer indie quirk over polish, this one’s a refreshingly human take on intimacy.</w:t>
      </w:r>
      <w:r/>
    </w:p>
    <w:p>
      <w:pPr>
        <w:pStyle w:val="Heading2"/>
      </w:pPr>
      <w:r>
        <w:t>Ammonite: period drama that surprises</w:t>
      </w:r>
      <w:r/>
    </w:p>
    <w:p>
      <w:r/>
      <w:r>
        <w:t>Ammonite looks and sounds like a period piece, but the sex scenes deliver immediacy that can catch you off guard. The film’s intimacy is less about spectacle and more about sensation; the camera lingers on small gestures that build to something intimate and explicit enough to be memorable. It’s a reminder that sapphic desire works in any era on screen, and that strong performances can flip a seemingly staid premise into something electric. If you enjoy slow-burn chemistry, this is a slow-burn win.</w:t>
      </w:r>
      <w:r/>
    </w:p>
    <w:p>
      <w:pPr>
        <w:pStyle w:val="Heading2"/>
      </w:pPr>
      <w:r>
        <w:t>The Watermelon Woman and the value of historic queer storytelling</w:t>
      </w:r>
      <w:r/>
    </w:p>
    <w:p>
      <w:r/>
      <w:r>
        <w:t>Cheryl Dunye’s film is both a personal excavation and a love story, and its erotic scenes are embedded in a larger act of cultural reclamation. The sex here is playful and warm, rooted in character rather than shock value. That grounding makes the scenes feel earned and human. Watch it if you want queer eroticism that’s also thoughtful about identity and history.</w:t>
      </w:r>
      <w:r/>
    </w:p>
    <w:p>
      <w:pPr>
        <w:pStyle w:val="Heading2"/>
      </w:pPr>
      <w:r>
        <w:t>Disobedience: desire within rules and ritual</w:t>
      </w:r>
      <w:r/>
    </w:p>
    <w:p>
      <w:r/>
      <w:r>
        <w:t>Disobedience sets its sensual moments against the weight of community and faith, and those constraints make the intimacy feel urgent and necessary. The film shows how forbidden attraction can intensify every look and touch, and it’s a strong example of sexuality that’s defined by context , the setting amplifies the stakes. For viewers drawn to emotional complication, the scenes work as both passion and protest.</w:t>
      </w:r>
      <w:r/>
    </w:p>
    <w:p>
      <w:pPr>
        <w:pStyle w:val="Heading2"/>
      </w:pPr>
      <w:r>
        <w:t>How to pick the right scene for tonight</w:t>
      </w:r>
      <w:r/>
    </w:p>
    <w:p>
      <w:r/>
      <w:r>
        <w:t>Decide your vibe first: want thrill (Bound), artful atmosphere (The Handmaiden), sweaty contemporary (Love Lies Bleeding), indie experiment (Duck Butter), slow-burn period (Ammonite), or culturally rooted storytelling (The Watermelon Woman, Disobedience)? Check runtime and content warnings if explicitness matters to you. And if you’re watching with someone, agree on tone , some scenes are cinematic conversation starters, others are pure heat.</w:t>
      </w:r>
      <w:r/>
    </w:p>
    <w:p>
      <w:r/>
      <w:r>
        <w:t>It's a small habit that can make your watchlist feel more inclusive and a lot more interesting.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2">
        <w:r>
          <w:rPr>
            <w:color w:val="0000EE"/>
            <w:u w:val="single"/>
          </w:rPr>
          <w:t>[5]</w:t>
        </w:r>
      </w:hyperlink>
      <w:r>
        <w:t xml:space="preserve">, </w:t>
      </w:r>
      <w:hyperlink r:id="rId10">
        <w:r>
          <w:rPr>
            <w:color w:val="0000EE"/>
            <w:u w:val="single"/>
          </w:rPr>
          <w:t>[2]</w:t>
        </w:r>
      </w:hyperlink>
      <w:r>
        <w:t xml:space="preserve">- Paragraph 6: </w:t>
      </w:r>
      <w:hyperlink r:id="rId11">
        <w:r>
          <w:rPr>
            <w:color w:val="0000EE"/>
            <w:u w:val="single"/>
          </w:rPr>
          <w:t>[4]</w:t>
        </w:r>
      </w:hyperlink>
      <w:r>
        <w:t xml:space="preserve">, </w:t>
      </w:r>
      <w:hyperlink r:id="rId12">
        <w:r>
          <w:rPr>
            <w:color w:val="0000EE"/>
            <w:u w:val="single"/>
          </w:rPr>
          <w:t>[5]</w:t>
        </w:r>
      </w:hyperlink>
      <w:r>
        <w:t xml:space="preserve">- Paragraph 7: </w:t>
      </w:r>
      <w:hyperlink r:id="rId11">
        <w:r>
          <w:rPr>
            <w:color w:val="0000EE"/>
            <w:u w:val="single"/>
          </w:rPr>
          <w:t>[4]</w:t>
        </w:r>
      </w:hyperlink>
      <w:r>
        <w:t xml:space="preserve">, </w:t>
      </w:r>
      <w:hyperlink r:id="rId10">
        <w:r>
          <w:rPr>
            <w:color w:val="0000EE"/>
            <w:u w:val="single"/>
          </w:rPr>
          <w:t>[2]</w:t>
        </w:r>
      </w:hyperlink>
      <w:r>
        <w:t xml:space="preserve">- Paragraph 8: </w:t>
      </w:r>
      <w:hyperlink r:id="rId13">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https://diva-magazine.com/2026/07/31/8-sapphic-sex-scenes-to-watch-this-evening/?utm_source=rss&amp;utm_medium=rss&amp;utm_campaign=8-sapphic-sex-scenes-to-watch-this-evening</w:t>
        </w:r>
      </w:hyperlink>
      <w:r>
        <w:t xml:space="preserve"> - Please view link - unable to able to access data</w:t>
      </w:r>
      <w:r/>
    </w:p>
    <w:p>
      <w:pPr>
        <w:pStyle w:val="ListNumber"/>
        <w:spacing w:line="240" w:lineRule="auto"/>
        <w:ind w:left="720"/>
      </w:pPr>
      <w:r/>
      <w:hyperlink r:id="rId10">
        <w:r>
          <w:rPr>
            <w:color w:val="0000EE"/>
            <w:u w:val="single"/>
          </w:rPr>
          <w:t>https://www.criterion.com/films/33670-bound</w:t>
        </w:r>
      </w:hyperlink>
      <w:r>
        <w:t xml:space="preserve"> - The Criterion Collection's page for 'Bound' (1996) provides an overview of the film, highlighting its status as the Wachowskis' directorial debut. The page details the film's plot, themes, and the performances of the lead actors, Jennifer Tilly and Gina Gershon. It also mentions the film's release and its inclusion in the Criterion Collection, offering insights into its significance in queer cinema.</w:t>
      </w:r>
      <w:r/>
    </w:p>
    <w:p>
      <w:pPr>
        <w:pStyle w:val="ListNumber"/>
        <w:spacing w:line="240" w:lineRule="auto"/>
        <w:ind w:left="720"/>
      </w:pPr>
      <w:r/>
      <w:hyperlink r:id="rId13">
        <w:r>
          <w:rPr>
            <w:color w:val="0000EE"/>
            <w:u w:val="single"/>
          </w:rPr>
          <w:t>https://www.imdb.com/title/tt0115736/parentalguide/</w:t>
        </w:r>
      </w:hyperlink>
      <w:r>
        <w:t xml:space="preserve"> - IMDb's parental guide for 'Bound' (1996) offers detailed information on the film's content, including ratings for sex and nudity, violence and gore, profanity, and other categories. The guide provides specific examples of scenes, such as the depiction of a woman inviting another to touch a tattoo on her breast, guiding her hand to her chest, and the portrayal of two women kissing passionately throughout the film.</w:t>
      </w:r>
      <w:r/>
    </w:p>
    <w:p>
      <w:pPr>
        <w:pStyle w:val="ListNumber"/>
        <w:spacing w:line="240" w:lineRule="auto"/>
        <w:ind w:left="720"/>
      </w:pPr>
      <w:r/>
      <w:hyperlink r:id="rId11">
        <w:r>
          <w:rPr>
            <w:color w:val="0000EE"/>
            <w:u w:val="single"/>
          </w:rPr>
          <w:t>https://www.filmsite.org/bound.html</w:t>
        </w:r>
      </w:hyperlink>
      <w:r>
        <w:t xml:space="preserve"> - Filmsite.org's page on 'Bound' (1996) provides a detailed analysis of the film, including a breakdown of key scenes. It describes the intimate portrayal of the relationship between the two female leads, highlighting the film's approach to depicting a lesbian relationship in mainstream cinema. The analysis also touches upon the film's themes and its reception.</w:t>
      </w:r>
      <w:r/>
    </w:p>
    <w:p>
      <w:pPr>
        <w:pStyle w:val="ListNumber"/>
        <w:spacing w:line="240" w:lineRule="auto"/>
        <w:ind w:left="720"/>
      </w:pPr>
      <w:r/>
      <w:hyperlink r:id="rId12">
        <w:r>
          <w:rPr>
            <w:color w:val="0000EE"/>
            <w:u w:val="single"/>
          </w:rPr>
          <w:t>https://www.rogerebert.com/reviews/bound-1996</w:t>
        </w:r>
      </w:hyperlink>
      <w:r>
        <w:t xml:space="preserve"> - Roger Ebert's review of 'Bound' (1996) praises the film for its blend of genres, including caper, gangster, and sex films. Ebert commends the performances of Jennifer Tilly and Gina Gershon, noting their electric on-screen chemistry. The review highlights the film's ability to engage and entertain, leaving a lasting impression on the audience.</w:t>
      </w:r>
      <w:r/>
    </w:p>
    <w:p>
      <w:pPr>
        <w:pStyle w:val="ListNumber"/>
        <w:spacing w:line="240" w:lineRule="auto"/>
        <w:ind w:left="720"/>
      </w:pPr>
      <w:r/>
      <w:hyperlink r:id="rId13">
        <w:r>
          <w:rPr>
            <w:color w:val="0000EE"/>
            <w:u w:val="single"/>
          </w:rPr>
          <w:t>https://www.imdb.com/title/tt0115736/parentalguide/</w:t>
        </w:r>
      </w:hyperlink>
      <w:r>
        <w:t xml:space="preserve"> - IMDb's parental guide for 'Bound' (1996) offers detailed information on the film's content, including ratings for sex and nudity, violence and gore, profanity, and other categories. The guide provides specific examples of scenes, such as the depiction of a woman inviting another to touch a tattoo on her breast, guiding her hand to her chest, and the portrayal of two women kissing passionately throughout the film.</w:t>
      </w:r>
      <w:r/>
    </w:p>
    <w:p>
      <w:pPr>
        <w:pStyle w:val="ListNumber"/>
        <w:spacing w:line="240" w:lineRule="auto"/>
        <w:ind w:left="720"/>
      </w:pPr>
      <w:r/>
      <w:hyperlink r:id="rId12">
        <w:r>
          <w:rPr>
            <w:color w:val="0000EE"/>
            <w:u w:val="single"/>
          </w:rPr>
          <w:t>https://www.rogerebert.com/reviews/bound-1996</w:t>
        </w:r>
      </w:hyperlink>
      <w:r>
        <w:t xml:space="preserve"> - Roger Ebert's review of 'Bound' (1996) praises the film for its blend of genres, including caper, gangster, and sex films. Ebert commends the performances of Jennifer Tilly and Gina Gershon, noting their electric on-screen chemistry. The review highlights the film's ability to engage and entertain, leaving a lasting impression on the audience.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7/31/8-sapphic-sex-scenes-to-watch-this-evening/?utm_source=rss&amp;utm_medium=rss&amp;utm_campaign=8-sapphic-sex-scenes-to-watch-this-evening" TargetMode="External"/><Relationship Id="rId10" Type="http://schemas.openxmlformats.org/officeDocument/2006/relationships/hyperlink" Target="https://www.criterion.com/films/33670-bound" TargetMode="External"/><Relationship Id="rId11" Type="http://schemas.openxmlformats.org/officeDocument/2006/relationships/hyperlink" Target="https://www.filmsite.org/bound.html" TargetMode="External"/><Relationship Id="rId12" Type="http://schemas.openxmlformats.org/officeDocument/2006/relationships/hyperlink" Target="https://www.rogerebert.com/reviews/bound-1996" TargetMode="External"/><Relationship Id="rId13" Type="http://schemas.openxmlformats.org/officeDocument/2006/relationships/hyperlink" Target="https://www.imdb.com/title/tt0115736/parental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