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Royal Voices for Pride: How Countess Eloise Is Using Her Platform for LGBTQ+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onlookers have noticed a royal with a modern megaphone , Countess Eloise is speaking up for the queer community in Amsterdam, blending social charm with clear political purpose just in time for World Pride. Her posts, presence at Canal Parade and personal ties make her support feel both visible and genuine.</w:t>
      </w:r>
      <w:r/>
    </w:p>
    <w:p>
      <w:r/>
      <w:r>
        <w:t>Essential Takeaways</w:t>
      </w:r>
      <w:r/>
      <w:r/>
    </w:p>
    <w:p>
      <w:pPr>
        <w:pStyle w:val="ListBullet"/>
        <w:spacing w:line="240" w:lineRule="auto"/>
        <w:ind w:left="720"/>
      </w:pPr>
      <w:r/>
      <w:r>
        <w:rPr>
          <w:b/>
        </w:rPr>
        <w:t>Visible ally:</w:t>
      </w:r>
      <w:r>
        <w:t xml:space="preserve"> Eloise uses her public profile and social following to highlight LGBTQ+ rights and Pride events, making support easy to spot.</w:t>
      </w:r>
      <w:r/>
    </w:p>
    <w:p>
      <w:pPr>
        <w:pStyle w:val="ListBullet"/>
        <w:spacing w:line="240" w:lineRule="auto"/>
        <w:ind w:left="720"/>
      </w:pPr>
      <w:r/>
      <w:r>
        <w:rPr>
          <w:b/>
        </w:rPr>
        <w:t>Personal connection:</w:t>
      </w:r>
      <w:r>
        <w:t xml:space="preserve"> Living in Amsterdam and having close friends in the queer community has sharpened her commitment and emotional resonance.</w:t>
      </w:r>
      <w:r/>
    </w:p>
    <w:p>
      <w:pPr>
        <w:pStyle w:val="ListBullet"/>
        <w:spacing w:line="240" w:lineRule="auto"/>
        <w:ind w:left="720"/>
      </w:pPr>
      <w:r/>
      <w:r>
        <w:rPr>
          <w:b/>
        </w:rPr>
        <w:t>Calm messaging:</w:t>
      </w:r>
      <w:r>
        <w:t xml:space="preserve"> She urges people to listen, de-escalate and seek connection when tensions rise, favouring empathy over outrage.</w:t>
      </w:r>
      <w:r/>
    </w:p>
    <w:p>
      <w:pPr>
        <w:pStyle w:val="ListBullet"/>
        <w:spacing w:line="240" w:lineRule="auto"/>
        <w:ind w:left="720"/>
      </w:pPr>
      <w:r/>
      <w:r>
        <w:rPr>
          <w:b/>
        </w:rPr>
        <w:t>High-profile participation:</w:t>
      </w:r>
      <w:r>
        <w:t xml:space="preserve"> Her attendance at Canal Parade and Pride celebrations adds royal visibility but also invites debate about optics.</w:t>
      </w:r>
      <w:r/>
    </w:p>
    <w:p>
      <w:pPr>
        <w:pStyle w:val="ListBullet"/>
        <w:spacing w:line="240" w:lineRule="auto"/>
        <w:ind w:left="720"/>
      </w:pPr>
      <w:r/>
      <w:r>
        <w:rPr>
          <w:b/>
        </w:rPr>
        <w:t>Practical reassurance:</w:t>
      </w:r>
      <w:r>
        <w:t xml:space="preserve"> Eloise encourages thoughtful engagement on social media , know what to post and when to speak out.</w:t>
      </w:r>
      <w:r/>
      <w:r/>
    </w:p>
    <w:p>
      <w:pPr>
        <w:pStyle w:val="Heading2"/>
      </w:pPr>
      <w:r>
        <w:t>A royal who feels like your neighbour , why that matters</w:t>
      </w:r>
      <w:r/>
    </w:p>
    <w:p>
      <w:r/>
      <w:r>
        <w:t>Eloise’s support feels warm rather than stage-managed; there’s a real, human tone when she talks about friendship and community, and you can almost hear the relief in her message that Pride was “an incredible day of love.” According to reports in Dutch media, living in Amsterdam brought her closer to queer friends and made the issues she’d always cared about suddenly immediate. That proximity changes how people respond , it turns abstract support into personal responsibility, and that’s significant when a public figure has reach.</w:t>
      </w:r>
      <w:r/>
    </w:p>
    <w:p>
      <w:pPr>
        <w:pStyle w:val="Heading2"/>
      </w:pPr>
      <w:r>
        <w:t>Speaking up from a place of influence , the modern “gravinfluencer” effect</w:t>
      </w:r>
      <w:r/>
    </w:p>
    <w:p>
      <w:r/>
      <w:r>
        <w:t>She calls herself a “gravinfluencer,” aware that a name and following attract attention. And attention can be useful: a single Instagram post or an appearance at a Canal Parade puts the conversation in front of people who might otherwise scroll past. Industry commentators and lifestyle outlets note how royals and semi-royals increasingly use platforms for causes. The trick is to be sincere and consistent , and Eloise seems to be learning that balance, advising followers to think before they post.</w:t>
      </w:r>
      <w:r/>
    </w:p>
    <w:p>
      <w:pPr>
        <w:pStyle w:val="Heading2"/>
      </w:pPr>
      <w:r>
        <w:t>When royal presence helps , and when it complicates things</w:t>
      </w:r>
      <w:r/>
    </w:p>
    <w:p>
      <w:r/>
      <w:r>
        <w:t>Not everyone agrees that royal visibility is an uncomplicated good. Opinion pieces in Dutch papers have argued that members of a royal family turning up at Pride can sharpen political contrasts rather than soothe them. There’s a fine line between supportive optics and unintended political signalling, and presence can highlight difference as much as unity. Still, for many attendees the sight of a familiar face joining the Canal Parade felt affirming, a reminder that solidarity can be both symbolic and emotionally powerful.</w:t>
      </w:r>
      <w:r/>
    </w:p>
    <w:p>
      <w:pPr>
        <w:pStyle w:val="Heading2"/>
      </w:pPr>
      <w:r>
        <w:t>Calm, conversational activism , her approach to polarisation</w:t>
      </w:r>
      <w:r/>
    </w:p>
    <w:p>
      <w:r/>
      <w:r>
        <w:t>Eloise talks openly about worry over polarisation and how fear can make people act irrationally. Her remedy is almost old-fashioned: listen more, shout less, make space for each other. That’s practical advice for anyone navigating contentious conversations online or in real life. If you want to follow her lead, start small , amplify voices from the community, avoid performative gestures, and if you speak up, explain why it matters to you personally.</w:t>
      </w:r>
      <w:r/>
    </w:p>
    <w:p>
      <w:pPr>
        <w:pStyle w:val="Heading2"/>
      </w:pPr>
      <w:r>
        <w:t>How to be a better ally , small steps inspired by a countess</w:t>
      </w:r>
      <w:r/>
    </w:p>
    <w:p>
      <w:r/>
      <w:r>
        <w:t>You don’t need a public profile to make a difference. Simple steps include learning correct pronouns, attending local Pride events, donating to grassroots organisations, and curating a social feed that centres queer voices. Eloise’s example shows that proximity matters: friendships turn abstract rights into everyday concerns. If you’re online, pause before posting , ask whether your comment helps, harms, or simply occupies space.</w:t>
      </w:r>
      <w:r/>
    </w:p>
    <w:p>
      <w:r/>
      <w:r>
        <w:t>It's a small change that can make every gesture a bit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https://www.telegraaf.nl/entertainment/royals/gravin-eloise-zet-koninklijke-status-in-voor-de-queer-gemeenschap-toch-anders-als-het-iemand-is-die-dicht-bij-je-staat/159467646.html</w:t>
        </w:r>
      </w:hyperlink>
      <w:r>
        <w:t xml:space="preserve"> - Please view link - unable to able to access data</w:t>
      </w:r>
      <w:r/>
    </w:p>
    <w:p>
      <w:pPr>
        <w:pStyle w:val="ListNumber"/>
        <w:spacing w:line="240" w:lineRule="auto"/>
        <w:ind w:left="720"/>
      </w:pPr>
      <w:r/>
      <w:hyperlink r:id="rId10">
        <w:r>
          <w:rPr>
            <w:color w:val="0000EE"/>
            <w:u w:val="single"/>
          </w:rPr>
          <w:t>https://www.rtl.nl/rtl-boulevard/royalty/artikel/5400302/eloise-genoot-met-pride-van-ongelofelijke-dag-vol-liefde</w:t>
        </w:r>
      </w:hyperlink>
      <w:r>
        <w:t xml:space="preserve"> - In August 2023, Gravin Eloise participated in the Amsterdam Canal Parade, expressing her joy over the 'incredible day full of love'. She joined the RTL boat, highlighting the positive and beautiful people she encountered, and emphasised the importance of mutual support and acceptance. Eloise was accompanied by various celebrities, marking the first known participation of royal family members in the renowned boat parade.</w:t>
      </w:r>
      <w:r/>
    </w:p>
    <w:p>
      <w:pPr>
        <w:pStyle w:val="ListNumber"/>
        <w:spacing w:line="240" w:lineRule="auto"/>
        <w:ind w:left="720"/>
      </w:pPr>
      <w:r/>
      <w:hyperlink r:id="rId13">
        <w:r>
          <w:rPr>
            <w:color w:val="0000EE"/>
            <w:u w:val="single"/>
          </w:rPr>
          <w:t>https://www.rd.nl/artikel/1030136-aanwezigheid-leden-koninklijke-familie-bij-canal-parade-kan-tegenstellingen-juist-aanscherpen</w:t>
        </w:r>
      </w:hyperlink>
      <w:r>
        <w:t xml:space="preserve"> - In August 2023, members of the Dutch royal family, including Gravin Eloise and Prins Pieter-Christiaan, participated in the Amsterdam Canal Parade. Their involvement was noted as the first known instance of royal family members joining the famous boat parade, which is a significant event in the annual Amsterdam Pride celebrations.</w:t>
      </w:r>
      <w:r/>
    </w:p>
    <w:p>
      <w:pPr>
        <w:pStyle w:val="ListNumber"/>
        <w:spacing w:line="240" w:lineRule="auto"/>
        <w:ind w:left="720"/>
      </w:pPr>
      <w:r/>
      <w:hyperlink r:id="rId14">
        <w:r>
          <w:rPr>
            <w:color w:val="0000EE"/>
            <w:u w:val="single"/>
          </w:rPr>
          <w:t>https://www.weekend-online.nl/royalty/eloise-heeft-genoten-met-pride-ongelofelijke-dag-vol-liefde/</w:t>
        </w:r>
      </w:hyperlink>
      <w:r>
        <w:t xml:space="preserve"> - In August 2023, Gravin Eloise enjoyed an 'incredible day full of love' during the Amsterdam Canal Parade. She joined the RTL boat, celebrating the positive and beautiful people she encountered. Eloise highlighted the importance of mutual support and acceptance, noting that such experiences should be carried forward throughout the year.</w:t>
      </w:r>
      <w:r/>
    </w:p>
    <w:p>
      <w:pPr>
        <w:pStyle w:val="ListNumber"/>
        <w:spacing w:line="240" w:lineRule="auto"/>
        <w:ind w:left="720"/>
      </w:pPr>
      <w:r/>
      <w:hyperlink r:id="rId15">
        <w:r>
          <w:rPr>
            <w:color w:val="0000EE"/>
            <w:u w:val="single"/>
          </w:rPr>
          <w:t>https://www.shownieuws.nl/entertainment/royalty/artikelen/eloise-van-oranje-staat-stil-bij-bijzondere-dag</w:t>
        </w:r>
      </w:hyperlink>
      <w:r>
        <w:t xml:space="preserve"> - In August 2025, Gravin Eloise reflected on her participation in the Amsterdam Pride, describing it as a 'special day' spent with dear friends. She emphasised the significance of Pride, stating that the freedom of orientation is not yet self-evident, and encouraged individuals to question their discomfort and consider their actions.</w:t>
      </w:r>
      <w:r/>
    </w:p>
    <w:p>
      <w:pPr>
        <w:pStyle w:val="ListNumber"/>
        <w:spacing w:line="240" w:lineRule="auto"/>
        <w:ind w:left="720"/>
      </w:pPr>
      <w:r/>
      <w:hyperlink r:id="rId11">
        <w:r>
          <w:rPr>
            <w:color w:val="0000EE"/>
            <w:u w:val="single"/>
          </w:rPr>
          <w:t>https://www.beaumonde.nl/artikel/539656/eloise-van-oranje-en-pieter-christiaan-van-vollenhoven-genieten-van-canal-parade</w:t>
        </w:r>
      </w:hyperlink>
      <w:r>
        <w:t xml:space="preserve"> - In August 2023, Gravin Eloise and Prins Pieter-Christiaan participated in the Amsterdam Canal Parade, a highlight of Pride Amsterdam. The event featured 80 boats sailing through the canals, with the royal family members enjoying the festivities and sharing moments on social media.</w:t>
      </w:r>
      <w:r/>
    </w:p>
    <w:p>
      <w:pPr>
        <w:pStyle w:val="ListNumber"/>
        <w:spacing w:line="240" w:lineRule="auto"/>
        <w:ind w:left="720"/>
      </w:pPr>
      <w:r/>
      <w:hyperlink r:id="rId12">
        <w:r>
          <w:rPr>
            <w:color w:val="0000EE"/>
            <w:u w:val="single"/>
          </w:rPr>
          <w:t>https://www.beaumonde.nl/artikel/637392/gravin-eloise-over-de-liefde-ik-houd-van-flirten</w:t>
        </w:r>
      </w:hyperlink>
      <w:r>
        <w:t xml:space="preserve"> - In March 2025, Gravin Eloise discussed her love life in an interview, expressing her enjoyment of dating, flirting, and meeting new people. She highlighted the importance of humour and respect in a partner and mentioned that while she is currently happy being single, she values the process of getting to know someone without expectations.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legraaf.nl/entertainment/royals/gravin-eloise-zet-koninklijke-status-in-voor-de-queer-gemeenschap-toch-anders-als-het-iemand-is-die-dicht-bij-je-staat/159467646.html" TargetMode="External"/><Relationship Id="rId10" Type="http://schemas.openxmlformats.org/officeDocument/2006/relationships/hyperlink" Target="https://www.rtl.nl/rtl-boulevard/royalty/artikel/5400302/eloise-genoot-met-pride-van-ongelofelijke-dag-vol-liefde" TargetMode="External"/><Relationship Id="rId11" Type="http://schemas.openxmlformats.org/officeDocument/2006/relationships/hyperlink" Target="https://www.beaumonde.nl/artikel/539656/eloise-van-oranje-en-pieter-christiaan-van-vollenhoven-genieten-van-canal-parade" TargetMode="External"/><Relationship Id="rId12" Type="http://schemas.openxmlformats.org/officeDocument/2006/relationships/hyperlink" Target="https://www.beaumonde.nl/artikel/637392/gravin-eloise-over-de-liefde-ik-houd-van-flirten" TargetMode="External"/><Relationship Id="rId13" Type="http://schemas.openxmlformats.org/officeDocument/2006/relationships/hyperlink" Target="https://www.rd.nl/artikel/1030136-aanwezigheid-leden-koninklijke-familie-bij-canal-parade-kan-tegenstellingen-juist-aanscherpen" TargetMode="External"/><Relationship Id="rId14" Type="http://schemas.openxmlformats.org/officeDocument/2006/relationships/hyperlink" Target="https://www.weekend-online.nl/royalty/eloise-heeft-genoten-met-pride-ongelofelijke-dag-vol-liefde/" TargetMode="External"/><Relationship Id="rId15" Type="http://schemas.openxmlformats.org/officeDocument/2006/relationships/hyperlink" Target="https://www.shownieuws.nl/entertainment/royalty/artikelen/eloise-van-oranje-staat-stil-bij-bijzondere-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