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to Rewatch Transamerica: A Road-Trip That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are returning to Transamerica, the 2005 road‑movie that put a trans woman at its centre; it’s a tender, flawed portrait starring Felicity Huffman and exploring identity, family and the aching costs of transition, and it still sparks conversation about representation and empathy.</w:t>
      </w:r>
      <w:r/>
    </w:p>
    <w:p>
      <w:r/>
      <w:r>
        <w:t>Essential Takeaways</w:t>
      </w:r>
      <w:r/>
      <w:r/>
    </w:p>
    <w:p>
      <w:pPr>
        <w:pStyle w:val="ListBullet"/>
        <w:spacing w:line="240" w:lineRule="auto"/>
        <w:ind w:left="720"/>
      </w:pPr>
      <w:r/>
      <w:r>
        <w:rPr>
          <w:b/>
        </w:rPr>
        <w:t>Lead performance:</w:t>
      </w:r>
      <w:r>
        <w:t xml:space="preserve"> Felicity Huffman plays Bree with quiet empathy and visual care, giving the film emotional ballast.</w:t>
      </w:r>
      <w:r/>
    </w:p>
    <w:p>
      <w:pPr>
        <w:pStyle w:val="ListBullet"/>
        <w:spacing w:line="240" w:lineRule="auto"/>
        <w:ind w:left="720"/>
      </w:pPr>
      <w:r/>
      <w:r>
        <w:rPr>
          <w:b/>
        </w:rPr>
        <w:t>Plot basics:</w:t>
      </w:r>
      <w:r>
        <w:t xml:space="preserve"> A cross‑country trip reunites a trans woman with a son she never knew, producing both conflict and care.</w:t>
      </w:r>
      <w:r/>
    </w:p>
    <w:p>
      <w:pPr>
        <w:pStyle w:val="ListBullet"/>
        <w:spacing w:line="240" w:lineRule="auto"/>
        <w:ind w:left="720"/>
      </w:pPr>
      <w:r/>
      <w:r>
        <w:rPr>
          <w:b/>
        </w:rPr>
        <w:t>Tone:</w:t>
      </w:r>
      <w:r>
        <w:t xml:space="preserve"> Balances comedy and heartbreak, with moments that feel warm, raw and occasionally uncomfortable.</w:t>
      </w:r>
      <w:r/>
    </w:p>
    <w:p>
      <w:pPr>
        <w:pStyle w:val="ListBullet"/>
        <w:spacing w:line="240" w:lineRule="auto"/>
        <w:ind w:left="720"/>
      </w:pPr>
      <w:r/>
      <w:r>
        <w:rPr>
          <w:b/>
        </w:rPr>
        <w:t>Cultural note:</w:t>
      </w:r>
      <w:r>
        <w:t xml:space="preserve"> Groundbreaking for mainstream screens in 2005, though not a perfect or fully authentic depiction.</w:t>
      </w:r>
      <w:r/>
    </w:p>
    <w:p>
      <w:pPr>
        <w:pStyle w:val="ListBullet"/>
        <w:spacing w:line="240" w:lineRule="auto"/>
        <w:ind w:left="720"/>
      </w:pPr>
      <w:r/>
      <w:r>
        <w:rPr>
          <w:b/>
        </w:rPr>
        <w:t>Where to watch:</w:t>
      </w:r>
      <w:r>
        <w:t xml:space="preserve"> Currently streaming on Tubi; a good pick for viewers re‑exploring early 2000s queer cinema.</w:t>
      </w:r>
      <w:r/>
      <w:r/>
    </w:p>
    <w:p>
      <w:pPr>
        <w:pStyle w:val="Heading2"/>
      </w:pPr>
      <w:r>
        <w:t>Why Transamerica still grabs you on first scenes</w:t>
      </w:r>
      <w:r/>
    </w:p>
    <w:p>
      <w:r/>
      <w:r>
        <w:t>The opening establishes a tactile sense of Bree’s life, soft clothes, quiet routines, the small, nervous rituals of someone saving every penny for surgery. According to contemporary reviews, that mix of domestic detail and emotional restraint helped the film feel intimate rather than sensational. For modern viewers, the film’s restraint is both its strength and its limitation: it invites empathy but filters the trans experience through a largely cis creative team. If you’re watching now, notice how the small props and costumes do a lot of the storytelling.</w:t>
      </w:r>
      <w:r/>
    </w:p>
    <w:p>
      <w:pPr>
        <w:pStyle w:val="Heading2"/>
      </w:pPr>
      <w:r>
        <w:t>How the road trip frames identity and family</w:t>
      </w:r>
      <w:r/>
    </w:p>
    <w:p>
      <w:r/>
      <w:r>
        <w:t>The cross‑country journey device lets the movie show transition as both physical and relational work. Bree’s reluctant reunion with her son forces public reckonings that surgery alone doesn’t fix. Critics at the time flagged the film’s willingness to pair tender scenes with sharper confrontations, and that tonal swing is what keeps the story moving. If you’re picking a scene to show someone new to the film, the diner and roadside sequences illustrate how identity collides with ordinary life.</w:t>
      </w:r>
      <w:r/>
    </w:p>
    <w:p>
      <w:pPr>
        <w:pStyle w:val="Heading2"/>
      </w:pPr>
      <w:r>
        <w:t>Casting: why Felicity Huffman mattered and why controversy followed</w:t>
      </w:r>
      <w:r/>
    </w:p>
    <w:p>
      <w:r/>
      <w:r>
        <w:t>Felicity Huffman’s performance won plaudits for its sensitivity; she plays Bree as someone who’s lived a long inner life and finally claims it. Still, the decision to cast a cis woman in a trans role sparked debate then and now about authentic representation. Industry coverage from the period underscores both the film’s ambition and the limits of Hollywood casting early on. Watch the movie noticing the choices made to present Bree as fully human, while also thinking about how casting conversations have evolved since 2005.</w:t>
      </w:r>
      <w:r/>
    </w:p>
    <w:p>
      <w:pPr>
        <w:pStyle w:val="Heading2"/>
      </w:pPr>
      <w:r>
        <w:t>What the film gets right , and where it shows its age</w:t>
      </w:r>
      <w:r/>
    </w:p>
    <w:p>
      <w:r/>
      <w:r>
        <w:t>Transamerica captures the loneliness of early transition and the small victories that slowly add up. It also dramatizes gatekeeping, shame and transphobic reactions in ways that ring true for many viewers. Yet the film reflects its moment: it can feel like a cis interpretation of trans life, with some plot beats leaning toward sentimental closure. For a modern rewatch, appreciate its empathy while holding space for critique and comparison with more recent trans storytellers.</w:t>
      </w:r>
      <w:r/>
    </w:p>
    <w:p>
      <w:pPr>
        <w:pStyle w:val="Heading2"/>
      </w:pPr>
      <w:r>
        <w:t>Practical viewing tips and who will love it</w:t>
      </w:r>
      <w:r/>
    </w:p>
    <w:p>
      <w:r/>
      <w:r>
        <w:t>If you’re new to queer cinema, watch with someone and be ready to talk afterwards; the film opens up good conversations about family, safety and visibility. Fans of road movies and character‑led dramas will enjoy the blend of humour and melancholy, while viewers seeking strictly authentic trans representation may prefer to supplement this with contemporary trans‑created work. Streaming on Tubi makes it easy to access, pair it with a discussion or a checklist of later films by trans filmmakers to see how representation has shifted.</w:t>
      </w:r>
      <w:r/>
    </w:p>
    <w:p>
      <w:r/>
      <w:r>
        <w:t>It’s a small, imperfect classic that still teaches a lot about being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2">
        <w:r>
          <w:rPr>
            <w:color w:val="0000EE"/>
            <w:u w:val="single"/>
          </w:rPr>
          <w:t>[2]</w:t>
        </w:r>
      </w:hyperlink>
      <w:r>
        <w:t xml:space="preserve">, </w:t>
      </w:r>
      <w:hyperlink r:id="rId11">
        <w:r>
          <w:rPr>
            <w:color w:val="0000EE"/>
            <w:u w:val="single"/>
          </w:rPr>
          <w:t>[7]</w:t>
        </w:r>
      </w:hyperlink>
      <w:r>
        <w:t xml:space="preserve">- Paragraph 4: </w:t>
      </w:r>
      <w:hyperlink r:id="rId12">
        <w:r>
          <w:rPr>
            <w:color w:val="0000EE"/>
            <w:u w:val="single"/>
          </w:rPr>
          <w:t>[2]</w:t>
        </w:r>
      </w:hyperlink>
      <w:r>
        <w:t xml:space="preserve">, </w:t>
      </w:r>
      <w:hyperlink r:id="rId10">
        <w:r>
          <w:rPr>
            <w:color w:val="0000EE"/>
            <w:u w:val="single"/>
          </w:rPr>
          <w:t>[4]</w:t>
        </w:r>
      </w:hyperlink>
      <w:r>
        <w:t xml:space="preserve">- Paragraph 5: </w:t>
      </w:r>
      <w:hyperlink r:id="rId13">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https://www.queerty.com/in-05-a-trans-mother-her-bisexual-son-hit-the-road-is-transamerica-still-a-trip-worth-taking-20260731/</w:t>
        </w:r>
      </w:hyperlink>
      <w:r>
        <w:t xml:space="preserve"> - Please view link - unable to able to access data</w:t>
      </w:r>
      <w:r/>
    </w:p>
    <w:p>
      <w:pPr>
        <w:pStyle w:val="ListNumber"/>
        <w:spacing w:line="240" w:lineRule="auto"/>
        <w:ind w:left="720"/>
      </w:pPr>
      <w:r/>
      <w:hyperlink r:id="rId12">
        <w:r>
          <w:rPr>
            <w:color w:val="0000EE"/>
            <w:u w:val="single"/>
          </w:rPr>
          <w:t>https://en.wikipedia.org/wiki/Transamerica_(film)</w:t>
        </w:r>
      </w:hyperlink>
      <w:r>
        <w:t xml:space="preserve"> - 'Transamerica' is a 2005 American road comedy-drama film directed by Duncan Tucker, starring Felicity Huffman and Kevin Zegers. The film premiered at the Berlin International Film Festival on February 14, 2005, and was released in the United States on December 2, 2005. The screenplay, inspired by conversations between Tucker and his then-roommate Katherine Connella, tells the story of Bree (Huffman), a trans woman, who goes on a road trip with her long-lost son Toby (Zegers). The film received positive reviews and won multiple awards, including Huffman winning a Golden Globe and a nomination for an Academy Award. (</w:t>
      </w:r>
      <w:hyperlink r:id="rId15">
        <w:r>
          <w:rPr>
            <w:color w:val="0000EE"/>
            <w:u w:val="single"/>
          </w:rPr>
          <w:t>en.wikipedia.org</w:t>
        </w:r>
      </w:hyperlink>
      <w:r>
        <w:t>)</w:t>
      </w:r>
      <w:r/>
    </w:p>
    <w:p>
      <w:pPr>
        <w:pStyle w:val="ListNumber"/>
        <w:spacing w:line="240" w:lineRule="auto"/>
        <w:ind w:left="720"/>
      </w:pPr>
      <w:r/>
      <w:hyperlink r:id="rId14">
        <w:r>
          <w:rPr>
            <w:color w:val="0000EE"/>
            <w:u w:val="single"/>
          </w:rPr>
          <w:t>https://www.imdb.com/title/tt0407265/</w:t>
        </w:r>
      </w:hyperlink>
      <w:r>
        <w:t xml:space="preserve"> - 'Transamerica' is a 2005 film directed by Duncan Tucker, featuring Felicity Huffman as Bree, a transgender woman, and Kevin Zegers as her son Toby. The film has a rating of 7.3/10 based on 43,000 user ratings. The plot follows Bree's unexpected journey when she learns she has a son, now a teenage runaway hustling on the streets of New York. (</w:t>
      </w:r>
      <w:hyperlink r:id="rId16">
        <w:r>
          <w:rPr>
            <w:color w:val="0000EE"/>
            <w:u w:val="single"/>
          </w:rPr>
          <w:t>imdb.com</w:t>
        </w:r>
      </w:hyperlink>
      <w:r>
        <w:t>)</w:t>
      </w:r>
      <w:r/>
    </w:p>
    <w:p>
      <w:pPr>
        <w:pStyle w:val="ListNumber"/>
        <w:spacing w:line="240" w:lineRule="auto"/>
        <w:ind w:left="720"/>
      </w:pPr>
      <w:r/>
      <w:hyperlink r:id="rId10">
        <w:r>
          <w:rPr>
            <w:color w:val="0000EE"/>
            <w:u w:val="single"/>
          </w:rPr>
          <w:t>https://www.salon.com/2005/12/02/transamerica/</w:t>
        </w:r>
      </w:hyperlink>
      <w:r>
        <w:t xml:space="preserve"> - In this 2005 review, Stephanie Zacharek discusses 'Transamerica,' highlighting Felicity Huffman's performance as a pre-op male-to-female transsexual on a cross-country road trip with her son. Zacharek notes that the film is made with good intentions and compassion, aiming to be agreeable even to those who may not understand the need for gender transition. However, she critiques the film for often feeling like a lesson in tolerance rather than a straightforward story about a person. (</w:t>
      </w:r>
      <w:hyperlink r:id="rId17">
        <w:r>
          <w:rPr>
            <w:color w:val="0000EE"/>
            <w:u w:val="single"/>
          </w:rPr>
          <w:t>salon.com</w:t>
        </w:r>
      </w:hyperlink>
      <w:r>
        <w:t>)</w:t>
      </w:r>
      <w:r/>
    </w:p>
    <w:p>
      <w:pPr>
        <w:pStyle w:val="ListNumber"/>
        <w:spacing w:line="240" w:lineRule="auto"/>
        <w:ind w:left="720"/>
      </w:pPr>
      <w:r/>
      <w:hyperlink r:id="rId18">
        <w:r>
          <w:rPr>
            <w:color w:val="0000EE"/>
            <w:u w:val="single"/>
          </w:rPr>
          <w:t>https://en.wikipedia.org/wiki/Felicity_Huffman</w:t>
        </w:r>
      </w:hyperlink>
      <w:r>
        <w:t xml:space="preserve"> - Felicity Huffman is an American actress known for her role as Lynette Scavo in the ABC comedy-drama 'Desperate Housewives' and as Sabrina 'Bree' Osbourne, a transgender woman, in the film 'Transamerica' (2005). She has received numerous accolades, including a Primetime Emmy Award and a Golden Globe Award, as well as a nomination for an Academy Award. Huffman began her career in theatre and has had many supporting roles in film and television. (</w:t>
      </w:r>
      <w:hyperlink r:id="rId19">
        <w:r>
          <w:rPr>
            <w:color w:val="0000EE"/>
            <w:u w:val="single"/>
          </w:rPr>
          <w:t>en.wikipedia.org</w:t>
        </w:r>
      </w:hyperlink>
      <w:r>
        <w:t>)</w:t>
      </w:r>
      <w:r/>
    </w:p>
    <w:p>
      <w:pPr>
        <w:pStyle w:val="ListNumber"/>
        <w:spacing w:line="240" w:lineRule="auto"/>
        <w:ind w:left="720"/>
      </w:pPr>
      <w:r/>
      <w:hyperlink r:id="rId13">
        <w:r>
          <w:rPr>
            <w:color w:val="0000EE"/>
            <w:u w:val="single"/>
          </w:rPr>
          <w:t>https://soundsofcinema.com/review-archive/review-transamerica-2005/</w:t>
        </w:r>
      </w:hyperlink>
      <w:r>
        <w:t xml:space="preserve"> - This 2005 review of 'Transamerica' praises the performances of Felicity Huffman and Kevin Zegers, noting Huffman's portrayal of a transgender man as among the great performances of the past year. The film is commended for being one of the few honest portrayals of the transgender community in American cinema. However, the review mentions that while the film does the formulas well, it does not deviate much from the road trip and family bonding storylines. (</w:t>
      </w:r>
      <w:hyperlink r:id="rId20">
        <w:r>
          <w:rPr>
            <w:color w:val="0000EE"/>
            <w:u w:val="single"/>
          </w:rPr>
          <w:t>soundsofcinema.com</w:t>
        </w:r>
      </w:hyperlink>
      <w:r>
        <w:t>)</w:t>
      </w:r>
      <w:r/>
    </w:p>
    <w:p>
      <w:pPr>
        <w:pStyle w:val="ListNumber"/>
        <w:spacing w:line="240" w:lineRule="auto"/>
        <w:ind w:left="720"/>
      </w:pPr>
      <w:r/>
      <w:hyperlink r:id="rId11">
        <w:r>
          <w:rPr>
            <w:color w:val="0000EE"/>
            <w:u w:val="single"/>
          </w:rPr>
          <w:t>https://www.latimes.com/archives/la-xpm-2005-dec-02-et-transamerica2-story.html</w:t>
        </w:r>
      </w:hyperlink>
      <w:r>
        <w:t xml:space="preserve"> - In this 2005 review, Kevin Thomas discusses 'Transamerica,' highlighting Felicity Huffman's performance as a pre-op male-to-female transsexual on a cross-country road trip with her son. Thomas praises Huffman's portrayal as extraordinarily endearing, convincing, and exquisitely nuanced, making her character engaging throughout the film. (</w:t>
      </w:r>
      <w:hyperlink r:id="rId21">
        <w:r>
          <w:rPr>
            <w:color w:val="0000EE"/>
            <w:u w:val="single"/>
          </w:rPr>
          <w:t>latimes.com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in-05-a-trans-mother-her-bisexual-son-hit-the-road-is-transamerica-still-a-trip-worth-taking-20260731/" TargetMode="External"/><Relationship Id="rId10" Type="http://schemas.openxmlformats.org/officeDocument/2006/relationships/hyperlink" Target="https://www.salon.com/2005/12/02/transamerica/" TargetMode="External"/><Relationship Id="rId11" Type="http://schemas.openxmlformats.org/officeDocument/2006/relationships/hyperlink" Target="https://www.latimes.com/archives/la-xpm-2005-dec-02-et-transamerica2-story.html" TargetMode="External"/><Relationship Id="rId12" Type="http://schemas.openxmlformats.org/officeDocument/2006/relationships/hyperlink" Target="https://en.wikipedia.org/wiki/Transamerica_(film)" TargetMode="External"/><Relationship Id="rId13" Type="http://schemas.openxmlformats.org/officeDocument/2006/relationships/hyperlink" Target="https://soundsofcinema.com/review-archive/review-transamerica-2005/" TargetMode="External"/><Relationship Id="rId14" Type="http://schemas.openxmlformats.org/officeDocument/2006/relationships/hyperlink" Target="https://www.imdb.com/title/tt0407265/" TargetMode="External"/><Relationship Id="rId15" Type="http://schemas.openxmlformats.org/officeDocument/2006/relationships/hyperlink" Target="https://en.wikipedia.org/wiki/Transamerica_%28film%29?utm_source=openai" TargetMode="External"/><Relationship Id="rId16" Type="http://schemas.openxmlformats.org/officeDocument/2006/relationships/hyperlink" Target="https://www.imdb.com/title/tt0407265/?utm_source=openai" TargetMode="External"/><Relationship Id="rId17" Type="http://schemas.openxmlformats.org/officeDocument/2006/relationships/hyperlink" Target="https://www.salon.com/2005/12/02/transamerica/?utm_source=openai" TargetMode="External"/><Relationship Id="rId18" Type="http://schemas.openxmlformats.org/officeDocument/2006/relationships/hyperlink" Target="https://en.wikipedia.org/wiki/Felicity_Huffman" TargetMode="External"/><Relationship Id="rId19" Type="http://schemas.openxmlformats.org/officeDocument/2006/relationships/hyperlink" Target="https://en.wikipedia.org/wiki/Felicity_Huffman?utm_source=openai" TargetMode="External"/><Relationship Id="rId20" Type="http://schemas.openxmlformats.org/officeDocument/2006/relationships/hyperlink" Target="https://soundsofcinema.com/review-archive/review-transamerica-2005/?utm_source=openai" TargetMode="External"/><Relationship Id="rId21" Type="http://schemas.openxmlformats.org/officeDocument/2006/relationships/hyperlink" Target="https://www.latimes.com/archives/la-xpm-2005-dec-02-et-transamerica2-story.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