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Reality TV Casting: Why Shows Must Prioritise Authentic LGBTQIA+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streamers and viewers have noticed a pattern: LGBTQIA+ contestants often stand alone in reality shows, and that isolation can become painful. Frankie Grande and others are urging producers to cast more queer talent so representation feels real, safer and less tokenistic.</w:t>
      </w:r>
      <w:r/>
    </w:p>
    <w:p>
      <w:r/>
      <w:r>
        <w:t>Essential Takeaways</w:t>
      </w:r>
      <w:r/>
      <w:r/>
    </w:p>
    <w:p>
      <w:pPr>
        <w:pStyle w:val="ListBullet"/>
        <w:spacing w:line="240" w:lineRule="auto"/>
        <w:ind w:left="720"/>
      </w:pPr>
      <w:r/>
      <w:r>
        <w:rPr>
          <w:b/>
        </w:rPr>
        <w:t>Public plea:</w:t>
      </w:r>
      <w:r>
        <w:t xml:space="preserve"> Frankie Grande, alongside Peppermint and GLAAD, has pushed for more authentic LGBTQIA+ casting in reality TV to prevent isolation and prejudice on-screen. </w:t>
      </w:r>
      <w:r/>
    </w:p>
    <w:p>
      <w:pPr>
        <w:pStyle w:val="ListBullet"/>
        <w:spacing w:line="240" w:lineRule="auto"/>
        <w:ind w:left="720"/>
      </w:pPr>
      <w:r/>
      <w:r>
        <w:rPr>
          <w:b/>
        </w:rPr>
        <w:t>Real example:</w:t>
      </w:r>
      <w:r>
        <w:t xml:space="preserve"> On Big Brother season 28, Jason De Puy’s isolation after a heated confrontation underlined how being the sole queer cast member can feel visibly lonely and unsafe. </w:t>
      </w:r>
      <w:r/>
    </w:p>
    <w:p>
      <w:pPr>
        <w:pStyle w:val="ListBullet"/>
        <w:spacing w:line="240" w:lineRule="auto"/>
        <w:ind w:left="720"/>
      </w:pPr>
      <w:r/>
      <w:r>
        <w:rPr>
          <w:b/>
        </w:rPr>
        <w:t>Viewer response:</w:t>
      </w:r>
      <w:r>
        <w:t xml:space="preserve"> Fans are split, some cite gameplay errors, others say the treatment crossed into homophobic territory, showing why diverse casts matter. </w:t>
      </w:r>
      <w:r/>
    </w:p>
    <w:p>
      <w:pPr>
        <w:pStyle w:val="ListBullet"/>
        <w:spacing w:line="240" w:lineRule="auto"/>
        <w:ind w:left="720"/>
      </w:pPr>
      <w:r/>
      <w:r>
        <w:rPr>
          <w:b/>
        </w:rPr>
        <w:t>Practical fix:</w:t>
      </w:r>
      <w:r>
        <w:t xml:space="preserve"> More queer contestants, not just one token star, helps normalise varied identities and reduces the burden of representing an entire community. </w:t>
      </w:r>
      <w:r/>
      <w:r/>
    </w:p>
    <w:p>
      <w:pPr>
        <w:pStyle w:val="Heading2"/>
      </w:pPr>
      <w:r>
        <w:t>Why Frankie Grande and Peppermint are sounding the alarm now</w:t>
      </w:r>
      <w:r/>
    </w:p>
    <w:p>
      <w:r/>
      <w:r>
        <w:t>The sharpest moment came when viewers watched an openly gay Houseguest sit alone after a confrontation, a scene that landed with an emotional thud. According to reporting, Frankie Grande reposted an open letter he and Peppermint drafted with GLAAD urging reality shows to improve LGBTQIA+ representation. The letter argues that bringing more queer people into casts prevents the harmful dynamic where one person becomes both spokesperson and lightning rod for their whole community. It’s a simple fix with big human consequences.</w:t>
      </w:r>
      <w:r/>
    </w:p>
    <w:p>
      <w:pPr>
        <w:pStyle w:val="Heading2"/>
      </w:pPr>
      <w:r>
        <w:t>What happened on Big Brother feels familiar , and avoidable</w:t>
      </w:r>
      <w:r/>
    </w:p>
    <w:p>
      <w:r/>
      <w:r>
        <w:t>Jason De Puy’s recent run on Big Brother highlighted the downsides of being the only openly gay contestant. After a tense “tea party” confrontation with Head of Household Kamu Kirk, De Puy was left visibly isolated and emotional. Viewers noticed the silence around him and many pointed out that when a queer contestant is the only one in the house, every slight lands heavier. Producers can change that by casting multiple queer personalities, so difficult moments don’t read as the community being collectively targeted.</w:t>
      </w:r>
      <w:r/>
    </w:p>
    <w:p>
      <w:pPr>
        <w:pStyle w:val="Heading2"/>
      </w:pPr>
      <w:r>
        <w:t>Tokenism versus true representation: the difference producers can make</w:t>
      </w:r>
      <w:r/>
    </w:p>
    <w:p>
      <w:r/>
      <w:r>
        <w:t>An open letter from Frankie Grande, Peppermint and GLAAD , covered widely by outlets , calls for authentic, inclusive casting rather than token placements that make one person carry the weight of identity politics. Authentic representation means a mix of ages, genders, expressions and backgrounds, so storylines feel natural and contestants aren’t forced into spokesperson roles. For viewers, that variety is more interesting; for contestants, it’s safer.</w:t>
      </w:r>
      <w:r/>
    </w:p>
    <w:p>
      <w:pPr>
        <w:pStyle w:val="Heading2"/>
      </w:pPr>
      <w:r>
        <w:t>Fans, ethics and gameplay: where does responsibility lie?</w:t>
      </w:r>
      <w:r/>
    </w:p>
    <w:p>
      <w:r/>
      <w:r>
        <w:t>Some viewers defend the house’s reaction as strategic gameplay, pointing out that De Puy made risky social moves that backfired. Others insist that comments and nicknames crossed into homophobia, making the situation more than a game. The debate shows why producers must consider casting and editing choices: they steer audience perception and can either expose bias or challenge it. Reality TV that wants to be relevant should weigh ethical casting as carefully as ratings.</w:t>
      </w:r>
      <w:r/>
    </w:p>
    <w:p>
      <w:pPr>
        <w:pStyle w:val="Heading2"/>
      </w:pPr>
      <w:r>
        <w:t>How shows can cast better , practical steps for producers</w:t>
      </w:r>
      <w:r/>
    </w:p>
    <w:p>
      <w:r/>
      <w:r>
        <w:t>Start by booking multiple LGBTQIA+ contestants across different archetypes so no single person becomes a de facto representative. Include queer producers, casting directors and consultants to flag potential issues early. Offer clear support systems in-house, and consider sensitivity training for contestants. These moves aren’t just about optics; they reduce on-screen harm and create richer storytelling that audiences actually respond to.</w:t>
      </w:r>
      <w:r/>
    </w:p>
    <w:p>
      <w:r/>
      <w:r>
        <w:t>It's a small change in casting that could make every confession room, eviction and tearful moment feel more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https://www.silive.com/entertainment/2026/07/big-brother-alum-slams-painful-treatment-of-gay-contestant-calls-for-more-diverse-casting.html</w:t>
        </w:r>
      </w:hyperlink>
      <w:r>
        <w:t xml:space="preserve"> - Please view link - unable to able to access data</w:t>
      </w:r>
      <w:r/>
    </w:p>
    <w:p>
      <w:pPr>
        <w:pStyle w:val="ListNumber"/>
        <w:spacing w:line="240" w:lineRule="auto"/>
        <w:ind w:left="720"/>
      </w:pPr>
      <w:r/>
      <w:hyperlink r:id="rId10">
        <w:r>
          <w:rPr>
            <w:color w:val="0000EE"/>
            <w:u w:val="single"/>
          </w:rPr>
          <w:t>https://www.thewrap.com/frankie-grande-peppermint-lgbtq-reality-tv-casting-open-letter/</w:t>
        </w:r>
      </w:hyperlink>
      <w:r>
        <w:t xml:space="preserve"> - Frankie Grande and Peppermint, both prominent figures in reality television, have collaborated with GLAAD to pen an open letter urging the industry to cast LGBTQ+ individuals more authentically. The letter, co-signed by various celebrities, calls for increased representation and inclusivity in reality TV, highlighting the need for diverse LGBTQ+ narratives to reflect the community's prominence in society.</w:t>
      </w:r>
      <w:r/>
    </w:p>
    <w:p>
      <w:pPr>
        <w:pStyle w:val="ListNumber"/>
        <w:spacing w:line="240" w:lineRule="auto"/>
        <w:ind w:left="720"/>
      </w:pPr>
      <w:r/>
      <w:hyperlink r:id="rId11">
        <w:r>
          <w:rPr>
            <w:color w:val="0000EE"/>
            <w:u w:val="single"/>
          </w:rPr>
          <w:t>https://glaad.org/releases/peppermint-and-frankie-grande-pen-open-letter-calling-for-a-reality-check-on-reality-tv-representation/</w:t>
        </w:r>
      </w:hyperlink>
      <w:r>
        <w:t xml:space="preserve"> - GLAAD announces the release of an open letter co-authored by Peppermint and Frankie Grande, along with a coalition of LGBTQ+ celebrities and allies. The letter urges producers, casting directors, and creators to embrace authentic, diverse LGBTQ+ representation across reality television, emphasizing the importance of reflecting the vibrant and diverse queer community in media.</w:t>
      </w:r>
      <w:r/>
    </w:p>
    <w:p>
      <w:pPr>
        <w:pStyle w:val="ListNumber"/>
        <w:spacing w:line="240" w:lineRule="auto"/>
        <w:ind w:left="720"/>
      </w:pPr>
      <w:r/>
      <w:hyperlink r:id="rId13">
        <w:r>
          <w:rPr>
            <w:color w:val="0000EE"/>
            <w:u w:val="single"/>
          </w:rPr>
          <w:t>https://www.attitude.co.uk/culture/film-tv/glaad-call-for-lgbtq-representation-on-reality-tv-frankie-grande-pepperment-481052/</w:t>
        </w:r>
      </w:hyperlink>
      <w:r>
        <w:t xml:space="preserve"> - A host of LGBTQ+ reality stars, actors, and artists, including Ilana Glazer, Alan Cumming, and Elliot Page, have signed an open letter penned by Peppermint and Frankie Grande. The letter calls for casting directors and producers of reality television to improve LGBTQ+ representation, urging them to include diverse LGBTQ+ cast members and capture authentic queer stories.</w:t>
      </w:r>
      <w:r/>
    </w:p>
    <w:p>
      <w:pPr>
        <w:pStyle w:val="ListNumber"/>
        <w:spacing w:line="240" w:lineRule="auto"/>
        <w:ind w:left="720"/>
      </w:pPr>
      <w:r/>
      <w:hyperlink r:id="rId15">
        <w:r>
          <w:rPr>
            <w:color w:val="0000EE"/>
            <w:u w:val="single"/>
          </w:rPr>
          <w:t>https://www.them.us/story/reality-tv-lgbtq-representation-open-letter-peppermint-frankie-grande-alan-cumming-elliot-page</w:t>
        </w:r>
      </w:hyperlink>
      <w:r>
        <w:t xml:space="preserve"> - An open letter co-authored by Peppermint and Frankie Grande, and signed by a host of LGBTQ+ reality stars, actors, and artists, calls for a more inclusive future for unscripted television. The letter urges producers to include more than one trans person in a cast, highlighting the need for increased queer and trans inclusion in reality TV.</w:t>
      </w:r>
      <w:r/>
    </w:p>
    <w:p>
      <w:pPr>
        <w:pStyle w:val="ListNumber"/>
        <w:spacing w:line="240" w:lineRule="auto"/>
        <w:ind w:left="720"/>
      </w:pPr>
      <w:r/>
      <w:hyperlink r:id="rId14">
        <w:r>
          <w:rPr>
            <w:color w:val="0000EE"/>
            <w:u w:val="single"/>
          </w:rPr>
          <w:t>https://www.cinemablend.com/television/big-brother-28-spoilers-vets-may-get-blindsided-eviction-night-newbies-hatch-plan</w:t>
        </w:r>
      </w:hyperlink>
      <w:r>
        <w:t xml:space="preserve"> - In Big Brother Season 28, Week 3, Head of Household Kamu Kirk confronts Jason De Puy during a backyard tea party, accusing him of making contradictory promises and targeting him. The confrontation backfires as Jason defends himself, leaving Kamu looking unprepared and potentially damaging his standing in the house.</w:t>
      </w:r>
      <w:r/>
    </w:p>
    <w:p>
      <w:pPr>
        <w:pStyle w:val="ListNumber"/>
        <w:spacing w:line="240" w:lineRule="auto"/>
        <w:ind w:left="720"/>
      </w:pPr>
      <w:r/>
      <w:hyperlink r:id="rId12">
        <w:r>
          <w:rPr>
            <w:color w:val="0000EE"/>
            <w:u w:val="single"/>
          </w:rPr>
          <w:t>https://www.cinemablend.com/television/big-brother-28-spoilers-kamu-confronted-jason-during-tea-party-clear-winner</w:t>
        </w:r>
      </w:hyperlink>
      <w:r>
        <w:t xml:space="preserve"> - During Week 3 of Big Brother 28, tensions escalate when Head of Household Kamu Kirk confronts Jason De Puy during a backyard tea party. Kamu accuses Jason of making contradictory promises and targeting him, intending to expose him in front of the house. However, the confrontation backfires, with Jason defending himself and leaving Kamu looking unprepared.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ilive.com/entertainment/2026/07/big-brother-alum-slams-painful-treatment-of-gay-contestant-calls-for-more-diverse-casting.html" TargetMode="External"/><Relationship Id="rId10" Type="http://schemas.openxmlformats.org/officeDocument/2006/relationships/hyperlink" Target="https://www.thewrap.com/frankie-grande-peppermint-lgbtq-reality-tv-casting-open-letter/" TargetMode="External"/><Relationship Id="rId11" Type="http://schemas.openxmlformats.org/officeDocument/2006/relationships/hyperlink" Target="https://glaad.org/releases/peppermint-and-frankie-grande-pen-open-letter-calling-for-a-reality-check-on-reality-tv-representation/" TargetMode="External"/><Relationship Id="rId12" Type="http://schemas.openxmlformats.org/officeDocument/2006/relationships/hyperlink" Target="https://www.cinemablend.com/television/big-brother-28-spoilers-kamu-confronted-jason-during-tea-party-clear-winner" TargetMode="External"/><Relationship Id="rId13" Type="http://schemas.openxmlformats.org/officeDocument/2006/relationships/hyperlink" Target="https://www.attitude.co.uk/culture/film-tv/glaad-call-for-lgbtq-representation-on-reality-tv-frankie-grande-pepperment-481052/" TargetMode="External"/><Relationship Id="rId14" Type="http://schemas.openxmlformats.org/officeDocument/2006/relationships/hyperlink" Target="https://www.cinemablend.com/television/big-brother-28-spoilers-vets-may-get-blindsided-eviction-night-newbies-hatch-plan" TargetMode="External"/><Relationship Id="rId15" Type="http://schemas.openxmlformats.org/officeDocument/2006/relationships/hyperlink" Target="https://www.them.us/story/reality-tv-lgbtq-representation-open-letter-peppermint-frankie-grande-alan-cumming-elliot-p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