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Wave 2026 Guide: What to Expect at Nicosia’s LGBTQIA+ Film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and lovers of cinema are circling their calendars: Queer Wave, the Cyprus LGBTQIA+ film festival, returns to NiMAC in Nicosia from 18–27 September, bringing a ten-day programme of screenings, performances and events that spotlight queer voices locally and internationally.</w:t>
      </w:r>
      <w:r/>
    </w:p>
    <w:p>
      <w:r/>
      <w:r>
        <w:t>Essential Takeaways</w:t>
      </w:r>
      <w:r/>
      <w:r/>
    </w:p>
    <w:p>
      <w:pPr>
        <w:pStyle w:val="ListBullet"/>
        <w:spacing w:line="240" w:lineRule="auto"/>
        <w:ind w:left="720"/>
      </w:pPr>
      <w:r/>
      <w:r>
        <w:rPr>
          <w:b/>
        </w:rPr>
        <w:t>Dates and place:</w:t>
      </w:r>
      <w:r>
        <w:t xml:space="preserve"> Queer Wave runs 18–27 September at NiMAC in central Nicosia.</w:t>
      </w:r>
      <w:r/>
    </w:p>
    <w:p>
      <w:pPr>
        <w:pStyle w:val="ListBullet"/>
        <w:spacing w:line="240" w:lineRule="auto"/>
        <w:ind w:left="720"/>
      </w:pPr>
      <w:r/>
      <w:r>
        <w:rPr>
          <w:b/>
        </w:rPr>
        <w:t>Ten-day festival:</w:t>
      </w:r>
      <w:r>
        <w:t xml:space="preserve"> Expect screenings, live performances and parallel events that feel lively and intimate.</w:t>
      </w:r>
      <w:r/>
    </w:p>
    <w:p>
      <w:pPr>
        <w:pStyle w:val="ListBullet"/>
        <w:spacing w:line="240" w:lineRule="auto"/>
        <w:ind w:left="720"/>
      </w:pPr>
      <w:r/>
      <w:r>
        <w:rPr>
          <w:b/>
        </w:rPr>
        <w:t>Local and global mix:</w:t>
      </w:r>
      <w:r>
        <w:t xml:space="preserve"> The programme combines Cypriot work with international premieres and curated strands.</w:t>
      </w:r>
      <w:r/>
    </w:p>
    <w:p>
      <w:pPr>
        <w:pStyle w:val="ListBullet"/>
        <w:spacing w:line="240" w:lineRule="auto"/>
        <w:ind w:left="720"/>
      </w:pPr>
      <w:r/>
      <w:r>
        <w:rPr>
          <w:b/>
        </w:rPr>
        <w:t>Organised and funded:</w:t>
      </w:r>
      <w:r>
        <w:t xml:space="preserve"> Put on by non-profit Queer Wave LTD and supported by the Deputy Ministry of Culture’s contemporary culture department.</w:t>
      </w:r>
      <w:r/>
    </w:p>
    <w:p>
      <w:pPr>
        <w:pStyle w:val="ListBullet"/>
        <w:spacing w:line="240" w:lineRule="auto"/>
        <w:ind w:left="720"/>
      </w:pPr>
      <w:r/>
      <w:r>
        <w:rPr>
          <w:b/>
        </w:rPr>
        <w:t>Where to follow:</w:t>
      </w:r>
      <w:r>
        <w:t xml:space="preserve"> Programme updates and pre-festival events appear at queerwave.com and @queerwavecyprus, with a social, community feel.</w:t>
      </w:r>
      <w:r/>
      <w:r/>
    </w:p>
    <w:p>
      <w:pPr>
        <w:pStyle w:val="Heading2"/>
      </w:pPr>
      <w:r>
        <w:t>Why the return to NiMAC matters this year</w:t>
      </w:r>
      <w:r/>
    </w:p>
    <w:p>
      <w:r/>
      <w:r>
        <w:t>Queer Wave has made NiMAC its home, and that choice gives the festival a warm, urban heartbeat , the Old Powerhouse building has a slightly industrial, lived-in vibe that suits bold cinema. NiMAC is run alongside the Pierides Foundation and stands as Cyprus’s largest contemporary art centre, so screenings sit comfortably alongside exhibitions and performance art.</w:t>
      </w:r>
      <w:r/>
    </w:p>
    <w:p>
      <w:r/>
      <w:r>
        <w:t>The festival has steadily grown since 2020, and returning for a seventh consecutive year signals both cultural momentum and local appetite. Festivalgoers tell me the setting makes films feel like shared discoveries rather than passive viewings. If you like the idea of film programmes that invite conversation afterwards, this is where you’ll find it.</w:t>
      </w:r>
      <w:r/>
    </w:p>
    <w:p>
      <w:pPr>
        <w:pStyle w:val="Heading2"/>
      </w:pPr>
      <w:r>
        <w:t>What to expect in the programme , screenings, premieres and performances</w:t>
      </w:r>
      <w:r/>
    </w:p>
    <w:p>
      <w:r/>
      <w:r>
        <w:t>Queer Wave’s ten-day schedule traditionally blends Cyprus premieres of international titles with homegrown projects. Over the past six years organisers have presented more than 250 Cyprus premieres, so you can expect a mix of arthouse gems, documentaries and shorter works that might otherwise pass you by.</w:t>
      </w:r>
      <w:r/>
    </w:p>
    <w:p>
      <w:r/>
      <w:r>
        <w:t>Performances and parallel events often run alongside screenings, so plan to linger. The festival’s website and social feeds will announce specific strands and guest filmmakers in the run-up; keep an eye out if you want Q&amp;As or live pieces that expand a film’s themes.</w:t>
      </w:r>
      <w:r/>
    </w:p>
    <w:p>
      <w:pPr>
        <w:pStyle w:val="Heading2"/>
      </w:pPr>
      <w:r>
        <w:t>How the festival supports Cypriot filmmakers</w:t>
      </w:r>
      <w:r/>
    </w:p>
    <w:p>
      <w:r/>
      <w:r>
        <w:t>Beyond screenings, Queer Wave has carved out a role as a platform for local talent. The festival’s curators prioritise Cypriot artists and filmmakers, giving them space to show work to an engaged, queer-friendly audience and to connect with international peers.</w:t>
      </w:r>
      <w:r/>
    </w:p>
    <w:p>
      <w:r/>
      <w:r>
        <w:t>If you’re a filmmaker, actor or producer on the island, this is a useful showcase and networking opportunity. For audiences, it’s the best place to spot the next local voice before they land elsewhere.</w:t>
      </w:r>
      <w:r/>
    </w:p>
    <w:p>
      <w:pPr>
        <w:pStyle w:val="Heading2"/>
      </w:pPr>
      <w:r>
        <w:t>Practical tips for attending Queer Wave 2026</w:t>
      </w:r>
      <w:r/>
    </w:p>
    <w:p>
      <w:r/>
      <w:r>
        <w:t>Tickets and event notices are posted at queerwave.com and on @queerwavecyprus, so follow early for pre-festival announcements. NiMAC is in the historic centre of Nicosia, so book travel and nearby dining in advance , evenings get busy.</w:t>
      </w:r>
      <w:r/>
    </w:p>
    <w:p>
      <w:r/>
      <w:r>
        <w:t>Think layers for screenings in a renovated industrial space, and bring cash or card depending on small festival vendors. If you want to catch Q&amp;As, arrive early: small venues fill quickly and the atmosphere rewards those who stay for post-screening chats.</w:t>
      </w:r>
      <w:r/>
    </w:p>
    <w:p>
      <w:pPr>
        <w:pStyle w:val="Heading2"/>
      </w:pPr>
      <w:r>
        <w:t>Looking ahead , why festivals like this still matter</w:t>
      </w:r>
      <w:r/>
    </w:p>
    <w:p>
      <w:r/>
      <w:r>
        <w:t>Queer Wave does more than screen films; it builds community, archives experience and normalises queer stories in a public cultural space. With government cultural funding and a track record of premieres, the festival is quietly reshaping Cyprus’s cultural map.</w:t>
      </w:r>
      <w:r/>
    </w:p>
    <w:p>
      <w:r/>
      <w:r>
        <w:t>Expect it to keep evolving , more partnerships, bolder programming and a growing roster of local filmmakers whose work travels beyond the island. It’s an accessible, celebratory way to see queer cinema in a city that’s slowly becoming a regional hub for contemporary art.</w:t>
      </w:r>
      <w:r/>
    </w:p>
    <w:p>
      <w:r/>
      <w:r>
        <w:t>It's a small change that can make every screening feel like the start of a conversation.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1">
        <w:r>
          <w:rPr>
            <w:color w:val="0000EE"/>
            <w:u w:val="single"/>
          </w:rPr>
          <w:t>[4]</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https://en.philenews.com/whats-on/queer-wave-2026-lgbtqia-film-festival-nimac-nicosia/</w:t>
        </w:r>
      </w:hyperlink>
      <w:r>
        <w:t xml:space="preserve"> - Please view link - unable to able to access data</w:t>
      </w:r>
      <w:r/>
    </w:p>
    <w:p>
      <w:pPr>
        <w:pStyle w:val="ListNumber"/>
        <w:spacing w:line="240" w:lineRule="auto"/>
        <w:ind w:left="720"/>
      </w:pPr>
      <w:r/>
      <w:hyperlink r:id="rId10">
        <w:r>
          <w:rPr>
            <w:color w:val="0000EE"/>
            <w:u w:val="single"/>
          </w:rPr>
          <w:t>https://nimac.org.cy/queer-wave-2024-cyprus-lgbtqia-film-festival-returns-for-its-5th-year/</w:t>
        </w:r>
      </w:hyperlink>
      <w:r>
        <w:t xml:space="preserve"> - The 5th edition of the Cyprus LGBTQIA+ Film Festival, Queer Wave, was held from 20–29 September 2024 at the Nicosia Municipal Arts Centre (NiMAC). The ten-day programme featured 20 screenings, including over 50 Cyprus premieres of shorts and feature films. Many films had been showcased at prestigious international film festivals such as Venice, Berlin, and Sundance. The festival also included six short films by Cypriot filmmakers and offered parallel events like music, DJ sets, drag shows, and experimental video performances. Workshops and lectures were conducted by creatives and film professionals from Poland, France, and Greece.</w:t>
      </w:r>
      <w:r/>
    </w:p>
    <w:p>
      <w:pPr>
        <w:pStyle w:val="ListNumber"/>
        <w:spacing w:line="240" w:lineRule="auto"/>
        <w:ind w:left="720"/>
      </w:pPr>
      <w:r/>
      <w:hyperlink r:id="rId14">
        <w:r>
          <w:rPr>
            <w:color w:val="0000EE"/>
            <w:u w:val="single"/>
          </w:rPr>
          <w:t>https://queerwave.com/queer-wave-2020-2/</w:t>
        </w:r>
      </w:hyperlink>
      <w:r>
        <w:t xml:space="preserve"> - Queer Wave is the Cyprus LGBTQIA+ Film Festival, established in 2020. The festival aims to celebrate, empower, challenge, and stimulate both within and beyond queer circles, creating ripples through cinema and the arts. By the end of its 5th edition in 2024, Queer Wave had delivered over 200 local premieres of LGBTQIA+ films from around the world. While primarily based in Nicosia, the festival has expanded its reach to both the south and north of the green line, within the buffer zone, and outside the capital, with the goal of bringing communities closer together through film.</w:t>
      </w:r>
      <w:r/>
    </w:p>
    <w:p>
      <w:pPr>
        <w:pStyle w:val="ListNumber"/>
        <w:spacing w:line="240" w:lineRule="auto"/>
        <w:ind w:left="720"/>
      </w:pPr>
      <w:r/>
      <w:hyperlink r:id="rId11">
        <w:r>
          <w:rPr>
            <w:color w:val="0000EE"/>
            <w:u w:val="single"/>
          </w:rPr>
          <w:t>https://queerwave.com/festival/</w:t>
        </w:r>
      </w:hyperlink>
      <w:r>
        <w:t xml:space="preserve"> - Queer Wave is the only festival in Cyprus focusing on LGBTQIA+ cinema. The festival is particularly interested in receiving submissions from underrepresented groups and countries where LGBTQIA+ rights and representation are lacking. By embracing inclusion and enriching the variety of cultural events in Cyprus, Queer Wave aims to amplify new and daring international voices in LGBTQIA+ cinema. Following its first edition online, Queer Wave received international recognition as one of 20 finalists shortlisted for the 2021 Commonwealth Youth Awards, among 1,000 projects from 43 countries of the Commonwealth.</w:t>
      </w:r>
      <w:r/>
    </w:p>
    <w:p>
      <w:pPr>
        <w:pStyle w:val="ListNumber"/>
        <w:spacing w:line="240" w:lineRule="auto"/>
        <w:ind w:left="720"/>
      </w:pPr>
      <w:r/>
      <w:hyperlink r:id="rId15">
        <w:r>
          <w:rPr>
            <w:color w:val="0000EE"/>
            <w:u w:val="single"/>
          </w:rPr>
          <w:t>https://www.queercyprus.org/2021/08/27/kibrisin-lgbtiq-film-festivali-basliyor/</w:t>
        </w:r>
      </w:hyperlink>
      <w:r>
        <w:t xml:space="preserve"> - Queer Wave 2021, the Cyprus LGBTQIA+ Film Festival, took place from 3–12 September 2021 in Nicosia. The second edition of the festival was organised with the support of NiMAC (Nicosia Municipal Arts Centre, Associated with the Pierides Foundation). The festival featured over 30 award-winning short and feature films from the LGBTQIA+ spectrum, complemented by discussions with Cypriot filmmakers and community members. Various events were held throughout the festival, aiming to provide a safe space for the LGBTQIA+ community and supporters to express themselves, embracing diversity and enriching the cultural landscape of Cyprus.</w:t>
      </w:r>
      <w:r/>
    </w:p>
    <w:p>
      <w:pPr>
        <w:pStyle w:val="ListNumber"/>
        <w:spacing w:line="240" w:lineRule="auto"/>
        <w:ind w:left="720"/>
      </w:pPr>
      <w:r/>
      <w:hyperlink r:id="rId13">
        <w:r>
          <w:rPr>
            <w:color w:val="0000EE"/>
            <w:u w:val="single"/>
          </w:rPr>
          <w:t>https://www.queercyprus.org/en/2022/11/21/queer-wave-2022-the-cyprus-lgbtqia-film-festival-launches-with-oscar-award-nominee-flee/</w:t>
        </w:r>
      </w:hyperlink>
      <w:r>
        <w:t xml:space="preserve"> - Queer Wave 2022, the Cyprus LGBTQIA+ Film Festival, commenced with a special screening of the Oscar-nominated film 'Flee' at the Rialto Theatre in Limassol on 21 November 2022. The event featured an introduction by Queer Wave founder and artistic director Diego Armando Aparicio, followed by an online discussion with 'Flee' director Jonas Poher Rasmussen. The screening was supported by the European Parliament Office in Cyprus and presented in collaboration with the Limassol Cinema Club. Tickets were available for purchase on the Rialto Theatre website. The full lineup for Queer Wave 2022 was scheduled to be announced on the festival's website.</w:t>
      </w:r>
      <w:r/>
    </w:p>
    <w:p>
      <w:pPr>
        <w:pStyle w:val="ListNumber"/>
        <w:spacing w:line="240" w:lineRule="auto"/>
        <w:ind w:left="720"/>
      </w:pPr>
      <w:r/>
      <w:hyperlink r:id="rId12">
        <w:r>
          <w:rPr>
            <w:color w:val="0000EE"/>
            <w:u w:val="single"/>
          </w:rPr>
          <w:t>https://www.letsculture.cy/event/6th-queer-wave-cyprus-lgbtqia-film-festival/</w:t>
        </w:r>
      </w:hyperlink>
      <w:r>
        <w:t xml:space="preserve"> - The 6th Queer Wave: Cyprus LGBTQIA+ Film Festival was scheduled to take place from 12–21 September 2025 at the Nicosia Municipal Arts Centre (NiMAC). The ten-day event aimed to provide a platform for queer cinema in Cyprus, featuring screenings, discussions, and parallel events. The festival was set to present a curated selection of recent Cypriot and international works, along with gems of queer cinema from previous decades. The programme included over 20 screenings, discussions, and additional events with Cypriot artists and DJs. The festival invited viewers to embrace a range of LGBTQ+ identities, foster a sense of community, and explore various forms of queer cinema, including fiction, documentary, animation, and hybrid genres.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n.philenews.com/whats-on/queer-wave-2026-lgbtqia-film-festival-nimac-nicosia/" TargetMode="External"/><Relationship Id="rId10" Type="http://schemas.openxmlformats.org/officeDocument/2006/relationships/hyperlink" Target="https://nimac.org.cy/queer-wave-2024-cyprus-lgbtqia-film-festival-returns-for-its-5th-year/" TargetMode="External"/><Relationship Id="rId11" Type="http://schemas.openxmlformats.org/officeDocument/2006/relationships/hyperlink" Target="https://queerwave.com/festival/" TargetMode="External"/><Relationship Id="rId12" Type="http://schemas.openxmlformats.org/officeDocument/2006/relationships/hyperlink" Target="https://www.letsculture.cy/event/6th-queer-wave-cyprus-lgbtqia-film-festival/" TargetMode="External"/><Relationship Id="rId13" Type="http://schemas.openxmlformats.org/officeDocument/2006/relationships/hyperlink" Target="https://www.queercyprus.org/en/2022/11/21/queer-wave-2022-the-cyprus-lgbtqia-film-festival-launches-with-oscar-award-nominee-flee/" TargetMode="External"/><Relationship Id="rId14" Type="http://schemas.openxmlformats.org/officeDocument/2006/relationships/hyperlink" Target="https://queerwave.com/queer-wave-2020-2/" TargetMode="External"/><Relationship Id="rId15" Type="http://schemas.openxmlformats.org/officeDocument/2006/relationships/hyperlink" Target="https://www.queercyprus.org/2021/08/27/kibrisin-lgbtiq-film-festivali-basliy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