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Queer Things to Do in Houston This Weekend: Top Picks July 30–August 2, 2026</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flocking to weekend parties, performances, and community gatherings across Houston this week; whether you’re into drag roasts, outdoor Shakespeare, or queer author fairs, here’s a curated list of can’t-miss LGBTQ-friendly events and why they matter.</w:t>
      </w:r>
      <w:r/>
    </w:p>
    <w:p>
      <w:r/>
      <w:r>
        <w:t>Essential Takeaways</w:t>
      </w:r>
      <w:r/>
      <w:r/>
    </w:p>
    <w:p>
      <w:pPr>
        <w:pStyle w:val="ListBullet"/>
        <w:spacing w:line="240" w:lineRule="auto"/>
        <w:ind w:left="720"/>
      </w:pPr>
      <w:r/>
      <w:r>
        <w:rPr>
          <w:b/>
        </w:rPr>
        <w:t>Top theatre pick:</w:t>
      </w:r>
      <w:r>
        <w:t xml:space="preserve"> The Alley Theatre stages a tense, modern thriller, The Girl on the Train, with a moody, close-up atmosphere and strong performances. </w:t>
      </w:r>
      <w:r/>
    </w:p>
    <w:p>
      <w:pPr>
        <w:pStyle w:val="ListBullet"/>
        <w:spacing w:line="240" w:lineRule="auto"/>
        <w:ind w:left="720"/>
      </w:pPr>
      <w:r/>
      <w:r>
        <w:rPr>
          <w:b/>
        </w:rPr>
        <w:t>Lively nightlife:</w:t>
      </w:r>
      <w:r>
        <w:t xml:space="preserve"> Ripcord and South Beach host benefit nights, roasts, and over-the-top drag shows , loud music, bright costumes, and late-night energy. </w:t>
      </w:r>
      <w:r/>
    </w:p>
    <w:p>
      <w:pPr>
        <w:pStyle w:val="ListBullet"/>
        <w:spacing w:line="240" w:lineRule="auto"/>
        <w:ind w:left="720"/>
      </w:pPr>
      <w:r/>
      <w:r>
        <w:rPr>
          <w:b/>
        </w:rPr>
        <w:t>Community-focused:</w:t>
      </w:r>
      <w:r>
        <w:t xml:space="preserve"> The Second Annual Houston LGBTQ Independent Author Fair and Lesbians of Houston Newbies Meetup offer calm, friendly spaces to connect. </w:t>
      </w:r>
      <w:r/>
    </w:p>
    <w:p>
      <w:pPr>
        <w:pStyle w:val="ListBullet"/>
        <w:spacing w:line="240" w:lineRule="auto"/>
        <w:ind w:left="720"/>
      </w:pPr>
      <w:r/>
      <w:r>
        <w:rPr>
          <w:b/>
        </w:rPr>
        <w:t>Family-friendly culture:</w:t>
      </w:r>
      <w:r>
        <w:t xml:space="preserve"> Free performances like The Tempest at Miller Outdoor Theatre provide magical, open-air entertainment. </w:t>
      </w:r>
      <w:r/>
    </w:p>
    <w:p>
      <w:pPr>
        <w:pStyle w:val="ListBullet"/>
        <w:spacing w:line="240" w:lineRule="auto"/>
        <w:ind w:left="720"/>
      </w:pPr>
      <w:r/>
      <w:r>
        <w:rPr>
          <w:b/>
        </w:rPr>
        <w:t>Food and fundraising:</w:t>
      </w:r>
      <w:r>
        <w:t xml:space="preserve"> Houston Restaurant Weeks runs through September, pairing great prix-fixe menus with support for the Houston Food Bank.</w:t>
      </w:r>
      <w:r/>
      <w:r/>
    </w:p>
    <w:p>
      <w:pPr>
        <w:pStyle w:val="Heading2"/>
      </w:pPr>
      <w:r>
        <w:t>The Girl on the Train: a psychological thrill that grips you</w:t>
      </w:r>
      <w:r/>
    </w:p>
    <w:p>
      <w:r/>
      <w:r>
        <w:t>If you like your theatre tense and intimate, this Alley Theatre production lands hard. The show puts you inside Rachel’s foggy world, with moments that feel almost cinematic , a quiet, unsettling hush punctuated by startling revelations. According to industry previews, the staging leans into sharp, psychological storytelling, and audiences say the emotional heft lingers after the lights go down. It’s part of the Alley’s Summer Chills season and runs through the end of August, so you’ve got time to catch an evening performance. Choose seats that bring you close to the action if you crave full immersion; the more removed you sit, the less those subtle physical beats will register. For anyone who enjoys twisty, character-driven drama, it’s a solid pick.</w:t>
      </w:r>
      <w:r/>
    </w:p>
    <w:p>
      <w:pPr>
        <w:pStyle w:val="Heading2"/>
      </w:pPr>
      <w:r>
        <w:t>Drag, roast, and late-night spectacle , the scene is loud and proud</w:t>
      </w:r>
      <w:r/>
    </w:p>
    <w:p>
      <w:r/>
      <w:r>
        <w:t>This weekend’s nightlife offerings don’t skimp on drama: a roast at South Beach featuring big-name drag stars promises uproarious, razor-sharp comedy, while Ripcord’s UH LGBTQ Alumni Night mixes benefit vibes with live performances. Expect bright costumes, quick wit, and a clubby, pulsing soundtrack. These are social events as much as shows , they’re places to see friends, make new ones, and celebrate community causes. If you prefer calmer evenings, time your arrival for the earlier part of the night; if you want the full electric experience, stay for the late sets and host banter. Tickets vary, and some events are benefit-driven, so bring cash for tips and small donations to support local groups.</w:t>
      </w:r>
      <w:r/>
    </w:p>
    <w:p>
      <w:pPr>
        <w:pStyle w:val="Heading2"/>
      </w:pPr>
      <w:r>
        <w:t>Quiet connections: authors, new faces, and community meetups</w:t>
      </w:r>
      <w:r/>
    </w:p>
    <w:p>
      <w:r/>
      <w:r>
        <w:t>For something gentler, the LGBTQ Independent Author Fair at the Montrose Center is a lovely, low-key way to spend a Saturday. Dozens of indie writers will be on hand , poets, memoirists, and local historians , and it’s an excellent place to discover new work and chat with creators. Lesbians of Houston’s Newbies Meetup is equally welcoming, a dog-friendly afternoon that’s explicitly about introductions and building networks. Expect goodie bags, door prizes, and real conversation; these events are where friendships start. Bring business cards or a notebook, and if you want to make a good first impression, arrive with a friendly question and an open schedule.</w:t>
      </w:r>
      <w:r/>
    </w:p>
    <w:p>
      <w:pPr>
        <w:pStyle w:val="Heading2"/>
      </w:pPr>
      <w:r>
        <w:t>Outdoor theatre and art: magic without the velvet rope</w:t>
      </w:r>
      <w:r/>
    </w:p>
    <w:p>
      <w:r/>
      <w:r>
        <w:t>Not everyone needs a ticketed night out. Miller Outdoor Theatre’s free staging of The Tempest offers grand, Shakespearean spectacle under the sky , it’s breezy, theatrical, and fun for groups. Bring a blanket, a picnic, and a jacket for cooler night air. Meanwhile, the Museum of Fine Arts hosts Ernesto Neto’s SunForceOceanLife, a massive crochet installation you can walk through. It’s tactile and strangely peaceful, the kind of exhibit that invites slow curiosity rather than quick photos. These options are perfect for mixing artsy, reflective moments with louder, social nights; they show how queer life in Houston can be both exuberant and quietly beautiful.</w:t>
      </w:r>
      <w:r/>
    </w:p>
    <w:p>
      <w:pPr>
        <w:pStyle w:val="Heading2"/>
      </w:pPr>
      <w:r>
        <w:t>Eat well, give back: restaurant weeks and food-forward options</w:t>
      </w:r>
      <w:r/>
    </w:p>
    <w:p>
      <w:r/>
      <w:r>
        <w:t>Houston Restaurant Weeks kicks off a long fundraising season that benefits the Houston Food Bank, with hundreds of restaurants offering prix-fixe menus at set prices. It’s a great excuse to try a new place or revisit a favourite while supporting hunger relief. Pappas Restaurant Weeks runs alongside with wallet-friendly menus at familiar chains if you want predictability and value. Plan ahead for popular restaurants , reservations fill fast during festival windows , and consider making a night of it after a show or gallery visit. If you’re budget-conscious, seek the $25–$40 lunch and dinner deals; if you’re celebrating, the five-course dinners are a delicious splurge that also does good.</w:t>
      </w:r>
      <w:r/>
    </w:p>
    <w:p>
      <w:r/>
      <w:r>
        <w:t>It's a small change that can make your weekend more social, thoughtful, and distinctly Houston.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[6]</w:t>
        </w:r>
      </w:hyperlink>
      <w:r>
        <w:t xml:space="preserve">, </w:t>
      </w:r>
      <w:hyperlink r:id="rId13">
        <w:r>
          <w:rPr>
            <w:color w:val="0000EE"/>
            <w:u w:val="single"/>
          </w:rPr>
          <w:t>[7]</w:t>
        </w:r>
      </w:hyperlink>
      <w:r>
        <w:t xml:space="preserve">- Paragraph 3: </w:t>
      </w:r>
      <w:hyperlink r:id="rId9">
        <w:r>
          <w:rPr>
            <w:color w:val="0000EE"/>
            <w:u w:val="single"/>
          </w:rPr>
          <w:t>[1]</w:t>
        </w:r>
      </w:hyperlink>
      <w:r>
        <w:t xml:space="preserve">, </w:t>
      </w:r>
      <w:hyperlink r:id="rId9">
        <w:r>
          <w:rPr>
            <w:color w:val="0000EE"/>
            <w:u w:val="single"/>
          </w:rPr>
          <w:t>[1]</w:t>
        </w:r>
      </w:hyperlink>
      <w:r>
        <w:t xml:space="preserve">- Paragraph 4: </w:t>
      </w:r>
      <w:hyperlink r:id="rId9">
        <w:r>
          <w:rPr>
            <w:color w:val="0000EE"/>
            <w:u w:val="single"/>
          </w:rPr>
          <w:t>[1]</w:t>
        </w:r>
      </w:hyperlink>
      <w:r>
        <w:t xml:space="preserve">, </w:t>
      </w:r>
      <w:hyperlink r:id="rId9">
        <w:r>
          <w:rPr>
            <w:color w:val="0000EE"/>
            <w:u w:val="single"/>
          </w:rPr>
          <w:t>[1]</w:t>
        </w:r>
      </w:hyperlink>
      <w:r>
        <w:t xml:space="preserve">- Paragraph 5: </w:t>
      </w:r>
      <w:hyperlink r:id="rId9">
        <w:r>
          <w:rPr>
            <w:color w:val="0000EE"/>
            <w:u w:val="single"/>
          </w:rPr>
          <w:t>[1]</w:t>
        </w:r>
      </w:hyperlink>
      <w:r>
        <w:t xml:space="preserve">, </w:t>
      </w:r>
      <w:hyperlink r:id="rId9">
        <w:r>
          <w:rPr>
            <w:color w:val="0000EE"/>
            <w:u w:val="single"/>
          </w:rPr>
          <w:t>[1]</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https://www.outsmartmagazine.com/2026/07/queer-things-to-do-july-30-august-2-2026/</w:t>
        </w:r>
      </w:hyperlink>
      <w:r>
        <w:t xml:space="preserve"> - Please view link - unable to able to access data</w:t>
      </w:r>
      <w:r/>
    </w:p>
    <w:p>
      <w:pPr>
        <w:pStyle w:val="ListNumber"/>
        <w:spacing w:line="240" w:lineRule="auto"/>
        <w:ind w:left="720"/>
      </w:pPr>
      <w:r/>
      <w:hyperlink r:id="rId10">
        <w:r>
          <w:rPr>
            <w:color w:val="0000EE"/>
            <w:u w:val="single"/>
          </w:rPr>
          <w:t>https://www.alleytheatre.org/plays/the-girl-on-the-train/</w:t>
        </w:r>
      </w:hyperlink>
      <w:r>
        <w:t xml:space="preserve"> - The Alley Theatre presents 'The Girl on the Train', a modern psychological thriller adapted from Paula Hawkins' bestselling novel and the DreamWorks film. Directed by Casey Stangl, the play follows Rachel, a woman struggling with dependency, as she pieces together her fragmented memories to find a missing girl. The production runs from July 24 to August 30, 2026, at the Hubbard Theatre, 615 Texas Avenue, Houston, TX 77002. Tickets start at $32. For more information, visit the Alley Theatre's official website.</w:t>
      </w:r>
      <w:r/>
    </w:p>
    <w:p>
      <w:pPr>
        <w:pStyle w:val="ListNumber"/>
        <w:spacing w:line="240" w:lineRule="auto"/>
        <w:ind w:left="720"/>
      </w:pPr>
      <w:r/>
      <w:hyperlink r:id="rId11">
        <w:r>
          <w:rPr>
            <w:color w:val="0000EE"/>
            <w:u w:val="single"/>
          </w:rPr>
          <w:t>https://www.houstonpress.com/arts/a-psychological-thriller-the-girl-on-the-train-at-alley-theatre/</w:t>
        </w:r>
      </w:hyperlink>
      <w:r>
        <w:t xml:space="preserve"> - The Houston Press highlights the Alley Theatre's production of 'The Girl on the Train', noting it as a departure from the theatre's usual Summer Chills offerings. The play, adapted from Paula Hawkins' novel and the 2016 film, features Emily Neves as Megan Hipwell and is directed by Casey Stangl. The production runs from July 24 through August 30, 2026, at the Hubbard Theatre in Houston. For tickets and more details, refer to the Houston Press article.</w:t>
      </w:r>
      <w:r/>
    </w:p>
    <w:p>
      <w:pPr>
        <w:pStyle w:val="ListNumber"/>
        <w:spacing w:line="240" w:lineRule="auto"/>
        <w:ind w:left="720"/>
      </w:pPr>
      <w:r/>
      <w:hyperlink r:id="rId14">
        <w:r>
          <w:rPr>
            <w:color w:val="0000EE"/>
            <w:u w:val="single"/>
          </w:rPr>
          <w:t>https://www.broadwayworld.com/houston/regional/The-Girl-on-the-Train</w:t>
        </w:r>
      </w:hyperlink>
      <w:r>
        <w:t xml:space="preserve"> - BroadwayWorld provides detailed information about the Alley Theatre's 'The Girl on the Train', including the cast and creative team. Elizabeth Bunch stars as Rachel Watson, with Emily Neves as Megan Hipwell. The play is directed by Casey Stangl and runs from July 24 to August 30, 2026, at the Hubbard Theatre, 615 Texas Avenue, Houston, TX 77002. For tickets and more information, visit BroadwayWorld's website.</w:t>
      </w:r>
      <w:r/>
    </w:p>
    <w:p>
      <w:pPr>
        <w:pStyle w:val="ListNumber"/>
        <w:spacing w:line="240" w:lineRule="auto"/>
        <w:ind w:left="720"/>
      </w:pPr>
      <w:r/>
      <w:hyperlink r:id="rId15">
        <w:r>
          <w:rPr>
            <w:color w:val="0000EE"/>
            <w:u w:val="single"/>
          </w:rPr>
          <w:t>https://www.365thingsinhouston.com/the-girl-on-the-train-at-alley-theatre-2026/</w:t>
        </w:r>
      </w:hyperlink>
      <w:r>
        <w:t xml:space="preserve"> - 365 Things to Do in Houston features the Alley Theatre's 'The Girl on the Train' as part of its Summer Chills series. The play, adapted from Paula Hawkins' novel and the 2016 film, follows Rachel as she unravels the mystery of a woman's disappearance. The production runs from July 24 to August 30, 2026, at the Hubbard Theatre, 615 Texas Avenue, Houston, TX 77002. Tickets start at $32. For more details, refer to 365 Things to Do in Houston's article.</w:t>
      </w:r>
      <w:r/>
    </w:p>
    <w:p>
      <w:pPr>
        <w:pStyle w:val="ListNumber"/>
        <w:spacing w:line="240" w:lineRule="auto"/>
        <w:ind w:left="720"/>
      </w:pPr>
      <w:r/>
      <w:hyperlink r:id="rId12">
        <w:r>
          <w:rPr>
            <w:color w:val="0000EE"/>
            <w:u w:val="single"/>
          </w:rPr>
          <w:t>https://www.broadwayworld.com/houston/article/Video-Inside-Rehearsals-for-THE-GIRL-ON-THE-TRAIN-at-Alley-Theatre-20260717</w:t>
        </w:r>
      </w:hyperlink>
      <w:r>
        <w:t xml:space="preserve"> - BroadwayWorld offers an inside look at the rehearsals for the Alley Theatre's 'The Girl on the Train'. The video provides insights into the production process and features interviews with cast and crew. The play runs from July 24 to August 30, 2026, at the Hubbard Theatre, 615 Texas Avenue, Houston, TX 77002. For more information, watch the video on BroadwayWorld's website.</w:t>
      </w:r>
      <w:r/>
    </w:p>
    <w:p>
      <w:pPr>
        <w:pStyle w:val="ListNumber"/>
        <w:spacing w:line="240" w:lineRule="auto"/>
        <w:ind w:left="720"/>
      </w:pPr>
      <w:r/>
      <w:hyperlink r:id="rId13">
        <w:r>
          <w:rPr>
            <w:color w:val="0000EE"/>
            <w:u w:val="single"/>
          </w:rPr>
          <w:t>https://www.alleytheatre.org/press-release/alley-theatre-kicks-off-season-80-with-summer-chills-production-of-the-girl-on-the-train/</w:t>
        </w:r>
      </w:hyperlink>
      <w:r>
        <w:t xml:space="preserve"> - Alley Theatre announces the opening of its 80th season with the Summer Chills production of 'The Girl on the Train'. Directed by Casey Stangl, the play is adapted from Paula Hawkins' bestselling novel and the DreamWorks film. The production runs from July 24 to August 30, 2026, at the Hubbard Theatre, 615 Texas Avenue, Houston, TX 77002. For more details, refer to the press release on the Alley Theatre's website.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outsmartmagazine.com/2026/07/queer-things-to-do-july-30-august-2-2026/" TargetMode="External"/><Relationship Id="rId10" Type="http://schemas.openxmlformats.org/officeDocument/2006/relationships/hyperlink" Target="https://www.alleytheatre.org/plays/the-girl-on-the-train/" TargetMode="External"/><Relationship Id="rId11" Type="http://schemas.openxmlformats.org/officeDocument/2006/relationships/hyperlink" Target="https://www.houstonpress.com/arts/a-psychological-thriller-the-girl-on-the-train-at-alley-theatre/" TargetMode="External"/><Relationship Id="rId12" Type="http://schemas.openxmlformats.org/officeDocument/2006/relationships/hyperlink" Target="https://www.broadwayworld.com/houston/article/Video-Inside-Rehearsals-for-THE-GIRL-ON-THE-TRAIN-at-Alley-Theatre-20260717" TargetMode="External"/><Relationship Id="rId13" Type="http://schemas.openxmlformats.org/officeDocument/2006/relationships/hyperlink" Target="https://www.alleytheatre.org/press-release/alley-theatre-kicks-off-season-80-with-summer-chills-production-of-the-girl-on-the-train/" TargetMode="External"/><Relationship Id="rId14" Type="http://schemas.openxmlformats.org/officeDocument/2006/relationships/hyperlink" Target="https://www.broadwayworld.com/houston/regional/The-Girl-on-the-Train" TargetMode="External"/><Relationship Id="rId15" Type="http://schemas.openxmlformats.org/officeDocument/2006/relationships/hyperlink" Target="https://www.365thingsinhouston.com/the-girl-on-the-train-at-alley-theatre-202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