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Superpowers Workshops in Hamburg for Pride-Week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turning up to intimate Pride events that trade neon for nuance; a Hamburg workshop taught by the city’s beloved "Queer Mum" shows why small, skillful gatherings matter for healing, solidarity and practical community-building during Pride season.</w:t>
      </w:r>
      <w:r/>
    </w:p>
    <w:p>
      <w:r/>
      <w:r>
        <w:t>Essential Takeaways</w:t>
      </w:r>
      <w:r/>
      <w:r/>
    </w:p>
    <w:p>
      <w:pPr>
        <w:pStyle w:val="ListBullet"/>
        <w:spacing w:line="240" w:lineRule="auto"/>
        <w:ind w:left="720"/>
      </w:pPr>
      <w:r/>
      <w:r>
        <w:rPr>
          <w:b/>
        </w:rPr>
        <w:t>Warm, accessible format:</w:t>
      </w:r>
      <w:r>
        <w:t xml:space="preserve"> The workshop uses simple prompts and playful tools like personalised cards, making it easy to join and feel seen.</w:t>
      </w:r>
      <w:r/>
    </w:p>
    <w:p>
      <w:pPr>
        <w:pStyle w:val="ListBullet"/>
        <w:spacing w:line="240" w:lineRule="auto"/>
        <w:ind w:left="720"/>
      </w:pPr>
      <w:r/>
      <w:r>
        <w:rPr>
          <w:b/>
        </w:rPr>
        <w:t>Emotional payoff:</w:t>
      </w:r>
      <w:r>
        <w:t xml:space="preserve"> Sessions often surface tears and relief , people report feeling less alone and more affirmed.</w:t>
      </w:r>
      <w:r/>
    </w:p>
    <w:p>
      <w:pPr>
        <w:pStyle w:val="ListBullet"/>
        <w:spacing w:line="240" w:lineRule="auto"/>
        <w:ind w:left="720"/>
      </w:pPr>
      <w:r/>
      <w:r>
        <w:rPr>
          <w:b/>
        </w:rPr>
        <w:t>Community skills:</w:t>
      </w:r>
      <w:r>
        <w:t xml:space="preserve"> Participants name empathy, drag, gratitude and anger as queerer strengths, useful for daily resilience.</w:t>
      </w:r>
      <w:r/>
    </w:p>
    <w:p>
      <w:pPr>
        <w:pStyle w:val="ListBullet"/>
        <w:spacing w:line="240" w:lineRule="auto"/>
        <w:ind w:left="720"/>
      </w:pPr>
      <w:r/>
      <w:r>
        <w:rPr>
          <w:b/>
        </w:rPr>
        <w:t>Suitable for all ages:</w:t>
      </w:r>
      <w:r>
        <w:t xml:space="preserve"> Attendees ranged from younger newcomers to long-time activists, creating intergenerational exchange.</w:t>
      </w:r>
      <w:r/>
    </w:p>
    <w:p>
      <w:pPr>
        <w:pStyle w:val="ListBullet"/>
        <w:spacing w:line="240" w:lineRule="auto"/>
        <w:ind w:left="720"/>
      </w:pPr>
      <w:r/>
      <w:r>
        <w:rPr>
          <w:b/>
        </w:rPr>
        <w:t>Safety amid uncertainty:</w:t>
      </w:r>
      <w:r>
        <w:t xml:space="preserve"> Facilitators acknowledge current threats and offer space to process fear and decide how to show up.</w:t>
      </w:r>
      <w:r/>
      <w:r/>
    </w:p>
    <w:p>
      <w:pPr>
        <w:pStyle w:val="Heading2"/>
      </w:pPr>
      <w:r>
        <w:t>A small room that feels bigger than politics</w:t>
      </w:r>
      <w:r/>
    </w:p>
    <w:p>
      <w:r/>
      <w:r>
        <w:t>The first thing you notice is how ordinary the setup looks , chairs in a circle, a few posters, somebody with glitter at the ready , and then how charged the air becomes. According to reporting in a Hamburg paper, Didine van der Platenvlotbrug, known locally as "The Queer Mum", runs a workshop called "Discover your queer superpower" that manages to be playful and profoundly grounding at once. People laugh, then hug, then cry; the room becomes a kind of micro-shelter.</w:t>
      </w:r>
      <w:r/>
    </w:p>
    <w:p>
      <w:r/>
      <w:r>
        <w:t>Backstory: these sessions didn’t spring up purely for celebration. Organisers deliberately address recent anxiety in the community and make space for grief and anger. That dual purpose , to energise and to comfort , is what makes small Pride-week events feel essential rather than optional.</w:t>
      </w:r>
      <w:r/>
    </w:p>
    <w:p>
      <w:pPr>
        <w:pStyle w:val="Heading2"/>
      </w:pPr>
      <w:r>
        <w:t>Simple exercises, big reactions</w:t>
      </w:r>
      <w:r/>
    </w:p>
    <w:p>
      <w:r/>
      <w:r>
        <w:t>The workshop’s methods are disarmingly straightforward: participants choose from illustrated name cards, list qualities they regard as strengths, and craft short slogans or mantras together. The tactic sounds almost childlike, but it works. Folks ended up naming “empathy, fashion, drag, gratitude, and even rage” as traits that help them survive and thrive.</w:t>
      </w:r>
      <w:r/>
    </w:p>
    <w:p>
      <w:r/>
      <w:r>
        <w:t>Practical insight: if you want to host something similar, keep prompts visual and tactile. Flip charts, group lists and a closing round where everyone shares one small gratitude are all you need to spark honest exchange.</w:t>
      </w:r>
      <w:r/>
    </w:p>
    <w:p>
      <w:pPr>
        <w:pStyle w:val="Heading2"/>
      </w:pPr>
      <w:r>
        <w:t>Why tears are a feature, not a bug</w:t>
      </w:r>
      <w:r/>
    </w:p>
    <w:p>
      <w:r/>
      <w:r>
        <w:t>It’s worth saying plainly: tears came up more than once. Several participants described moving from hiding to belonging, and one person from the Philippines said drag culture and chosen family had saved their life. Those moments are not dramatic flair; they’re evidence that small, facilitated spaces help people process long-held isolation.</w:t>
      </w:r>
      <w:r/>
    </w:p>
    <w:p>
      <w:r/>
      <w:r>
        <w:t>Context: organisers referenced recent attacks and threats to queer spaces, noting that acknowledgement of harm helps groups decide how to be visible in public again. That acknowledgement creates trust, and trust is the emotional currency of these workshops.</w:t>
      </w:r>
      <w:r/>
    </w:p>
    <w:p>
      <w:pPr>
        <w:pStyle w:val="Heading2"/>
      </w:pPr>
      <w:r>
        <w:t>Intergenerational conversation that actually lands</w:t>
      </w:r>
      <w:r/>
    </w:p>
    <w:p>
      <w:r/>
      <w:r>
        <w:t>One warm detail: attendees were a real mix of ages, from people in their fifties and sixties to newcomers and younger activists. That cross-generational mix shifted the tone from a niche hobby to shared civic culture. Older participants expressed gratitude for earlier activists; younger ones brought fresh vernacular and immediate concerns about safety and spaces.</w:t>
      </w:r>
      <w:r/>
    </w:p>
    <w:p>
      <w:r/>
      <w:r>
        <w:t>Trend note: events that intentionally invite different age groups tend to produce practical outcomes , new friendships, volunteer connections and informal mentoring , not just warm feelings.</w:t>
      </w:r>
      <w:r/>
    </w:p>
    <w:p>
      <w:pPr>
        <w:pStyle w:val="Heading2"/>
      </w:pPr>
      <w:r>
        <w:t>How to choose a workshop that helps you, not exhausts you</w:t>
      </w:r>
      <w:r/>
    </w:p>
    <w:p>
      <w:r/>
      <w:r>
        <w:t>If you’re thinking of going to one of these sessions during Pride week, pick something with a clear facilitator and a manageable group size, ideally under 30 people. Look for sessions that balance joy with acknowledgement of risk, and that offer a way to leave quietly if emotions run high.</w:t>
      </w:r>
      <w:r/>
    </w:p>
    <w:p>
      <w:r/>
      <w:r>
        <w:t>Quick tip: bring a small comfort item, wear something that makes you feel safe, and give yourself time afterward to decompress. That way you can stay for the sharing without being overwhelmed by it.</w:t>
      </w:r>
      <w:r/>
    </w:p>
    <w:p>
      <w:r/>
      <w:r>
        <w:t>It's a small change that can make every gathering kinder and more sustaining.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https://www.mopo.de/hamburg/im-workshop-mit-der-queeren-mutter-ueber-traenen-glitzer-und-das-anders-sein/4906124</w:t>
        </w:r>
      </w:hyperlink>
      <w:r>
        <w:t xml:space="preserve"> - Please view link - unable to able to access data</w:t>
      </w:r>
      <w:r/>
    </w:p>
    <w:p>
      <w:pPr>
        <w:pStyle w:val="ListNumber"/>
        <w:spacing w:line="240" w:lineRule="auto"/>
        <w:ind w:left="720"/>
      </w:pPr>
      <w:r/>
      <w:hyperlink r:id="rId9">
        <w:r>
          <w:rPr>
            <w:color w:val="0000EE"/>
            <w:u w:val="single"/>
          </w:rPr>
          <w:t>https://www.mopo.de/hamburg/im-workshop-mit-der-queeren-mutter-ueber-traenen-glitzer-und-das-anders-sein/4906124</w:t>
        </w:r>
      </w:hyperlink>
      <w:r>
        <w:t xml:space="preserve"> - An article detailing a workshop led by Didine van der Platenvlotbrug, known as 'The Queer Mum', in Hamburg's Pride House. The workshop, titled 'Discover Your Queer Superpower', explores themes of empathy, respect, dance, anger, fashion, glitter, and drag as queer superpowers. Participants engage in discussions and activities that encourage self-expression and community building, culminating in emotional moments of connection and empowerment.</w:t>
      </w:r>
      <w:r/>
    </w:p>
    <w:p>
      <w:pPr>
        <w:pStyle w:val="ListNumber"/>
        <w:spacing w:line="240" w:lineRule="auto"/>
        <w:ind w:left="720"/>
      </w:pPr>
      <w:r/>
      <w:hyperlink r:id="rId14">
        <w:r>
          <w:rPr>
            <w:color w:val="0000EE"/>
            <w:u w:val="single"/>
          </w:rPr>
          <w:t>https://www.hamburger-kunsthalle.de/de/termin/salon-x-pride-edition?page=1</w:t>
        </w:r>
      </w:hyperlink>
      <w:r>
        <w:t xml:space="preserve"> - An event at the Hamburger Kunsthalle featuring the Salon X Pride Edition, curated by the einhornkollektiv. The event includes live music, performances, and queer perspectives, with special guests such as Didine van der Platenvlotbrug, a non-binary drag queen, moderator, author, and diversity manager, and Annalena Hoesel, a queer conductor and pianist. The event aims to provide a fresh, performative, and interactive art experience during Hamburg's Pride season.</w:t>
      </w:r>
      <w:r/>
    </w:p>
    <w:p>
      <w:pPr>
        <w:pStyle w:val="ListNumber"/>
        <w:spacing w:line="240" w:lineRule="auto"/>
        <w:ind w:left="720"/>
      </w:pPr>
      <w:r/>
      <w:hyperlink r:id="rId10">
        <w:r>
          <w:rPr>
            <w:color w:val="0000EE"/>
            <w:u w:val="single"/>
          </w:rPr>
          <w:t>https://www.hamburg.com/visitors/events/current-csd-1199380</w:t>
        </w:r>
      </w:hyperlink>
      <w:r>
        <w:t xml:space="preserve"> - Information about Hamburg's Pride Week 2026, themed 'Queer in solidarity. Take a stand – for a future without fear!'. The week includes various events such as informative lectures, political panels, workshops, the CSD street festival, and the CSD pride march, taking place between 25 July and 2 August 2026 at various venues across the city, with many events held at the PRIDE HOUSE in the Integrations- und Familienzentrum (IFZ) at Rostocker Straße 7.</w:t>
      </w:r>
      <w:r/>
    </w:p>
    <w:p>
      <w:pPr>
        <w:pStyle w:val="ListNumber"/>
        <w:spacing w:line="240" w:lineRule="auto"/>
        <w:ind w:left="720"/>
      </w:pPr>
      <w:r/>
      <w:hyperlink r:id="rId12">
        <w:r>
          <w:rPr>
            <w:color w:val="0000EE"/>
            <w:u w:val="single"/>
          </w:rPr>
          <w:t>https://www.hamburger-kunsthalle.de/de/termin/ausverkauft-dragfuehrung-x-pride-week</w:t>
        </w:r>
      </w:hyperlink>
      <w:r>
        <w:t xml:space="preserve"> - A queer tour through the Hamburger Kunsthalle with Didine van der Platenvlotbrug and Simon Schultz, part of the PRIDE WEEK events. The 90-minute tour delves into the non-conformist aspects of beauty in art, offering philosophical excursions and participatory moments, providing a lively and queer way to experience art. Didine van der Platenvlotbrug is an LGBTIQ* activist, performer, and comedian with over 30 years of stage experience.</w:t>
      </w:r>
      <w:r/>
    </w:p>
    <w:p>
      <w:pPr>
        <w:pStyle w:val="ListNumber"/>
        <w:spacing w:line="240" w:lineRule="auto"/>
        <w:ind w:left="720"/>
      </w:pPr>
      <w:r/>
      <w:hyperlink r:id="rId13">
        <w:r>
          <w:rPr>
            <w:color w:val="0000EE"/>
            <w:u w:val="single"/>
          </w:rPr>
          <w:t>https://2026.phototriennale.de/kalender/drag-fuehurng-cocktail-prolonge/</w:t>
        </w:r>
      </w:hyperlink>
      <w:r>
        <w:t xml:space="preserve"> - A 'Cocktail Prolongé: F.C. Gundlach Special' drag tour with Paul Ninus Naujoks and Didine van der Platenvlotbrug at the Deichtorhallen Hamburg. The tour offers insights into themes like body images and body transformation, connecting directly to the exhibition. The event invites participants to reflect, feel, and discover in an inspiring space. Due to limited participants, booking is required.</w:t>
      </w:r>
      <w:r/>
    </w:p>
    <w:p>
      <w:pPr>
        <w:pStyle w:val="ListNumber"/>
        <w:spacing w:line="240" w:lineRule="auto"/>
        <w:ind w:left="720"/>
      </w:pPr>
      <w:r/>
      <w:hyperlink r:id="rId11">
        <w:r>
          <w:rPr>
            <w:color w:val="0000EE"/>
            <w:u w:val="single"/>
          </w:rPr>
          <w:t>https://www.kulturwissenschaften.uni-hamburg.de/ekw/ueber-das-institut/aktuelles/2025/251119-queeringpublic-anouncement-bolz-didine.html</w:t>
        </w:r>
      </w:hyperlink>
      <w:r>
        <w:t xml:space="preserve"> - An announcement for a lecture titled 'Queering the City' by Manuel Bolz and Didine van der Platenvlotbrug at the University of Hamburg. The lecture presents a cooperation between cultural anthropology research, queer activism, and queer city and history mediation in Hamburg's St. Pauli district. It focuses on the relationship between urban space and gender from a queer theoretical perspective, using selected biographies to provide insights into queer lifestyles during the National Socialist era and post-war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im-workshop-mit-der-queeren-mutter-ueber-traenen-glitzer-und-das-anders-sein/4906124" TargetMode="External"/><Relationship Id="rId10" Type="http://schemas.openxmlformats.org/officeDocument/2006/relationships/hyperlink" Target="https://www.hamburg.com/visitors/events/current-csd-1199380" TargetMode="External"/><Relationship Id="rId11" Type="http://schemas.openxmlformats.org/officeDocument/2006/relationships/hyperlink" Target="https://www.kulturwissenschaften.uni-hamburg.de/ekw/ueber-das-institut/aktuelles/2025/251119-queeringpublic-anouncement-bolz-didine.html" TargetMode="External"/><Relationship Id="rId12" Type="http://schemas.openxmlformats.org/officeDocument/2006/relationships/hyperlink" Target="https://www.hamburger-kunsthalle.de/de/termin/ausverkauft-dragfuehrung-x-pride-week" TargetMode="External"/><Relationship Id="rId13" Type="http://schemas.openxmlformats.org/officeDocument/2006/relationships/hyperlink" Target="https://2026.phototriennale.de/kalender/drag-fuehurng-cocktail-prolonge/" TargetMode="External"/><Relationship Id="rId14" Type="http://schemas.openxmlformats.org/officeDocument/2006/relationships/hyperlink" Target="https://www.hamburger-kunsthalle.de/de/termin/salon-x-pride-edition?pag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