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Queenstown Pride Alternative: Frisky’s Big Gay Chill Weekend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booking flights back to Queenstown as Frisky turns a cancelled festival into a sunlit, snowy weekend of food, drag and dance; the Big Gay Chill Weekend gives the rainbow community local-friendly events on 4–5 September, a low-key Pride alternative that still feels like a proper celebration.</w:t>
      </w:r>
      <w:r/>
    </w:p>
    <w:p>
      <w:r/>
      <w:r>
        <w:t>Essential Takeaways</w:t>
      </w:r>
      <w:r/>
      <w:r/>
    </w:p>
    <w:p>
      <w:pPr>
        <w:pStyle w:val="ListBullet"/>
        <w:spacing w:line="240" w:lineRule="auto"/>
        <w:ind w:left="720"/>
      </w:pPr>
      <w:r/>
      <w:r>
        <w:rPr>
          <w:b/>
        </w:rPr>
        <w:t>Three welcoming events:</w:t>
      </w:r>
      <w:r>
        <w:t xml:space="preserve"> Come Together drinks, a two-course Devil’s Long Lunch, and a Winter Olympics Sportswear Party make up the weekend.</w:t>
      </w:r>
      <w:r/>
    </w:p>
    <w:p>
      <w:pPr>
        <w:pStyle w:val="ListBullet"/>
        <w:spacing w:line="240" w:lineRule="auto"/>
        <w:ind w:left="720"/>
      </w:pPr>
      <w:r/>
      <w:r>
        <w:rPr>
          <w:b/>
        </w:rPr>
        <w:t>Local flavour:</w:t>
      </w:r>
      <w:r>
        <w:t xml:space="preserve"> SODA hosts the lunch with regional food and wine, drag hosts and prize giveaways from Queenstown businesses.</w:t>
      </w:r>
      <w:r/>
    </w:p>
    <w:p>
      <w:pPr>
        <w:pStyle w:val="ListBullet"/>
        <w:spacing w:line="240" w:lineRule="auto"/>
        <w:ind w:left="720"/>
      </w:pPr>
      <w:r/>
      <w:r>
        <w:rPr>
          <w:b/>
        </w:rPr>
        <w:t>Big-name performers:</w:t>
      </w:r>
      <w:r>
        <w:t xml:space="preserve"> Miss Geena, Ney Like A Horse and DJ James Johnson are on the bill, plus rising local talent.</w:t>
      </w:r>
      <w:r/>
    </w:p>
    <w:p>
      <w:pPr>
        <w:pStyle w:val="ListBullet"/>
        <w:spacing w:line="240" w:lineRule="auto"/>
        <w:ind w:left="720"/>
      </w:pPr>
      <w:r/>
      <w:r>
        <w:rPr>
          <w:b/>
        </w:rPr>
        <w:t>Party vibe:</w:t>
      </w:r>
      <w:r>
        <w:t xml:space="preserve"> Expect uplifting house, disco and late-night euphoria from 10pm–4am at Rhino’s; costumes encouraged.</w:t>
      </w:r>
      <w:r/>
    </w:p>
    <w:p>
      <w:pPr>
        <w:pStyle w:val="ListBullet"/>
        <w:spacing w:line="240" w:lineRule="auto"/>
        <w:ind w:left="720"/>
      </w:pPr>
      <w:r/>
      <w:r>
        <w:rPr>
          <w:b/>
        </w:rPr>
        <w:t>Community-focused:</w:t>
      </w:r>
      <w:r>
        <w:t xml:space="preserve"> Frisky emphasises inclusion, platforms for emerging queer artists and quick grassroots organising.</w:t>
      </w:r>
      <w:r/>
      <w:r/>
    </w:p>
    <w:p>
      <w:pPr>
        <w:pStyle w:val="Heading2"/>
      </w:pPr>
      <w:r>
        <w:t>How a cancelled festival sparked a spontaneous Pride substitute</w:t>
      </w:r>
      <w:r/>
    </w:p>
    <w:p>
      <w:r/>
      <w:r>
        <w:t>When Winter Pride announced a year-long break, a gap opened in Queenstown’s winter calendar and plenty of planned trips were suddenly in limbo. Frisky’s producers, having already booked flights, decided to keep their plans and invite others along. The result feels refreshingly DIY: a weekend that’s deliberately smaller and friendlier, but still full of colour and lift. It’s the sort of response that says community resilience matters as much as a headline festival.</w:t>
      </w:r>
      <w:r/>
    </w:p>
    <w:p>
      <w:pPr>
        <w:pStyle w:val="Heading2"/>
      </w:pPr>
      <w:r>
        <w:t>What to expect from the Devil’s Long Lunch and why it matters</w:t>
      </w:r>
      <w:r/>
    </w:p>
    <w:p>
      <w:r/>
      <w:r>
        <w:t>The Saturday lunch at SODA pairs two-course local fare with drag hosting and generous prize giveaways, all in central Queenstown. It’s the kind of event where the food is local and the laughs are loud; imagine warming up with good wine and a flamboyant performance. For visitors, it’s an easy way to connect with the town’s hospitality scene. If you prefer quieter socialising, book early and arrive when doors open to nab a cosy table.</w:t>
      </w:r>
      <w:r/>
    </w:p>
    <w:p>
      <w:pPr>
        <w:pStyle w:val="Heading2"/>
      </w:pPr>
      <w:r>
        <w:t>The Winter Olympics Sportswear Party: costume tips and the soundtrack</w:t>
      </w:r>
      <w:r/>
    </w:p>
    <w:p>
      <w:r/>
      <w:r>
        <w:t>Saturday night’s main event at Rhino’s runs late, 10pm until 4am, and invites playful takes on sportswear, from retro ski suits to tennis whites. Musically, Frisky leans on uplifting house, disco and driving tech-house to move a crowd. Dress for both style and warmth: alpine-adjacent outer layers look great for photos but leave room to shed as the night heats up. Bring comfy shoes, the dancefloor’s the point.</w:t>
      </w:r>
      <w:r/>
    </w:p>
    <w:p>
      <w:pPr>
        <w:pStyle w:val="Heading2"/>
      </w:pPr>
      <w:r>
        <w:t>Why Frisky is more than a party brand</w:t>
      </w:r>
      <w:r/>
    </w:p>
    <w:p>
      <w:r/>
      <w:r>
        <w:t>Frisky has expanded across New Zealand by focusing less on size and more on atmosphere and opportunity. The team says their goal isn’t to be the biggest, but the party people return to, and that ethos translates into giving emerging DJs and performers a platform alongside bigger names. That approach matters in smaller cities like Queenstown, where independent events help diversify the queer calendar and keep local venues humming through slow seasons.</w:t>
      </w:r>
      <w:r/>
    </w:p>
    <w:p>
      <w:pPr>
        <w:pStyle w:val="Heading2"/>
      </w:pPr>
      <w:r>
        <w:t>Quick practical tips for planning a chilled, rainbow-friendly Queenstown trip</w:t>
      </w:r>
      <w:r/>
    </w:p>
    <w:p>
      <w:r/>
      <w:r>
        <w:t>Book early for the lunch and main party, and check Frisky’s website for ticket bundles. Plan travel with weather in mind, it’s Alpine country, so layers and flexible plans are sensible. If you’re coming from out of town, consider supporting local sponsors and businesses mentioned on the listings; it keeps the weekend sustainable. Most of all, come ready to join in: Frisky’s parties reward participation more than spectatorship.</w:t>
      </w:r>
      <w:r/>
    </w:p>
    <w:p>
      <w:r/>
      <w:r>
        <w:t>It's a small pivot that keeps Pride spirit alive in Queenstown, simple, social and properly frisky.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[4]</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2">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https://gayexpress.co.nz/2026/07/get-frisky-in-queenstown-this-september/?utm_source=rss&amp;utm_medium=rss&amp;utm_campaign=get-frisky-in-queenstown-this-september</w:t>
        </w:r>
      </w:hyperlink>
      <w:r>
        <w:t xml:space="preserve"> - Please view link - unable to able to access data</w:t>
      </w:r>
      <w:r/>
    </w:p>
    <w:p>
      <w:pPr>
        <w:pStyle w:val="ListNumber"/>
        <w:spacing w:line="240" w:lineRule="auto"/>
        <w:ind w:left="720"/>
      </w:pPr>
      <w:r/>
      <w:hyperlink r:id="rId10">
        <w:r>
          <w:rPr>
            <w:color w:val="0000EE"/>
            <w:u w:val="single"/>
          </w:rPr>
          <w:t>https://www.winterpride.de/</w:t>
        </w:r>
      </w:hyperlink>
      <w:r>
        <w:t xml:space="preserve"> - Winter Pride is a Christmas market in Hamburg St. Georg for queers and friends, featuring music and plenty of mulled wine. The event runs from November to December 2026, with opening hours from Monday to Sunday, including special closures on November 16 and 23. Visitors can rent small and medium-sized huts for gatherings and celebrations. The market offers a festive atmosphere with diverse music genres, from pop to electro, catering to various tastes. For more details, including contact information and booking options, visit their official website.</w:t>
      </w:r>
      <w:r/>
    </w:p>
    <w:p>
      <w:pPr>
        <w:pStyle w:val="ListNumber"/>
        <w:spacing w:line="240" w:lineRule="auto"/>
        <w:ind w:left="720"/>
      </w:pPr>
      <w:r/>
      <w:hyperlink r:id="rId12">
        <w:r>
          <w:rPr>
            <w:color w:val="0000EE"/>
            <w:u w:val="single"/>
          </w:rPr>
          <w:t>https://www.copenhagenpride.dk/en/pride-2026/winter-pride-2026/</w:t>
        </w:r>
      </w:hyperlink>
      <w:r>
        <w:t xml:space="preserve"> - Copenhagen Pride is organising Winter Pride 2026, a series of events from February 16 to February 22, 2026, aimed at bringing the LGBTQIA+ community together during the winter months. The programme includes over forty events, such as films, comedy, workshops, lectures, crafts, human rights discussions, culture, and volunteering opportunities. The main venue is Huset-KBH in central Copenhagen, with additional events at various locations across the city. The full programme will be published on January 23, 2026, on their website and the gogo app.</w:t>
      </w:r>
      <w:r/>
    </w:p>
    <w:p>
      <w:pPr>
        <w:pStyle w:val="ListNumber"/>
        <w:spacing w:line="240" w:lineRule="auto"/>
        <w:ind w:left="720"/>
      </w:pPr>
      <w:r/>
      <w:hyperlink r:id="rId11">
        <w:r>
          <w:rPr>
            <w:color w:val="0000EE"/>
            <w:u w:val="single"/>
          </w:rPr>
          <w:t>https://www.wmnf.org/winter-pride-2026-underway/</w:t>
        </w:r>
      </w:hyperlink>
      <w:r>
        <w:t xml:space="preserve"> - Winter Pride Saint Pete 2026 commenced with a successful kickoff party, setting the tone for a week filled with community, celebration, and connection. The event attracted a diverse crowd, eager to start the week on a high note. Following the kickoff, the festival features a full schedule of events, including arts, nightlife, culture, and community-focused programming. Attendees can look forward to immersive theatre, live performances, themed parties, and the much-anticipated Drag Race on Central. For more information and event schedules, visit their official website.</w:t>
      </w:r>
      <w:r/>
    </w:p>
    <w:p>
      <w:pPr>
        <w:pStyle w:val="ListNumber"/>
        <w:spacing w:line="240" w:lineRule="auto"/>
        <w:ind w:left="720"/>
      </w:pPr>
      <w:r/>
      <w:hyperlink r:id="rId13">
        <w:r>
          <w:rPr>
            <w:color w:val="0000EE"/>
            <w:u w:val="single"/>
          </w:rPr>
          <w:t>https://www.utahpridecenter.org/calendar/winter-pride-2026</w:t>
        </w:r>
      </w:hyperlink>
      <w:r>
        <w:t xml:space="preserve"> - Summit Pride Foundation is hosting Winter Pride 2026 events on February 27-28, 2026, in Park City, Utah. The festivities begin with an exclusive First Tracks event on February 27, offering participants the opportunity to ski Park City Mountain before it opens, followed by breakfast at the Legacy Lodge. The schedule includes skiing fresh groomers with SPF until 9 am, with free skiing available for the rest of the day. Volunteers are needed for the event. For more details and registration, visit the Utah Pride Center's website.</w:t>
      </w:r>
      <w:r/>
    </w:p>
    <w:p>
      <w:pPr>
        <w:pStyle w:val="ListNumber"/>
        <w:spacing w:line="240" w:lineRule="auto"/>
        <w:ind w:left="720"/>
      </w:pPr>
      <w:r/>
      <w:hyperlink r:id="rId14">
        <w:r>
          <w:rPr>
            <w:color w:val="0000EE"/>
            <w:u w:val="single"/>
          </w:rPr>
          <w:t>https://www.wusf.org/arts-culture/2025-09-20/tampa-pride-canceled-2026-political-economic-climate</w:t>
        </w:r>
      </w:hyperlink>
      <w:r>
        <w:t xml:space="preserve"> - Tampa Pride has announced a one-year hiatus and will not be held in 2026, citing the current political and economic climate. The decision was made after the Tampa Pride Board's letter dated August 1, which was updated on Facebook and the official page. Organisers stated that several factors made it increasingly difficult to sustain ongoing operations for 2026. For more information, refer to the WUSF article detailing the announcement.</w:t>
      </w:r>
      <w:r/>
    </w:p>
    <w:p>
      <w:pPr>
        <w:pStyle w:val="ListNumber"/>
        <w:spacing w:line="240" w:lineRule="auto"/>
        <w:ind w:left="720"/>
      </w:pPr>
      <w:r/>
      <w:hyperlink r:id="rId15">
        <w:r>
          <w:rPr>
            <w:color w:val="0000EE"/>
            <w:u w:val="single"/>
          </w:rPr>
          <w:t>https://www.grandcentraldistrict.org/winter-pride/</w:t>
        </w:r>
      </w:hyperlink>
      <w:r>
        <w:t xml:space="preserve"> - Grand Central District is hosting Winter Pride from February 15th to 22nd, 2026, in St. Petersburg, Florida. The event offers a variety of activities and events, including a street festival and drag race. Attendees can apply to be vendors or sponsors through the Eventeny platform. The district provides information on hotel accommodations and highlights from last year's event. For more details and to get involved, visit their official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7/get-frisky-in-queenstown-this-september/?utm_source=rss&amp;utm_medium=rss&amp;utm_campaign=get-frisky-in-queenstown-this-september" TargetMode="External"/><Relationship Id="rId10" Type="http://schemas.openxmlformats.org/officeDocument/2006/relationships/hyperlink" Target="https://www.winterpride.de/" TargetMode="External"/><Relationship Id="rId11" Type="http://schemas.openxmlformats.org/officeDocument/2006/relationships/hyperlink" Target="https://www.wmnf.org/winter-pride-2026-underway/" TargetMode="External"/><Relationship Id="rId12" Type="http://schemas.openxmlformats.org/officeDocument/2006/relationships/hyperlink" Target="https://www.copenhagenpride.dk/en/pride-2026/winter-pride-2026/" TargetMode="External"/><Relationship Id="rId13" Type="http://schemas.openxmlformats.org/officeDocument/2006/relationships/hyperlink" Target="https://www.utahpridecenter.org/calendar/winter-pride-2026" TargetMode="External"/><Relationship Id="rId14" Type="http://schemas.openxmlformats.org/officeDocument/2006/relationships/hyperlink" Target="https://www.wusf.org/arts-culture/2025-09-20/tampa-pride-canceled-2026-political-economic-climate" TargetMode="External"/><Relationship Id="rId15" Type="http://schemas.openxmlformats.org/officeDocument/2006/relationships/hyperlink" Target="https://www.grandcentraldistrict.org/winter-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