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and Solidarity Practices Ahead of Helsingborg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visitors are choosing solidarity as Pride week arrives in Helsingborg; organisers expect 4,000–5,000 people in the parade and say community spirit matters most after violence in Berlin. Here's what that means for safety, celebrations and standing together.</w:t>
      </w:r>
      <w:r/>
    </w:p>
    <w:p>
      <w:r/>
      <w:r>
        <w:t>Essential Takeaways</w:t>
      </w:r>
      <w:r/>
      <w:r/>
    </w:p>
    <w:p>
      <w:pPr>
        <w:pStyle w:val="ListBullet"/>
        <w:spacing w:line="240" w:lineRule="auto"/>
        <w:ind w:left="720"/>
      </w:pPr>
      <w:r/>
      <w:r>
        <w:rPr>
          <w:b/>
        </w:rPr>
        <w:t>Attendance:</w:t>
      </w:r>
      <w:r>
        <w:t xml:space="preserve"> Organisers expect around 4,000–5,000 marchers in Helsingborg's Pride parade, concluding the festival running 2–8 August.</w:t>
      </w:r>
      <w:r/>
    </w:p>
    <w:p>
      <w:pPr>
        <w:pStyle w:val="ListBullet"/>
        <w:spacing w:line="240" w:lineRule="auto"/>
        <w:ind w:left="720"/>
      </w:pPr>
      <w:r/>
      <w:r>
        <w:rPr>
          <w:b/>
        </w:rPr>
        <w:t>Context:</w:t>
      </w:r>
      <w:r>
        <w:t xml:space="preserve"> A deadly vehicle attack during Berlin Pride has shaken the movement and led to heightened security concerns across Europe.</w:t>
      </w:r>
      <w:r/>
    </w:p>
    <w:p>
      <w:pPr>
        <w:pStyle w:val="ListBullet"/>
        <w:spacing w:line="240" w:lineRule="auto"/>
        <w:ind w:left="720"/>
      </w:pPr>
      <w:r/>
      <w:r>
        <w:rPr>
          <w:b/>
        </w:rPr>
        <w:t>Local threat level:</w:t>
      </w:r>
      <w:r>
        <w:t xml:space="preserve"> Police in Helsingborg report no specific threat to this year's event, but officials and organisers are staying alert.</w:t>
      </w:r>
      <w:r/>
    </w:p>
    <w:p>
      <w:pPr>
        <w:pStyle w:val="ListBullet"/>
        <w:spacing w:line="240" w:lineRule="auto"/>
        <w:ind w:left="720"/>
      </w:pPr>
      <w:r/>
      <w:r>
        <w:rPr>
          <w:b/>
        </w:rPr>
        <w:t>Atmosphere:</w:t>
      </w:r>
      <w:r>
        <w:t xml:space="preserve"> Project leader Albin Ganović says the response will be louder and more celebratory , dancing, chanting and visible solidarity.</w:t>
      </w:r>
      <w:r/>
    </w:p>
    <w:p>
      <w:pPr>
        <w:pStyle w:val="ListBullet"/>
        <w:spacing w:line="240" w:lineRule="auto"/>
        <w:ind w:left="720"/>
      </w:pPr>
      <w:r/>
      <w:r>
        <w:rPr>
          <w:b/>
        </w:rPr>
        <w:t>Practical note:</w:t>
      </w:r>
      <w:r>
        <w:t xml:space="preserve"> Expect visible police presence, routes and meeting points communicated in advance; bring a charged phone and plan meeting spots.</w:t>
      </w:r>
      <w:r/>
      <w:r/>
    </w:p>
    <w:p>
      <w:pPr>
        <w:pStyle w:val="Heading2"/>
      </w:pPr>
      <w:r>
        <w:t>Why Helsingborg's Pride is going ahead , louder, not quieter</w:t>
      </w:r>
      <w:r/>
    </w:p>
    <w:p>
      <w:r/>
      <w:r>
        <w:t>Organisers in Helsingborg have been clear that the parade will proceed, with thousands expected to march and cheer through the city. The mood is resolute and visibly upbeat, with campaigners promising more music, more dancing and louder chants to show resilience. According to local organisers, the attack in Berlin has left the movement shaken but determined. For visitors, that means a festival atmosphere mixed with a purposeful sense of unity.</w:t>
      </w:r>
      <w:r/>
    </w:p>
    <w:p>
      <w:pPr>
        <w:pStyle w:val="Heading2"/>
      </w:pPr>
      <w:r>
        <w:t>What happened in Berlin and why it matters here</w:t>
      </w:r>
      <w:r/>
    </w:p>
    <w:p>
      <w:r/>
      <w:r>
        <w:t>A vehicle attack at a Pride event in Berlin left people dead and many injured, and German authorities treated it as an act linked to Islamist extremism, prompting a nationwide security response. International reporting tracked the suspect and the fast-moving investigation, and analysts noted how quickly misinformation spread online. Those events have reshaped how European cities approach Pride logistics this summer, from policing to public messaging.</w:t>
      </w:r>
      <w:r/>
    </w:p>
    <w:p>
      <w:pPr>
        <w:pStyle w:val="Heading2"/>
      </w:pPr>
      <w:r>
        <w:t>Safety on the ground , what Helsingborg is doing</w:t>
      </w:r>
      <w:r/>
    </w:p>
    <w:p>
      <w:r/>
      <w:r>
        <w:t>Helsingborg police say there is no specific credible threat to their event, but that doesn't mean complacency. Expect a visible security presence, bag checks at key sites and clear information on assembly points and departure times. Organisers advise arriving early, keeping personal belongings minimal and agreeing a meeting spot with friends in case phones get lost in the crowd. These small steps keep the day smooth and let you focus on the party and the politics.</w:t>
      </w:r>
      <w:r/>
    </w:p>
    <w:p>
      <w:pPr>
        <w:pStyle w:val="Heading2"/>
      </w:pPr>
      <w:r>
        <w:t>How organisers balance celebration with caution</w:t>
      </w:r>
      <w:r/>
    </w:p>
    <w:p>
      <w:r/>
      <w:r>
        <w:t>Pride planners have the tricky job of keeping the event joyful while managing risk. In Helsingborg, the approach is to increase visibility rather than reduce visibility , more performers, louder music, and clear communication about safety measures. That kind of strategy sends a message: you won't be silenced. If you're attending, wear comfortable shoes, bring weather-appropriate layers and stay hydrated; it helps you enjoy the whole procession without needing to step out.</w:t>
      </w:r>
      <w:r/>
    </w:p>
    <w:p>
      <w:pPr>
        <w:pStyle w:val="Heading2"/>
      </w:pPr>
      <w:r>
        <w:t>Dealing with misinformation and staying informed</w:t>
      </w:r>
      <w:r/>
    </w:p>
    <w:p>
      <w:r/>
      <w:r>
        <w:t>After the Berlin attack, false details circulated rapidly online, complicating the response and frightening communities. Journalists and officials urged people to rely on reputable outlets and official police updates. Before and during Pride in Helsingborg, follow the festival's official channels and local police for verified information. If a rumour spreads in your feed, pause before sharing , staying calm and informed helps organisers and keeps the community safer.</w:t>
      </w:r>
      <w:r/>
    </w:p>
    <w:p>
      <w:r/>
      <w:r>
        <w:t>It's a small change that can make every march safer and every cheer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13">
        <w:r>
          <w:rPr>
            <w:color w:val="0000EE"/>
            <w:u w:val="single"/>
          </w:rPr>
          <w:t>[5]</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https://www.svt.se/nyheter/lokalt/helsingborg/ingen-sarskild-hotbild-mot-pride-i-helsingborg-vi-ska-ropa-hogre</w:t>
        </w:r>
      </w:hyperlink>
      <w:r>
        <w:t xml:space="preserve"> - Please view link - unable to able to access data</w:t>
      </w:r>
      <w:r/>
    </w:p>
    <w:p>
      <w:pPr>
        <w:pStyle w:val="ListNumber"/>
        <w:spacing w:line="240" w:lineRule="auto"/>
        <w:ind w:left="720"/>
      </w:pPr>
      <w:r/>
      <w:hyperlink r:id="rId9">
        <w:r>
          <w:rPr>
            <w:color w:val="0000EE"/>
            <w:u w:val="single"/>
          </w:rPr>
          <w:t>https://www.svt.se/nyheter/lokalt/helsingborg/ingen-sarskild-hotbild-mot-pride-i-helsingborg-vi-ska-ropa-hogre</w:t>
        </w:r>
      </w:hyperlink>
      <w:r>
        <w:t xml:space="preserve"> - The article reports that Helsingborg's Pride Week is scheduled from August 2 to August 8, culminating in a parade expected to attract between four and five thousand participants. Despite the recent attack at Berlin's Pride event, local authorities have not identified any specific threats against the Helsingborg parade. Project leader Albin Ganović emphasises the community's resilience, stating that such threats will not deter them, and they plan to celebrate even more passionately.</w:t>
      </w:r>
      <w:r/>
    </w:p>
    <w:p>
      <w:pPr>
        <w:pStyle w:val="ListNumber"/>
        <w:spacing w:line="240" w:lineRule="auto"/>
        <w:ind w:left="720"/>
      </w:pPr>
      <w:r/>
      <w:hyperlink r:id="rId10">
        <w:r>
          <w:rPr>
            <w:color w:val="0000EE"/>
            <w:u w:val="single"/>
          </w:rPr>
          <w:t>https://www.theweek.com/crime/berlin-police-kill-suspect-pride-attack</w:t>
        </w:r>
      </w:hyperlink>
      <w:r>
        <w:t xml:space="preserve"> - This article details the fatal police shooting of Abdul Ballout, a 21-year-old German citizen of Lebanese descent, who was suspected of driving a van into a crowd during Berlin's Pride celebrations. The attack resulted in one death and injuries to 29 others. Authorities characterised the incident as an Islamic terror attack, leading to heightened security measures for future public events in Germany.</w:t>
      </w:r>
      <w:r/>
    </w:p>
    <w:p>
      <w:pPr>
        <w:pStyle w:val="ListNumber"/>
        <w:spacing w:line="240" w:lineRule="auto"/>
        <w:ind w:left="720"/>
      </w:pPr>
      <w:r/>
      <w:hyperlink r:id="rId11">
        <w:r>
          <w:rPr>
            <w:color w:val="0000EE"/>
            <w:u w:val="single"/>
          </w:rPr>
          <w:t>https://www.latimes.com/world-nation/story/2026-07-26/german-police-search-for-suspect-in-deadly-berlin-pride-attack</w:t>
        </w:r>
      </w:hyperlink>
      <w:r>
        <w:t xml:space="preserve"> - The Los Angeles Times reports on the search for the suspect involved in the deadly Berlin Pride attack. The suspect, identified as Abdul Ballout, was fatally shot by police after attacking officers with a stabbing weapon. The incident, which occurred during Berlin's Pride celebrations, resulted in one death and injuries to 29 others, with authorities linking the suspect to Islamist extremist circles.</w:t>
      </w:r>
      <w:r/>
    </w:p>
    <w:p>
      <w:pPr>
        <w:pStyle w:val="ListNumber"/>
        <w:spacing w:line="240" w:lineRule="auto"/>
        <w:ind w:left="720"/>
      </w:pPr>
      <w:r/>
      <w:hyperlink r:id="rId13">
        <w:r>
          <w:rPr>
            <w:color w:val="0000EE"/>
            <w:u w:val="single"/>
          </w:rPr>
          <w:t>https://www.euronews.com/my-europe/2026/07/28/how-false-information-spread-about-the-berlin-pride-attack-amid-suspect-manhunt</w:t>
        </w:r>
      </w:hyperlink>
      <w:r>
        <w:t xml:space="preserve"> - Euronews discusses the spread of false information following the Berlin Pride attack. Amid the manhunt for the suspect, unverified claims, including false reports of a bomb threat and the arrest of an unrelated individual, circulated online. Authorities worked to clarify the situation, confirming that the suspect used a vehicle to ram into a crowd and then attacked bystanders with a bladed weapon.</w:t>
      </w:r>
      <w:r/>
    </w:p>
    <w:p>
      <w:pPr>
        <w:pStyle w:val="ListNumber"/>
        <w:spacing w:line="240" w:lineRule="auto"/>
        <w:ind w:left="720"/>
      </w:pPr>
      <w:r/>
      <w:hyperlink r:id="rId12">
        <w:r>
          <w:rPr>
            <w:color w:val="0000EE"/>
            <w:u w:val="single"/>
          </w:rPr>
          <w:t>https://www.aftenposten.no/verden/i/K8bLVE/tysklands-innenriksminister-pride-angrepet-i-berlin-var-et-islamistisk-terrorangrep</w:t>
        </w:r>
      </w:hyperlink>
      <w:r>
        <w:t xml:space="preserve"> - Aftenposten reports that Germany's Interior Minister has described the Berlin Pride attack as an Islamist terror attack. The incident, which occurred on July 25, 2026, involved a van driving into a crowd during Pride celebrations, resulting in one death and 16 injuries. The suspect, identified as 21-year-old Abdul B., remains at large and is considered dangerous and armed.</w:t>
      </w:r>
      <w:r/>
    </w:p>
    <w:p>
      <w:pPr>
        <w:pStyle w:val="ListNumber"/>
        <w:spacing w:line="240" w:lineRule="auto"/>
        <w:ind w:left="720"/>
      </w:pPr>
      <w:r/>
      <w:hyperlink r:id="rId14">
        <w:r>
          <w:rPr>
            <w:color w:val="0000EE"/>
            <w:u w:val="single"/>
          </w:rPr>
          <w:t>https://elpais.com/internacional/2026-07-25/varios-heridos-por-un-atropello-durante-el-dia-del-orgullo-en-berlin.html</w:t>
        </w:r>
      </w:hyperlink>
      <w:r>
        <w:t xml:space="preserve"> - El País reports on the tragic attack during Berlin's Pride celebrations on July 25, 2026, where a white van drove into a crowd, resulting in at least one death and 17 injuries, three of them critically. The driver fled after crashing the vehicle into a tree in Tiergarten park. Authorities have identified a suspect with links to Islamist circles and are conducting an extensive search operation.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t.se/nyheter/lokalt/helsingborg/ingen-sarskild-hotbild-mot-pride-i-helsingborg-vi-ska-ropa-hogre" TargetMode="External"/><Relationship Id="rId10" Type="http://schemas.openxmlformats.org/officeDocument/2006/relationships/hyperlink" Target="https://www.theweek.com/crime/berlin-police-kill-suspect-pride-attack" TargetMode="External"/><Relationship Id="rId11" Type="http://schemas.openxmlformats.org/officeDocument/2006/relationships/hyperlink" Target="https://www.latimes.com/world-nation/story/2026-07-26/german-police-search-for-suspect-in-deadly-berlin-pride-attack" TargetMode="External"/><Relationship Id="rId12" Type="http://schemas.openxmlformats.org/officeDocument/2006/relationships/hyperlink" Target="https://www.aftenposten.no/verden/i/K8bLVE/tysklands-innenriksminister-pride-angrepet-i-berlin-var-et-islamistisk-terrorangrep" TargetMode="External"/><Relationship Id="rId13" Type="http://schemas.openxmlformats.org/officeDocument/2006/relationships/hyperlink" Target="https://www.euronews.com/my-europe/2026/07/28/how-false-information-spread-about-the-berlin-pride-attack-amid-suspect-manhunt" TargetMode="External"/><Relationship Id="rId14" Type="http://schemas.openxmlformats.org/officeDocument/2006/relationships/hyperlink" Target="https://elpais.com/internacional/2026-07-25/varios-heridos-por-un-atropello-durante-el-dia-del-orgullo-en-berli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