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Plans: Why World Pride Amsterdam Feels Bigger — and What to Watch on TV Tonight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loudly: World Pride has turned Amsterdam into a colourful, music-filled celebration of difference, with canal parties, headline acts and a mood that’s both defiant and joyful , and while Madonna’s arrival guarantees a headline moment, TV viewers are voting with their remotes as late-night shows lose out to sleep.</w:t>
      </w:r>
      <w:r/>
    </w:p>
    <w:p>
      <w:r/>
      <w:r>
        <w:t>Essential takeaways</w:t>
      </w:r>
      <w:r/>
      <w:r/>
    </w:p>
    <w:p>
      <w:pPr>
        <w:pStyle w:val="ListBullet"/>
        <w:spacing w:line="240" w:lineRule="auto"/>
        <w:ind w:left="720"/>
      </w:pPr>
      <w:r/>
      <w:r>
        <w:rPr>
          <w:b/>
        </w:rPr>
        <w:t>Big celebration:</w:t>
      </w:r>
      <w:r>
        <w:t xml:space="preserve"> World Pride has amplified Amsterdam’s usual Gay Pride with extra events, global acts and the famous boats on the canals.</w:t>
      </w:r>
      <w:r/>
    </w:p>
    <w:p>
      <w:pPr>
        <w:pStyle w:val="ListBullet"/>
        <w:spacing w:line="240" w:lineRule="auto"/>
        <w:ind w:left="720"/>
      </w:pPr>
      <w:r/>
      <w:r>
        <w:rPr>
          <w:b/>
        </w:rPr>
        <w:t>Security awareness:</w:t>
      </w:r>
      <w:r>
        <w:t xml:space="preserve"> Organisers remain cautious after recent attacks abroad; the festival mixes fun with visible safety measures.</w:t>
      </w:r>
      <w:r/>
    </w:p>
    <w:p>
      <w:pPr>
        <w:pStyle w:val="ListBullet"/>
        <w:spacing w:line="240" w:lineRule="auto"/>
        <w:ind w:left="720"/>
      </w:pPr>
      <w:r/>
      <w:r>
        <w:rPr>
          <w:b/>
        </w:rPr>
        <w:t>Headline draw:</w:t>
      </w:r>
      <w:r>
        <w:t xml:space="preserve"> Madonna’s scheduled appearance gives the weekend an international spotlight and a singalong vibe.</w:t>
      </w:r>
      <w:r/>
    </w:p>
    <w:p>
      <w:pPr>
        <w:pStyle w:val="ListBullet"/>
        <w:spacing w:line="240" w:lineRule="auto"/>
        <w:ind w:left="720"/>
      </w:pPr>
      <w:r/>
      <w:r>
        <w:rPr>
          <w:b/>
        </w:rPr>
        <w:t>TV slump:</w:t>
      </w:r>
      <w:r>
        <w:t xml:space="preserve"> Reality TV like B&amp;B Vol Liefde is seeing falling audiences when shifted to later time slots; viewers are choosing sleep.</w:t>
      </w:r>
      <w:r/>
    </w:p>
    <w:p>
      <w:pPr>
        <w:pStyle w:val="ListBullet"/>
        <w:spacing w:line="240" w:lineRule="auto"/>
        <w:ind w:left="720"/>
      </w:pPr>
      <w:r/>
      <w:r>
        <w:rPr>
          <w:b/>
        </w:rPr>
        <w:t>Viewing tip:</w:t>
      </w:r>
      <w:r>
        <w:t xml:space="preserve"> If you’re keen on live Pride moments, stream or tune into early broadcasts , late-night scheduling risks missing the crowd.</w:t>
      </w:r>
      <w:r/>
      <w:r/>
    </w:p>
    <w:p>
      <w:pPr>
        <w:pStyle w:val="Heading2"/>
      </w:pPr>
      <w:r>
        <w:t>World Pride has turned Amsterdam’s canals into a global party</w:t>
      </w:r>
      <w:r/>
    </w:p>
    <w:p>
      <w:r/>
      <w:r>
        <w:t>Amsterdam’s colourful parade feels louder and larger this year, a festival of music and flags threading through the city’s beautiful canals. Visitors report a joyful hum in the air, the sort of festival buzz that makes you want to stay out until the last boat passes. According to travel coverage, World Pride brings extra international visitors and headline performances, turning familiar routes into stages and new spots into pop-up venues. If you’re planning to join, get there early for the boats and bring comfortable shoes , you’ll be on your feet more than you expect.</w:t>
      </w:r>
      <w:r/>
    </w:p>
    <w:p>
      <w:pPr>
        <w:pStyle w:val="Heading2"/>
      </w:pPr>
      <w:r>
        <w:t>Safety is on everyone’s mind, but the mood stays defiant</w:t>
      </w:r>
      <w:r/>
    </w:p>
    <w:p>
      <w:r/>
      <w:r>
        <w:t>There’s a visible tension beneath the glitter: organisers and authorities haven’t forgotten recent attacks in Europe, and precautions are part of the weekend routine. That said, the festival’s organisers stress resilience , Pride is a celebration of difference, not a retreat from it. Local reporting notes stepped-up security and advice for visitors about bag checks and staying aware in crowded places. It’s sensible to read venue rules before you go and agree a meet-up spot if you separate from your group.</w:t>
      </w:r>
      <w:r/>
    </w:p>
    <w:p>
      <w:pPr>
        <w:pStyle w:val="Heading2"/>
      </w:pPr>
      <w:r>
        <w:t>Madonna’s arrival is the headline pull , and a boost for late-night energy</w:t>
      </w:r>
      <w:r/>
    </w:p>
    <w:p>
      <w:r/>
      <w:r>
        <w:t>A superstar like Madonna brings an obvious magnetism: she gives the weekend a TV-friendly moment and a reason for international press to linger in the city. Pop acts do more than entertain; they become shared memories people post about for months. If you want the full spectacle, plan to watch or stream the performance live , delayed TV edits or late-night broadcasts can blunt the experience. And yes, the sight and sound of a crowd singing together is its own kind of therapy.</w:t>
      </w:r>
      <w:r/>
    </w:p>
    <w:p>
      <w:pPr>
        <w:pStyle w:val="Heading2"/>
      </w:pPr>
      <w:r>
        <w:t>Why TV audiences are nodding off before late-night reality shows</w:t>
      </w:r>
      <w:r/>
    </w:p>
    <w:p>
      <w:r/>
      <w:r>
        <w:t>Meanwhile, Dutch TV watchers are telling a small but clear story: shift a popular dating show to after 21:00 and hundreds of thousands will choose bed over drama. Ratings reports show that B&amp;B Vol Liefde, once comfortably pulling big audiences, is losing viewers since its later timeslot. Producers and hosts are left with a question: is the problem the hour, the format, or viewer fatigue with the genre? For viewers, the takeaway is practical , if you don’t want to miss reality moments, use catch-up services or record them; otherwise, you might find your sofa wins out.</w:t>
      </w:r>
      <w:r/>
    </w:p>
    <w:p>
      <w:pPr>
        <w:pStyle w:val="Heading2"/>
      </w:pPr>
      <w:r>
        <w:t>What this all means for festival-goers and TV fans</w:t>
      </w:r>
      <w:r/>
    </w:p>
    <w:p>
      <w:r/>
      <w:r>
        <w:t>Put simply: the weekend offers two competing pleasures , an in-person flood of colour, music and shared joy along Amsterdam’s canals, and television moments that may be best caught live or on demand. Industry commentary suggests broadcasters should respect viewer habits; the public prefers primetime that fits family and sleep patterns. For attendees, pack patience and a portable charger; for couch viewers, set a recorder or stream to avoid late-night FOMO.</w:t>
      </w:r>
      <w:r/>
    </w:p>
    <w:p>
      <w:r/>
      <w:r>
        <w:t>It's a small change in routine that can make both the parade and the programme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Paragraph 4: </w:t>
      </w:r>
      <w:hyperlink r:id="rId12">
        <w:r>
          <w:rPr>
            <w:color w:val="0000EE"/>
            <w:u w:val="single"/>
          </w:rPr>
          <w:t>[5]</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https://www.telegraaf.nl/entertainment/hot-or-not-world-pride-is-hot-en-slaapkoppen-in-bb-van-liefde-zijn-dat-niet/159382136.html</w:t>
        </w:r>
      </w:hyperlink>
      <w:r>
        <w:t xml:space="preserve"> - Please view link - unable to able to access data</w:t>
      </w:r>
      <w:r/>
    </w:p>
    <w:p>
      <w:pPr>
        <w:pStyle w:val="ListNumber"/>
        <w:spacing w:line="240" w:lineRule="auto"/>
        <w:ind w:left="720"/>
      </w:pPr>
      <w:r/>
      <w:hyperlink r:id="rId10">
        <w:r>
          <w:rPr>
            <w:color w:val="0000EE"/>
            <w:u w:val="single"/>
          </w:rPr>
          <w:t>https://www.cntraveller.com/article/world-pride-amsterdam</w:t>
        </w:r>
      </w:hyperlink>
      <w:r>
        <w:t xml:space="preserve"> - This article provides comprehensive information about World Pride 2026, which is set to take place in Amsterdam. It discusses the history of World Pride, the significance of Amsterdam hosting the event, and the expected activities and celebrations. The piece also highlights the city's role in LGBTQ+ rights and its vibrant queer culture, offering insights into what attendees can anticipate during the multi-week festival.</w:t>
      </w:r>
      <w:r/>
    </w:p>
    <w:p>
      <w:pPr>
        <w:pStyle w:val="ListNumber"/>
        <w:spacing w:line="240" w:lineRule="auto"/>
        <w:ind w:left="720"/>
      </w:pPr>
      <w:r/>
      <w:hyperlink r:id="rId11">
        <w:r>
          <w:rPr>
            <w:color w:val="0000EE"/>
            <w:u w:val="single"/>
          </w:rPr>
          <w:t>https://www.ad.nl/amsterdam/weg-met-de-pinkwashing-zo-gaat-queer-en-pride-2023-eruitzien~aa0b85d3/</w:t>
        </w:r>
      </w:hyperlink>
      <w:r>
        <w:t xml:space="preserve"> - This report details the plans for Queer &amp; Pride Amsterdam 2023, focusing on returning to the roots of the event. It discusses the emphasis on inclusivity and the dismantling of monopolies within the LGBTQ+ community. The article highlights the importance of creating a more inclusive and diverse Pride celebration, moving away from 'pinkwashing' and ensuring that the event truly represents all facets of the community.</w:t>
      </w:r>
      <w:r/>
    </w:p>
    <w:p>
      <w:pPr>
        <w:pStyle w:val="ListNumber"/>
        <w:spacing w:line="240" w:lineRule="auto"/>
        <w:ind w:left="720"/>
      </w:pPr>
      <w:r/>
      <w:hyperlink r:id="rId15">
        <w:r>
          <w:rPr>
            <w:color w:val="0000EE"/>
            <w:u w:val="single"/>
          </w:rPr>
          <w:t>https://www.rtl.nl/boulevard/entertainment/artikel/5406656/de-blvd-podcast-date-smakelijk</w:t>
        </w:r>
      </w:hyperlink>
      <w:r>
        <w:t xml:space="preserve"> - This podcast episode explores the reasons behind the success of 'B&amp;B Vol Liefde' compared to the underperformance of 'Date Smakelijk'. It delves into the dynamics of dating shows, audience engagement, and the factors contributing to the popularity of certain formats over others. The discussion provides insights into viewer preferences and the elements that make a dating show resonate with audiences.</w:t>
      </w:r>
      <w:r/>
    </w:p>
    <w:p>
      <w:pPr>
        <w:pStyle w:val="ListNumber"/>
        <w:spacing w:line="240" w:lineRule="auto"/>
        <w:ind w:left="720"/>
      </w:pPr>
      <w:r/>
      <w:hyperlink r:id="rId12">
        <w:r>
          <w:rPr>
            <w:color w:val="0000EE"/>
            <w:u w:val="single"/>
          </w:rPr>
          <w:t>https://www.rtl.nl/boulevard/entertainment/artikel/5527985/rob-goossens-conclusies-bb-vol-liefde</w:t>
        </w:r>
      </w:hyperlink>
      <w:r>
        <w:t xml:space="preserve"> - In this article, Rob Goossens critiques the latest season of 'B&amp;B Vol Liefde', expressing that Jean-Paul has set a new low for the show. He describes the season as the least impressive to date, suggesting that it may be an insult to viewers. The piece reflects on the show's decline in quality and its impact on the audience's viewing experience.</w:t>
      </w:r>
      <w:r/>
    </w:p>
    <w:p>
      <w:pPr>
        <w:pStyle w:val="ListNumber"/>
        <w:spacing w:line="240" w:lineRule="auto"/>
        <w:ind w:left="720"/>
      </w:pPr>
      <w:r/>
      <w:hyperlink r:id="rId13">
        <w:r>
          <w:rPr>
            <w:color w:val="0000EE"/>
            <w:u w:val="single"/>
          </w:rPr>
          <w:t>https://www.rtl.nl/rtl-boulevard/entertainment/artikel/5396814/bb-vol-liefde-nadert-een-miljoen-kijkers</w:t>
        </w:r>
      </w:hyperlink>
      <w:r>
        <w:t xml:space="preserve"> - This report highlights the viewership statistics of 'B&amp;B Vol Liefde', noting that the second week of the third season attracted nearly a million viewers. It provides insights into the show's popularity and its position in the television ratings, reflecting its appeal to a broad audience.</w:t>
      </w:r>
      <w:r/>
    </w:p>
    <w:p>
      <w:pPr>
        <w:pStyle w:val="ListNumber"/>
        <w:spacing w:line="240" w:lineRule="auto"/>
        <w:ind w:left="720"/>
      </w:pPr>
      <w:r/>
      <w:hyperlink r:id="rId14">
        <w:r>
          <w:rPr>
            <w:color w:val="0000EE"/>
            <w:u w:val="single"/>
          </w:rPr>
          <w:t>https://www.rtl.nl/nieuws/binnenland/artikel/5527268/bb-vol-liefde-leren-lessen-hart-openstellen-liefdeslessen</w:t>
        </w:r>
      </w:hyperlink>
      <w:r>
        <w:t xml:space="preserve"> - This article discusses the challenges participants face in opening their hearts to love during 'B&amp;B Vol Liefde'. Experts explain that the presence of cameras accelerates the process, making it difficult for genuine connections to develop naturally. The piece explores the complexities of finding love in a reality TV setting and the psychological impact on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legraaf.nl/entertainment/hot-or-not-world-pride-is-hot-en-slaapkoppen-in-bb-van-liefde-zijn-dat-niet/159382136.html" TargetMode="External"/><Relationship Id="rId10" Type="http://schemas.openxmlformats.org/officeDocument/2006/relationships/hyperlink" Target="https://www.cntraveller.com/article/world-pride-amsterdam" TargetMode="External"/><Relationship Id="rId11" Type="http://schemas.openxmlformats.org/officeDocument/2006/relationships/hyperlink" Target="https://www.ad.nl/amsterdam/weg-met-de-pinkwashing-zo-gaat-queer-en-pride-2023-eruitzien~aa0b85d3/" TargetMode="External"/><Relationship Id="rId12" Type="http://schemas.openxmlformats.org/officeDocument/2006/relationships/hyperlink" Target="https://www.rtl.nl/boulevard/entertainment/artikel/5527985/rob-goossens-conclusies-bb-vol-liefde" TargetMode="External"/><Relationship Id="rId13" Type="http://schemas.openxmlformats.org/officeDocument/2006/relationships/hyperlink" Target="https://www.rtl.nl/rtl-boulevard/entertainment/artikel/5396814/bb-vol-liefde-nadert-een-miljoen-kijkers" TargetMode="External"/><Relationship Id="rId14" Type="http://schemas.openxmlformats.org/officeDocument/2006/relationships/hyperlink" Target="https://www.rtl.nl/nieuws/binnenland/artikel/5527268/bb-vol-liefde-leren-lessen-hart-openstellen-liefdeslessen" TargetMode="External"/><Relationship Id="rId15" Type="http://schemas.openxmlformats.org/officeDocument/2006/relationships/hyperlink" Target="https://www.rtl.nl/boulevard/entertainment/artikel/5406656/de-blvd-podcast-date-smakelij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