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Boekenboot: Why Amsterdam’s First Book Boat Matters for Queer Stories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readers and writers are lining up for a very literal page-turner , Amsterdam’s first Pride boekenboot will sail on 1 August, with about a hundred authors and book‑world folk aboard to spotlight growing pressure on queer literature and celebrate visibility. It’s colourful, choreographed and oddly moving.</w:t>
      </w:r>
      <w:r/>
    </w:p>
    <w:p>
      <w:r/>
      <w:r>
        <w:t>Essential Takeaways</w:t>
      </w:r>
      <w:r/>
      <w:r/>
    </w:p>
    <w:p>
      <w:pPr>
        <w:pStyle w:val="ListBullet"/>
        <w:spacing w:line="240" w:lineRule="auto"/>
        <w:ind w:left="720"/>
      </w:pPr>
      <w:r/>
      <w:r>
        <w:rPr>
          <w:b/>
        </w:rPr>
        <w:t>What it is:</w:t>
      </w:r>
      <w:r>
        <w:t xml:space="preserve"> A floating, open‑book stage on the Canal Pride featuring writers, publishers and book people holding message boards that reveal censored texts.</w:t>
      </w:r>
      <w:r/>
    </w:p>
    <w:p>
      <w:pPr>
        <w:pStyle w:val="ListBullet"/>
        <w:spacing w:line="240" w:lineRule="auto"/>
        <w:ind w:left="720"/>
      </w:pPr>
      <w:r/>
      <w:r>
        <w:rPr>
          <w:b/>
        </w:rPr>
        <w:t>Who’s involved:</w:t>
      </w:r>
      <w:r>
        <w:t xml:space="preserve"> Around 100 participants including Pim Lammers, Maartje Wortel, Haroon Ali and organisers like Stichting Lezen and the Openbare Bibliotheek Amsterdam.</w:t>
      </w:r>
      <w:r/>
    </w:p>
    <w:p>
      <w:pPr>
        <w:pStyle w:val="ListBullet"/>
        <w:spacing w:line="240" w:lineRule="auto"/>
        <w:ind w:left="720"/>
      </w:pPr>
      <w:r/>
      <w:r>
        <w:rPr>
          <w:b/>
        </w:rPr>
        <w:t>Why it matters:</w:t>
      </w:r>
      <w:r>
        <w:t xml:space="preserve"> The stunt protests rising censorship and hostility toward queer books, a trend organisers say echoes book bans abroad.</w:t>
      </w:r>
      <w:r/>
    </w:p>
    <w:p>
      <w:pPr>
        <w:pStyle w:val="ListBullet"/>
        <w:spacing w:line="240" w:lineRule="auto"/>
        <w:ind w:left="720"/>
      </w:pPr>
      <w:r/>
      <w:r>
        <w:rPr>
          <w:b/>
        </w:rPr>
        <w:t>The feel:</w:t>
      </w:r>
      <w:r>
        <w:t xml:space="preserve"> Rehearsals are theatrical and slightly awkward , a slow, emotional choreographed reveal set to a slowed Unwritten remix , but earnest and communal.</w:t>
      </w:r>
      <w:r/>
    </w:p>
    <w:p>
      <w:pPr>
        <w:pStyle w:val="ListBullet"/>
        <w:spacing w:line="240" w:lineRule="auto"/>
        <w:ind w:left="720"/>
      </w:pPr>
      <w:r/>
      <w:r>
        <w:rPr>
          <w:b/>
        </w:rPr>
        <w:t>Practical note:</w:t>
      </w:r>
      <w:r>
        <w:t xml:space="preserve"> The boat will look like a giant open book; participants wear black and the texts on placards flip from redacted to readable.</w:t>
      </w:r>
      <w:r/>
      <w:r/>
    </w:p>
    <w:p>
      <w:pPr>
        <w:pStyle w:val="Heading2"/>
      </w:pPr>
      <w:r>
        <w:t>Why a boekenboot now? A theatrical answer to censorship</w:t>
      </w:r>
      <w:r/>
    </w:p>
    <w:p>
      <w:r/>
      <w:r>
        <w:t>The idea landed as a direct response to an uptick in hostility towards queer literature, both here and overseas, and it reads like theatre made urgent. Organisers want to dramatise what censorship actually does: hide stories. The boat’s design , an open book with participants holding boards that reveal full sentences after a pause , visualises removal and recovery in a single gesture. It’s clever and a little theatrical, which suits a city that stages its politics on the water.</w:t>
      </w:r>
      <w:r/>
    </w:p>
    <w:p>
      <w:pPr>
        <w:pStyle w:val="Heading2"/>
      </w:pPr>
      <w:r>
        <w:t>Who’s on board , and why their presence counts</w:t>
      </w:r>
      <w:r/>
    </w:p>
    <w:p>
      <w:r/>
      <w:r>
        <w:t>Writers such as Pim Lammers and Maartje Wortel signed up in large numbers, turning what could’ve been a niche stunt into a broad cultural statement. Lammers, whose children’s work has drawn threats, and Wortel, who feared the “gay writer” label, give the boat personal weight. Their participation signals that this isn’t just about headlines; it’s about lives, readers and the small rituals , school visits, bedtime stories , that shape belonging.</w:t>
      </w:r>
      <w:r/>
    </w:p>
    <w:p>
      <w:pPr>
        <w:pStyle w:val="Heading2"/>
      </w:pPr>
      <w:r>
        <w:t>The rehearsal room: awkward, earnest, human</w:t>
      </w:r>
      <w:r/>
    </w:p>
    <w:p>
      <w:r/>
      <w:r>
        <w:t>Rehearsals in the Openbare Bibliotheek Amsterdam mixed nerves with laughter. Writers who spend their days at desks were learning choreography under pink lights, practising a slower version of Unwritten before attempting a fast remix. The scene sounds charmingly human: someone worrying about a Volendamse rok, another fretting over whether there’ll be alcohol. It underlines the point , activism can be playful and communal without losing seriousness.</w:t>
      </w:r>
      <w:r/>
    </w:p>
    <w:p>
      <w:pPr>
        <w:pStyle w:val="Heading2"/>
      </w:pPr>
      <w:r>
        <w:t>What the placards say , and why text matters here</w:t>
      </w:r>
      <w:r/>
    </w:p>
    <w:p>
      <w:r/>
      <w:r>
        <w:t>Participants wrote the board messages themselves: confessions, recollections and lines about being seen. For a few seconds the words are blacked out, then flipped to full view. It’s a literal reveal, and a simple one: remove access to stories and you remove recognition, community and consolation. The stunt is also political; organisers welcome criticisms of Pride sponsors and aim to start conversations about wider responsibilities.</w:t>
      </w:r>
      <w:r/>
    </w:p>
    <w:p>
      <w:pPr>
        <w:pStyle w:val="Heading2"/>
      </w:pPr>
      <w:r>
        <w:t>How this fits the bigger Pride picture in Amsterdam</w:t>
      </w:r>
      <w:r/>
    </w:p>
    <w:p>
      <w:r/>
      <w:r>
        <w:t>This boekenboot joins a growing roster of themed boats and parties during Pride, but it’s distinct because it’s driven by the book world and backed by cultural institutions. It’s less a queer‑only initiative and more a cross‑sector call for allies , libraries, publishers and bookshops visibly taking a stand. That broadened ownership could matter, because when institutions speak up, censorship and erasure meet more resistance.</w:t>
      </w:r>
      <w:r/>
    </w:p>
    <w:p>
      <w:r/>
      <w:r>
        <w:t>It’s a small theatrical intervention with a blunt aim: make sure queer stories stay visible and available.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https://www.trouw.nl/cultuur-media/schrijvers-varen-mee-op-de-allereerste-pride-boekenboot-ik-denk-dat-ik-moet-huilen-als-ik-straks-aan-boord-sta~bb327c17/</w:t>
        </w:r>
      </w:hyperlink>
      <w:r>
        <w:t xml:space="preserve"> - Please view link - unable to able to access data</w:t>
      </w:r>
      <w:r/>
    </w:p>
    <w:p>
      <w:pPr>
        <w:pStyle w:val="ListNumber"/>
        <w:spacing w:line="240" w:lineRule="auto"/>
        <w:ind w:left="720"/>
      </w:pPr>
      <w:r/>
      <w:hyperlink r:id="rId10">
        <w:r>
          <w:rPr>
            <w:color w:val="0000EE"/>
            <w:u w:val="single"/>
          </w:rPr>
          <w:t>https://pride.amsterdam/boats/de-boekenboot/</w:t>
        </w:r>
      </w:hyperlink>
      <w:r>
        <w:t xml:space="preserve"> - The Book Boat is a new addition to the Amsterdam Canal Parade, aiming to highlight the global pressure on queer voices. Scheduled for Saturday, 1 August 2026, from 12:00 to 18:00, the boat will feature writers, libraries, and literary organisations, symbolising a united community. The initiative underscores the importance of free and inclusive storytelling, especially as queer narratives face increasing censorship worldwide. The boat's design resembles a giant open book, with participants holding signs that reveal messages about the challenges faced by queer literature.</w:t>
      </w:r>
      <w:r/>
    </w:p>
    <w:p>
      <w:pPr>
        <w:pStyle w:val="ListNumber"/>
        <w:spacing w:line="240" w:lineRule="auto"/>
        <w:ind w:left="720"/>
      </w:pPr>
      <w:r/>
      <w:hyperlink r:id="rId11">
        <w:r>
          <w:rPr>
            <w:color w:val="0000EE"/>
            <w:u w:val="single"/>
          </w:rPr>
          <w:t>https://www.rtl.nl/boulevard/artikel/5613332/boekenboot-vaart-mee-tijdens-world-pride-amsterdam</w:t>
        </w:r>
      </w:hyperlink>
      <w:r>
        <w:t xml:space="preserve"> - The Book Boat is set to participate in the World Pride Amsterdam on Saturday, 1 August 2026. Organised by the Dutch book sector, the boat aims to draw attention to the growing pressure on queer books and stories globally. Notable figures such as Pim Lammers, Xillan Macrooy, Hanna Bervoets, Maartje Wortel, and Pete Wu will be aboard, highlighting the collective effort to support and celebrate queer narratives in literature.</w:t>
      </w:r>
      <w:r/>
    </w:p>
    <w:p>
      <w:pPr>
        <w:pStyle w:val="ListNumber"/>
        <w:spacing w:line="240" w:lineRule="auto"/>
        <w:ind w:left="720"/>
      </w:pPr>
      <w:r/>
      <w:hyperlink r:id="rId12">
        <w:r>
          <w:rPr>
            <w:color w:val="0000EE"/>
            <w:u w:val="single"/>
          </w:rPr>
          <w:t>https://pride.amsterdam/en/van-jaar-tot-jaar/</w:t>
        </w:r>
      </w:hyperlink>
      <w:r>
        <w:t xml:space="preserve"> - Pride Amsterdam 2024 embraced the theme 'TOGETHER', focusing on unity within the LGBTQIA+ community. In a polarising society, the theme emphasised the importance of standing together, especially as rainbow identities face increasing pressure and loss of freedoms. The event highlighted the need for mutual support, regardless of whether someone is LGBTQIA+ or an ally. The theme underscored the strength found in diversity and the collective power of the community.</w:t>
      </w:r>
      <w:r/>
    </w:p>
    <w:p>
      <w:pPr>
        <w:pStyle w:val="ListNumber"/>
        <w:spacing w:line="240" w:lineRule="auto"/>
        <w:ind w:left="720"/>
      </w:pPr>
      <w:r/>
      <w:hyperlink r:id="rId13">
        <w:r>
          <w:rPr>
            <w:color w:val="0000EE"/>
            <w:u w:val="single"/>
          </w:rPr>
          <w:t>https://www.nhnieuws.nl/nieuws/331926/welke-boten-varen-pride-amsterdam</w:t>
        </w:r>
      </w:hyperlink>
      <w:r>
        <w:t xml:space="preserve"> - Pride Amsterdam 2024 placed a significant emphasis on accessibility, introducing boats specifically designed for the deaf and hard-of-hearing community, as well as individuals with mild intellectual disabilities. This initiative aimed to ensure that everyone, regardless of their abilities, could participate in the festivities. The event also announced six new ambassadors, including drag queen Nickie Nicole and writer Haroon Ali, reflecting the diverse and inclusive nature of the celebration.</w:t>
      </w:r>
      <w:r/>
    </w:p>
    <w:p>
      <w:pPr>
        <w:pStyle w:val="ListNumber"/>
        <w:spacing w:line="240" w:lineRule="auto"/>
        <w:ind w:left="720"/>
      </w:pPr>
      <w:r/>
      <w:hyperlink r:id="rId14">
        <w:r>
          <w:rPr>
            <w:color w:val="0000EE"/>
            <w:u w:val="single"/>
          </w:rPr>
          <w:t>https://www.aveleijn.nl/evenementen/20240803-canal-pride-2024</w:t>
        </w:r>
      </w:hyperlink>
      <w:r>
        <w:t xml:space="preserve"> - Aveleijn offered a day trip to the renowned Canal Pride in Amsterdam on Saturday, 3 August 2024. The event featured over 80 boats parading through the city's canals, celebrating the freedom and equal rights of the LGBTQIA+ community. Participants had the option to watch the parade from the quay or join the festivities aboard a boat, with limited spots available for the latter. The day included lunch and was designed for those who could stand for extended periods.</w:t>
      </w:r>
      <w:r/>
    </w:p>
    <w:p>
      <w:pPr>
        <w:pStyle w:val="ListNumber"/>
        <w:spacing w:line="240" w:lineRule="auto"/>
        <w:ind w:left="720"/>
      </w:pPr>
      <w:r/>
      <w:hyperlink r:id="rId15">
        <w:r>
          <w:rPr>
            <w:color w:val="0000EE"/>
            <w:u w:val="single"/>
          </w:rPr>
          <w:t>https://partyflock.nl/party/466794%3AFemmazing-Pride-Boot</w:t>
        </w:r>
      </w:hyperlink>
      <w:r>
        <w:t xml:space="preserve"> - Femmazing Pride Boot participated in the Canal Parade on Saturday, 3 August 2024. Femmazing is dedicated to celebrating the diversity of queer women, highlighting various backgrounds, ages, and cultures. The event aimed to provide a platform for queer women to connect and celebrate their identities, emphasising inclusivity and representation within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cultuur-media/schrijvers-varen-mee-op-de-allereerste-pride-boekenboot-ik-denk-dat-ik-moet-huilen-als-ik-straks-aan-boord-sta~bb327c17/" TargetMode="External"/><Relationship Id="rId10" Type="http://schemas.openxmlformats.org/officeDocument/2006/relationships/hyperlink" Target="https://pride.amsterdam/boats/de-boekenboot/" TargetMode="External"/><Relationship Id="rId11" Type="http://schemas.openxmlformats.org/officeDocument/2006/relationships/hyperlink" Target="https://www.rtl.nl/boulevard/artikel/5613332/boekenboot-vaart-mee-tijdens-world-pride-amsterdam" TargetMode="External"/><Relationship Id="rId12" Type="http://schemas.openxmlformats.org/officeDocument/2006/relationships/hyperlink" Target="https://pride.amsterdam/en/van-jaar-tot-jaar/" TargetMode="External"/><Relationship Id="rId13" Type="http://schemas.openxmlformats.org/officeDocument/2006/relationships/hyperlink" Target="https://www.nhnieuws.nl/nieuws/331926/welke-boten-varen-pride-amsterdam" TargetMode="External"/><Relationship Id="rId14" Type="http://schemas.openxmlformats.org/officeDocument/2006/relationships/hyperlink" Target="https://www.aveleijn.nl/evenementen/20240803-canal-pride-2024" TargetMode="External"/><Relationship Id="rId15" Type="http://schemas.openxmlformats.org/officeDocument/2006/relationships/hyperlink" Target="https://partyflock.nl/party/466794%3AFemmazing-Pride-Bo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