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Safety Measures: What to Expect at This Year’s March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festival-goers are watching Prague Pride under tight security , organisers and police have rolled out broad safety measures across the city to protect thousands attending events and the Saturday march, a visible response to last week’s deadly Berlin attack.</w:t>
      </w:r>
      <w:r/>
    </w:p>
    <w:p>
      <w:r/>
      <w:r>
        <w:t>Essential Takeaways</w:t>
      </w:r>
      <w:r/>
      <w:r/>
    </w:p>
    <w:p>
      <w:pPr>
        <w:pStyle w:val="ListBullet"/>
        <w:spacing w:line="240" w:lineRule="auto"/>
        <w:ind w:left="720"/>
      </w:pPr>
      <w:r/>
      <w:r>
        <w:rPr>
          <w:b/>
        </w:rPr>
        <w:t>Heavy police presence:</w:t>
      </w:r>
      <w:r>
        <w:t xml:space="preserve"> Several hundred officers from public order, traffic and criminal units will oversee the march, plus special units, mounted police and a police helicopter , a visible, reassuring presence.</w:t>
      </w:r>
      <w:r/>
    </w:p>
    <w:p>
      <w:pPr>
        <w:pStyle w:val="ListBullet"/>
        <w:spacing w:line="240" w:lineRule="auto"/>
        <w:ind w:left="720"/>
      </w:pPr>
      <w:r/>
      <w:r>
        <w:rPr>
          <w:b/>
        </w:rPr>
        <w:t>Route changes:</w:t>
      </w:r>
      <w:r>
        <w:t xml:space="preserve"> The main festival hub moves to Štvanice island, and the procession will travel from lower Wenceslas Square through the historic centre to Štvanice, altering usual footfall patterns.</w:t>
      </w:r>
      <w:r/>
    </w:p>
    <w:p>
      <w:pPr>
        <w:pStyle w:val="ListBullet"/>
        <w:spacing w:line="240" w:lineRule="auto"/>
        <w:ind w:left="720"/>
      </w:pPr>
      <w:r/>
      <w:r>
        <w:rPr>
          <w:b/>
        </w:rPr>
        <w:t>Traffic restrictions:</w:t>
      </w:r>
      <w:r>
        <w:t xml:space="preserve"> Central Prague will be largely closed between about noon and 5pm on the day; drivers are asked to avoid the city centre and use public transport.</w:t>
      </w:r>
      <w:r/>
    </w:p>
    <w:p>
      <w:pPr>
        <w:pStyle w:val="ListBullet"/>
        <w:spacing w:line="240" w:lineRule="auto"/>
        <w:ind w:left="720"/>
      </w:pPr>
      <w:r/>
      <w:r>
        <w:rPr>
          <w:b/>
        </w:rPr>
        <w:t>Commemorative silence:</w:t>
      </w:r>
      <w:r>
        <w:t xml:space="preserve"> Organisers will honour victims of the Berlin attack with a quiet tribute during the event, underscoring solidarity and the festival’s human-rights focus.</w:t>
      </w:r>
      <w:r/>
    </w:p>
    <w:p>
      <w:pPr>
        <w:pStyle w:val="ListBullet"/>
        <w:spacing w:line="240" w:lineRule="auto"/>
        <w:ind w:left="720"/>
      </w:pPr>
      <w:r/>
      <w:r>
        <w:rPr>
          <w:b/>
        </w:rPr>
        <w:t>Wide public services involved:</w:t>
      </w:r>
      <w:r>
        <w:t xml:space="preserve"> The integrated rescue system, Prague City Hall and the transport company are all helping with safety and logistics , so planning matters for locals and visitors.</w:t>
      </w:r>
      <w:r/>
      <w:r/>
    </w:p>
    <w:p>
      <w:pPr>
        <w:pStyle w:val="Heading2"/>
      </w:pPr>
      <w:r>
        <w:t>Why police are treating this Pride as a high-security event</w:t>
      </w:r>
      <w:r/>
    </w:p>
    <w:p>
      <w:r/>
      <w:r>
        <w:t>Prague’s police say the stepped-up measures come directly after a violent attack at Berlin’s Pride-related events, so there’s a sober, palpable edge to preparations. Hundreds of officers will patrol festival sites and the march route, while specialist teams , from mounted police to a helicopter , will provide layered surveillance. For participants that can feel heavy-handed, but organisers and many attendees have welcomed the extra oversight as a necessary precaution.</w:t>
      </w:r>
      <w:r/>
    </w:p>
    <w:p>
      <w:r/>
      <w:r>
        <w:t>Authorities stress this is about deterrence and rapid response rather than intimidation. Expect visible barriers and technical checkpoints along arrival routes, and a strong uniformed presence around stage areas. Practical tip: arrive early and be prepared for bag checks; that way you keep the vibe calm and get in without fuss.</w:t>
      </w:r>
      <w:r/>
    </w:p>
    <w:p>
      <w:pPr>
        <w:pStyle w:val="Heading2"/>
      </w:pPr>
      <w:r>
        <w:t>What’s new on the route and where the crowd will gather</w:t>
      </w:r>
      <w:r/>
    </w:p>
    <w:p>
      <w:r/>
      <w:r>
        <w:t>Prague Pride has shifted its main hub to Štvanice island this year, with the parade running from the lower end of Wenceslas Square through the historic centre to the island. The move changes flow through some of Prague’s busiest tourist streets, so the city will feel different on the day , denser in the centre, quieter on expected tram corridors.</w:t>
      </w:r>
      <w:r/>
    </w:p>
    <w:p>
      <w:r/>
      <w:r>
        <w:t>Organisers say the new route keeps the spectacle visible while spreading crowds across more open spaces. If you’re planning to watch from a favourite spot, check the festival’s map in advance and pick a meeting point away from chokepoints. Families, older visitors and anyone who likes easy exits should aim for side streets or the riverbanks.</w:t>
      </w:r>
      <w:r/>
    </w:p>
    <w:p>
      <w:pPr>
        <w:pStyle w:val="Heading2"/>
      </w:pPr>
      <w:r>
        <w:t>What the traffic and transport picture looks like</w:t>
      </w:r>
      <w:r/>
    </w:p>
    <w:p>
      <w:r/>
      <w:r>
        <w:t>Police warn that large swathes of the city centre will be closed to traffic from about midday until 5pm, including key arteries from Wenceslas Square via Celetná and Dvořákovo nábřeží to beyond Štvanice. Bridges across the Vltava will also see restrictions, so crossing the river could be slower than usual.</w:t>
      </w:r>
      <w:r/>
    </w:p>
    <w:p>
      <w:r/>
      <w:r>
        <w:t>If you can, don’t bring a car into the centre , use Prague’s efficient public transport instead. Expect detours for buses and trams; keep an eye on Dopravní podnik Praha updates and allow extra time if you’re travelling to work or appointments that day. For visitors, hotels near tram or metro stops are the easiest base.</w:t>
      </w:r>
      <w:r/>
    </w:p>
    <w:p>
      <w:pPr>
        <w:pStyle w:val="Heading2"/>
      </w:pPr>
      <w:r>
        <w:t>How organisers are responding to the Berlin attack , and the tone of the festival</w:t>
      </w:r>
      <w:r/>
    </w:p>
    <w:p>
      <w:r/>
      <w:r>
        <w:t>The Berlin incident, in which a vehicle ploughed into people at a Pride-related event, prompted immediate reassessment across Europe. Prague Pride will mark those affected with a moment of silence and visible tributes, while festival director Kamila Fröhlichová has called for unity and clear condemnation of hate. The message is firm: grief and solidarity will be public, and silence is not an option.</w:t>
      </w:r>
      <w:r/>
    </w:p>
    <w:p>
      <w:r/>
      <w:r>
        <w:t>There’s also a political undertow. Organisers highlighted the need for stronger public condemnation from political leaders, noting that hostile rhetoric can fan dangerous attitudes. Expect panels and talks during the week that explore safety, hate speech and the responsibilities of political voices , the festival mixes celebration with serious civic debate.</w:t>
      </w:r>
      <w:r/>
    </w:p>
    <w:p>
      <w:pPr>
        <w:pStyle w:val="Heading2"/>
      </w:pPr>
      <w:r>
        <w:t>Practical advice for attendees and local residents</w:t>
      </w:r>
      <w:r/>
    </w:p>
    <w:p>
      <w:r/>
      <w:r>
        <w:t>Bring only essentials and a small, easily inspected bag; metal detectors and checks are likely at busy zones. Plan meeting points and phone-charging options because crowds can slow movement. If you’re watching from the sidelines, position yourself in an area with clear exits and stay aware of official announcements.</w:t>
      </w:r>
      <w:r/>
    </w:p>
    <w:p>
      <w:r/>
      <w:r>
        <w:t>For residents, move vehicles out of the restricted zone where possible and follow police guidance on access routes. If you’re new to Pride, remember the event is both a celebration and a public demonstration about rights , dress comfortably, stay hydrated, and be ready for both colour and conversation.</w:t>
      </w:r>
      <w:r/>
    </w:p>
    <w:p>
      <w:r/>
      <w:r>
        <w:t>It's a small change that can make every visit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https://www.lidovky.cz/domov/prague-pride-pochod-policie-bezpecnost.A260731_095843_ln_domov_lsva#utm_source=rss&amp;utm_medium=feed&amp;utm_campaign=ln_lidovky&amp;utm_content=main</w:t>
        </w:r>
      </w:hyperlink>
      <w:r>
        <w:t xml:space="preserve"> - Please view link - unable to able to access data</w:t>
      </w:r>
      <w:r/>
    </w:p>
    <w:p>
      <w:pPr>
        <w:pStyle w:val="ListNumber"/>
        <w:spacing w:line="240" w:lineRule="auto"/>
        <w:ind w:left="720"/>
      </w:pPr>
      <w:r/>
      <w:hyperlink r:id="rId9">
        <w:r>
          <w:rPr>
            <w:color w:val="0000EE"/>
            <w:u w:val="single"/>
          </w:rPr>
          <w:t>https://www.lidovky.cz/domov/prague-pride-pochod-policie-bezpecnost.A260731_095843_ln_domov_lsva#utm_source=rss&amp;utm_medium=feed&amp;utm_campaign=ln_lidovky&amp;utm_content=main</w:t>
        </w:r>
      </w:hyperlink>
      <w:r>
        <w:t xml:space="preserve"> - The 2026 Prague Pride festival will be held with extensive security measures in response to the recent attack in Berlin, where a perpetrator drove into a crowd during a similar event. Hundreds of police officers will oversee the main parade on Saturday, August 8. The Czech police have implemented these measures to ensure the safety of all participants and visitors, aiming to prevent any incidents reminiscent of the recent violence in Berlin. The festival will also feature various cultural, educational, and social events throughout the week.</w:t>
      </w:r>
      <w:r/>
    </w:p>
    <w:p>
      <w:pPr>
        <w:pStyle w:val="ListNumber"/>
        <w:spacing w:line="240" w:lineRule="auto"/>
        <w:ind w:left="720"/>
      </w:pPr>
      <w:r/>
      <w:hyperlink r:id="rId11">
        <w:r>
          <w:rPr>
            <w:color w:val="0000EE"/>
            <w:u w:val="single"/>
          </w:rPr>
          <w:t>https://www.theweek.com/crime/berlin-police-kill-suspect-pride-attack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w:t>
      </w:r>
      <w:r/>
    </w:p>
    <w:p>
      <w:pPr>
        <w:pStyle w:val="ListNumber"/>
        <w:spacing w:line="240" w:lineRule="auto"/>
        <w:ind w:left="720"/>
      </w:pPr>
      <w:r/>
      <w:hyperlink r:id="rId12">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The suspect, identified as Abdul Ballout, was known to police and had ties to Islamic 'circles' in Berlin. The attack involved a van ramming into a crowd at Tiergarten park during Christopher Street Day, followed by a machete assault. The incident has raised concerns about security at public events and the monitoring of individuals with extremist ties.</w:t>
      </w:r>
      <w:r/>
    </w:p>
    <w:p>
      <w:pPr>
        <w:pStyle w:val="ListNumber"/>
        <w:spacing w:line="240" w:lineRule="auto"/>
        <w:ind w:left="720"/>
      </w:pPr>
      <w:r/>
      <w:hyperlink r:id="rId13">
        <w:r>
          <w:rPr>
            <w:color w:val="0000EE"/>
            <w:u w:val="single"/>
          </w:rPr>
          <w:t>https://www.euronews.com/my-europe/2026/07/28/how-false-information-spread-about-the-berlin-pride-attack-amid-suspect-manhunt</w:t>
        </w:r>
      </w:hyperlink>
      <w:r>
        <w:t xml:space="preserve"> - Within hours of the attack at Berlin's annual Pride event, unverified claims began spreading across social media, while authorities worked to establish facts and searched for the suspect. False reports included bomb threats and misidentifications, highlighting the challenges in managing information during such incidents. The spread of misinformation underscores the importance of relying on official sources for accurate information during emergencies.</w:t>
      </w:r>
      <w:r/>
    </w:p>
    <w:p>
      <w:pPr>
        <w:pStyle w:val="ListNumber"/>
        <w:spacing w:line="240" w:lineRule="auto"/>
        <w:ind w:left="720"/>
      </w:pPr>
      <w:r/>
      <w:hyperlink r:id="rId10">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The suspect, known to police, is from Berlin and is believed to have acted alone. Authorities are continuing their search for the individual and have heightened security measures at public events in response to the attack.</w:t>
      </w:r>
      <w:r/>
    </w:p>
    <w:p>
      <w:pPr>
        <w:pStyle w:val="ListNumber"/>
        <w:spacing w:line="240" w:lineRule="auto"/>
        <w:ind w:left="720"/>
      </w:pPr>
      <w:r/>
      <w:hyperlink r:id="rId14">
        <w:r>
          <w:rPr>
            <w:color w:val="0000EE"/>
            <w:u w:val="single"/>
          </w:rPr>
          <w:t>https://www.spokesman.com/stories/2026/jul/26/police-shoot-berlin-pride-attack-suspect-dead-afte/</w:t>
        </w:r>
      </w:hyperlink>
      <w:r>
        <w:t xml:space="preserve"> - A nationwide manhunt following a suspected Islamist terrorist attack on Berlin’s massive Pride celebration has ended with police shooting dead the chief suspect after a tactical team located him in an allotment garden in the outskirts of the city. The suspect, identified as Abdul Ballout, was known to authorities and had ties to Islamist extremist circles. The attack involved a van ramming into a crowd at Tiergarten park during Christopher Street Day, resulting in one death and 29 injuries.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dovky.cz/domov/prague-pride-pochod-policie-bezpecnost.A260731_095843_ln_domov_lsva#utm_source=rss&amp;utm_medium=feed&amp;utm_campaign=ln_lidovky&amp;utm_content=main" TargetMode="External"/><Relationship Id="rId10" Type="http://schemas.openxmlformats.org/officeDocument/2006/relationships/hyperlink" Target="https://www.cbsnews.com/news/berlin-lgbtq-pride-car-crash/" TargetMode="External"/><Relationship Id="rId11" Type="http://schemas.openxmlformats.org/officeDocument/2006/relationships/hyperlink" Target="https://www.theweek.com/crime/berlin-police-kill-suspect-pride-attack" TargetMode="External"/><Relationship Id="rId12" Type="http://schemas.openxmlformats.org/officeDocument/2006/relationships/hyperlink" Target="https://www.latimes.com/world-nation/story/2026-07-26/german-police-search-for-suspect-in-deadly-berlin-pride-attack" TargetMode="External"/><Relationship Id="rId13" Type="http://schemas.openxmlformats.org/officeDocument/2006/relationships/hyperlink" Target="https://www.euronews.com/my-europe/2026/07/28/how-false-information-spread-about-the-berlin-pride-attack-amid-suspect-manhunt" TargetMode="External"/><Relationship Id="rId14" Type="http://schemas.openxmlformats.org/officeDocument/2006/relationships/hyperlink" Target="https://www.spokesman.com/stories/2026/jul/26/police-shoot-berlin-pride-attack-suspect-dead-af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