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RU5H Cruise: A Four-Day Queer Festival at Sea for 2026 Travel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buzzing: RU5H is taking its sex‑progressive festival energy from Folsom Street Fair onto the ocean for a four‑day, three‑night Bahamas cruise that promises nonstop music, themed parties, creator studios, and clothing‑optional decks , all designed for queer men craving connection and freedom.</w:t>
      </w:r>
      <w:r/>
    </w:p>
    <w:p>
      <w:r/>
      <w:r>
        <w:t>Essential Takeaways</w:t>
      </w:r>
      <w:r/>
      <w:r/>
    </w:p>
    <w:p>
      <w:pPr>
        <w:pStyle w:val="ListBullet"/>
        <w:spacing w:line="240" w:lineRule="auto"/>
        <w:ind w:left="720"/>
      </w:pPr>
      <w:r/>
      <w:r>
        <w:rPr>
          <w:b/>
        </w:rPr>
        <w:t>Dates and length:</w:t>
      </w:r>
      <w:r>
        <w:t xml:space="preserve"> A four‑day, three‑night sailing from 2–5 October aboard the recently reimagined Paradise ship.</w:t>
      </w:r>
      <w:r/>
    </w:p>
    <w:p>
      <w:pPr>
        <w:pStyle w:val="ListBullet"/>
        <w:spacing w:line="240" w:lineRule="auto"/>
        <w:ind w:left="720"/>
      </w:pPr>
      <w:r/>
      <w:r>
        <w:rPr>
          <w:b/>
        </w:rPr>
        <w:t>Festival at sea:</w:t>
      </w:r>
      <w:r>
        <w:t xml:space="preserve"> Eight major party takeovers with DJs spanning New York, LA, London, Berlin and more; daytime pools, sunset sets and sunrise after‑hours.</w:t>
      </w:r>
      <w:r/>
    </w:p>
    <w:p>
      <w:pPr>
        <w:pStyle w:val="ListBullet"/>
        <w:spacing w:line="240" w:lineRule="auto"/>
        <w:ind w:left="720"/>
      </w:pPr>
      <w:r/>
      <w:r>
        <w:rPr>
          <w:b/>
        </w:rPr>
        <w:t>Sex‑progressive but optional:</w:t>
      </w:r>
      <w:r>
        <w:t xml:space="preserve"> Clothing‑optional upper decks and Experience Zones balanced with chill spaces and comfortable cabins.</w:t>
      </w:r>
      <w:r/>
    </w:p>
    <w:p>
      <w:pPr>
        <w:pStyle w:val="ListBullet"/>
        <w:spacing w:line="240" w:lineRule="auto"/>
        <w:ind w:left="720"/>
      </w:pPr>
      <w:r/>
      <w:r>
        <w:rPr>
          <w:b/>
        </w:rPr>
        <w:t>Accessible pricing:</w:t>
      </w:r>
      <w:r>
        <w:t xml:space="preserve"> Tickets start at around $397 per person, plus options to share cabins via a private Facebook group.</w:t>
      </w:r>
      <w:r/>
    </w:p>
    <w:p>
      <w:pPr>
        <w:pStyle w:val="ListBullet"/>
        <w:spacing w:line="240" w:lineRule="auto"/>
        <w:ind w:left="720"/>
      </w:pPr>
      <w:r/>
      <w:r>
        <w:rPr>
          <w:b/>
        </w:rPr>
        <w:t>Creator culture on board:</w:t>
      </w:r>
      <w:r>
        <w:t xml:space="preserve"> A JustFor.Fans Content Creation Studio and Carnal Media partnerships bring adult creators and live content experiences.</w:t>
      </w:r>
      <w:r/>
      <w:r/>
    </w:p>
    <w:p>
      <w:pPr>
        <w:pStyle w:val="Heading2"/>
      </w:pPr>
      <w:r>
        <w:t>RU5H’s hook: festival energy meets cruise comfort</w:t>
      </w:r>
      <w:r/>
    </w:p>
    <w:p>
      <w:r/>
      <w:r>
        <w:t>RU5H launched at Folsom Street Fair and has translated that playful, leather‑and‑confidence vibe to a three‑night Bahamas getaway. Expect the ship to feel loud, colourful and tactile , think warm pool tiles underfoot, disco lights at sunset and a constant pulse of music. According to the organisers, it’s deliberately built as a lifestyle experience first, with the vessel acting as the setting for everything from raves to quiet dinners. If you love festival culture but want a bed to crash in afterwards, this is pitched to be your best of both worlds.</w:t>
      </w:r>
      <w:r/>
    </w:p>
    <w:p>
      <w:pPr>
        <w:pStyle w:val="Heading2"/>
      </w:pPr>
      <w:r>
        <w:t>Music and nights: a line‑up for every tempo</w:t>
      </w:r>
      <w:r/>
    </w:p>
    <w:p>
      <w:r/>
      <w:r>
        <w:t>Music drives the schedule, with eight headline party brands covering underwear afternoons, heavy techno after‑hours and playful house sets. Hosts and DJs will represent scenes from Fire Island to Mexico City, delivering everything from sunny disco to fetish‑friendly sunrise sets. That variety matters: if you tire of one scene you can drift to another, or retreat to a quieter lounge. For guests choosing between cabins, pick a room further from the main venues if you value sleep after 4am HUSTLABALL-style crescendos.</w:t>
      </w:r>
      <w:r/>
    </w:p>
    <w:p>
      <w:pPr>
        <w:pStyle w:val="Heading2"/>
      </w:pPr>
      <w:r>
        <w:t>Sex‑progressive programming , choice, consent, community</w:t>
      </w:r>
      <w:r/>
    </w:p>
    <w:p>
      <w:r/>
      <w:r>
        <w:t>RU5H is explicit about adult themes but also explicit about consent. Experience Zones will range from role‑play and creator showcases to social areas for softer interaction, and there are clothing‑optional upper decks while at sea. The promise is freedom without pressure , you’ll be invited, not obliged , and organisers emphasise communication and respect as core values. For first‑timers, that balance can be reassuring: you can join the nightlife or simply lounge poolside in peace.</w:t>
      </w:r>
      <w:r/>
    </w:p>
    <w:p>
      <w:pPr>
        <w:pStyle w:val="Heading2"/>
      </w:pPr>
      <w:r>
        <w:t>Creator culture and Carnal Media: a behind‑the‑scenes peek</w:t>
      </w:r>
      <w:r/>
    </w:p>
    <w:p>
      <w:r/>
      <w:r>
        <w:t>One unusual element is the JustFor.Fans Content Creation Studio, delivered with Carnal Media collaborations. Guests will get a window into how creators build content and brands, with live shoots, meet‑and‑greets and interactive sessions. For fans this adds a backstage thrill; for creators it’s a commercial playbook on networking at sea. If you’re curious about the creator economy or want to learn practical tips for building an audience, keep an eye on the studio schedule and early announcements of Carnal+/JockPack performers.</w:t>
      </w:r>
      <w:r/>
    </w:p>
    <w:p>
      <w:pPr>
        <w:pStyle w:val="Heading2"/>
      </w:pPr>
      <w:r>
        <w:t>Practicalities: price, pacing and ports of call</w:t>
      </w:r>
      <w:r/>
    </w:p>
    <w:p>
      <w:r/>
      <w:r>
        <w:t>RU5H begins at a surprisingly accessible price point for an all‑gay cruise, with rooms starting near $397 per person, plus shared options via a private Facebook group for solo travellers seeking cabin mates. The ship will call in the Bahamas for shore excursions, though organisers stress the main attraction is the onboard programming. Practical tip: budget extra for shore excursions, specialty dining and bar tabs, and book a cabin with better sound insulation if you’re sensitive to late‑night events. Also sign up to RU5H’s socials for updates on exact port activities as the sailing approaches.</w:t>
      </w:r>
      <w:r/>
    </w:p>
    <w:p>
      <w:r/>
      <w:r>
        <w:t>It's a small change that can make every bite of sunshine, beat and new friendship feel that much bolder.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https://www.out.com/travel-nightlife/ru5h-cruise-gay</w:t>
        </w:r>
      </w:hyperlink>
      <w:r>
        <w:t xml:space="preserve"> - Please view link - unable to able to access data</w:t>
      </w:r>
      <w:r/>
    </w:p>
    <w:p>
      <w:pPr>
        <w:pStyle w:val="ListNumber"/>
        <w:spacing w:line="240" w:lineRule="auto"/>
        <w:ind w:left="720"/>
      </w:pPr>
      <w:r/>
      <w:hyperlink r:id="rId10">
        <w:r>
          <w:rPr>
            <w:color w:val="0000EE"/>
            <w:u w:val="single"/>
          </w:rPr>
          <w:t>https://www.folsomstreet.org/folsom-street-fair-2025-fandb</w:t>
        </w:r>
      </w:hyperlink>
      <w:r>
        <w:t xml:space="preserve"> - The Folsom Street Fair 2025 featured a diverse array of food and drink options, including food trucks like Cielito Lindo and Humphry Slocombe, and food booths such as Carmen's Taqueria and Hawaiian BBQ. Outdoor bars were also available, including Azucar Lounge and Mother, providing attendees with a variety of culinary and beverage choices throughout the event.</w:t>
      </w:r>
      <w:r/>
    </w:p>
    <w:p>
      <w:pPr>
        <w:pStyle w:val="ListNumber"/>
        <w:spacing w:line="240" w:lineRule="auto"/>
        <w:ind w:left="720"/>
      </w:pPr>
      <w:r/>
      <w:hyperlink r:id="rId12">
        <w:r>
          <w:rPr>
            <w:color w:val="0000EE"/>
            <w:u w:val="single"/>
          </w:rPr>
          <w:t>https://www.folsomstreet.org/faq</w:t>
        </w:r>
      </w:hyperlink>
      <w:r>
        <w:t xml:space="preserve"> - The Folsom Street Fair 2025 took place on Sunday, September 28, 2025, from 11:00 AM to 6:00 PM in San Francisco's SoMa district. The event was open to individuals aged 18 and over, celebrating freedom, self-expression, and inclusivity. Attendees were encouraged to dress in attire that expressed their authentic selves, with a focus on safety and respect for all participants.</w:t>
      </w:r>
      <w:r/>
    </w:p>
    <w:p>
      <w:pPr>
        <w:pStyle w:val="ListNumber"/>
        <w:spacing w:line="240" w:lineRule="auto"/>
        <w:ind w:left="720"/>
      </w:pPr>
      <w:r/>
      <w:hyperlink r:id="rId11">
        <w:r>
          <w:rPr>
            <w:color w:val="0000EE"/>
            <w:u w:val="single"/>
          </w:rPr>
          <w:t>https://www.folsomstreet.org/stages</w:t>
        </w:r>
      </w:hyperlink>
      <w:r>
        <w:t xml:space="preserve"> - The Folsom Street Fair 2025 featured multiple stages, including the DJ &amp; Go-Go Stage, Bondage Stage, Stud Drag Stage, Live Music Stage, and Wrestle Stage. Each stage offered unique performances and experiences, such as international DJs, bondage demonstrations, drag shows, live music, and queer wrestling, contributing to the event's diverse and inclusive atmosphere.</w:t>
      </w:r>
      <w:r/>
    </w:p>
    <w:p>
      <w:pPr>
        <w:pStyle w:val="ListNumber"/>
        <w:spacing w:line="240" w:lineRule="auto"/>
        <w:ind w:left="720"/>
      </w:pPr>
      <w:r/>
      <w:hyperlink r:id="rId13">
        <w:r>
          <w:rPr>
            <w:color w:val="0000EE"/>
            <w:u w:val="single"/>
          </w:rPr>
          <w:t>https://www.folsomstreet.org/fsfexhibitorinstructions</w:t>
        </w:r>
      </w:hyperlink>
      <w:r>
        <w:t xml:space="preserve"> - Exhibitors at the Folsom Street Fair 2025 were required to check in using a QR code at the entry gate. Loading passes were necessary for vehicles on the fairgrounds, and pre-ordered tables and chairs had designated pickup locations. These instructions ensured a smooth setup and operation for exhibitors during the event.</w:t>
      </w:r>
      <w:r/>
    </w:p>
    <w:p>
      <w:pPr>
        <w:pStyle w:val="ListNumber"/>
        <w:spacing w:line="240" w:lineRule="auto"/>
        <w:ind w:left="720"/>
      </w:pPr>
      <w:r/>
      <w:hyperlink r:id="rId14">
        <w:r>
          <w:rPr>
            <w:color w:val="0000EE"/>
            <w:u w:val="single"/>
          </w:rPr>
          <w:t>https://www.sfmta.com/ru/node/2553</w:t>
        </w:r>
      </w:hyperlink>
      <w:r>
        <w:t xml:space="preserve"> - The Folsom Street Fair 2025 led to street closures and Muni service changes in San Francisco's SoMa district. Streets were closed from Saturday at 4 p.m. to Sunday at 11:59 p.m., and Muni rerouted several bus routes during this period to accommodate the event's activities.</w:t>
      </w:r>
      <w:r/>
    </w:p>
    <w:p>
      <w:pPr>
        <w:pStyle w:val="ListNumber"/>
        <w:spacing w:line="240" w:lineRule="auto"/>
        <w:ind w:left="720"/>
      </w:pPr>
      <w:r/>
      <w:hyperlink r:id="rId15">
        <w:r>
          <w:rPr>
            <w:color w:val="0000EE"/>
            <w:u w:val="single"/>
          </w:rPr>
          <w:t>https://commons.wikimedia.org/wiki/Category%3AFolsom_Street_Fair_2025</w:t>
        </w:r>
      </w:hyperlink>
      <w:r>
        <w:t xml:space="preserve"> - The Wikimedia Commons category for the Folsom Street Fair 2025 contains a collection of photographs capturing various aspects of the event, including performances, attendees, and street scenes, providing visual insights into the fair's atmosphere and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travel-nightlife/ru5h-cruise-gay" TargetMode="External"/><Relationship Id="rId10" Type="http://schemas.openxmlformats.org/officeDocument/2006/relationships/hyperlink" Target="https://www.folsomstreet.org/folsom-street-fair-2025-fandb" TargetMode="External"/><Relationship Id="rId11" Type="http://schemas.openxmlformats.org/officeDocument/2006/relationships/hyperlink" Target="https://www.folsomstreet.org/stages" TargetMode="External"/><Relationship Id="rId12" Type="http://schemas.openxmlformats.org/officeDocument/2006/relationships/hyperlink" Target="https://www.folsomstreet.org/faq" TargetMode="External"/><Relationship Id="rId13" Type="http://schemas.openxmlformats.org/officeDocument/2006/relationships/hyperlink" Target="https://www.folsomstreet.org/fsfexhibitorinstructions" TargetMode="External"/><Relationship Id="rId14" Type="http://schemas.openxmlformats.org/officeDocument/2006/relationships/hyperlink" Target="https://www.sfmta.com/ru/node/2553" TargetMode="External"/><Relationship Id="rId15" Type="http://schemas.openxmlformats.org/officeDocument/2006/relationships/hyperlink" Target="https://commons.wikimedia.org/wiki/Category%3AFolsom_Street_Fair_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