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Montrose Society Networking Nights: How Last Call Wednesday Brought Houston Together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community spirit: Montrose Center and Pearl Bar hosted Montrose Society Last Call Wednesday on Washington Avenue, offering free cocktails, light bites and raffle prizes while supporters caught up on upcoming events like the Kindred Spirits Dance , a relaxed, friendly evening that reinforced local LGBTQ+ ties.</w:t>
      </w:r>
      <w:r/>
    </w:p>
    <w:p>
      <w:r/>
      <w:r>
        <w:t>Essential Takeaways</w:t>
      </w:r>
      <w:r/>
      <w:r/>
    </w:p>
    <w:p>
      <w:pPr>
        <w:pStyle w:val="ListBullet"/>
        <w:spacing w:line="240" w:lineRule="auto"/>
        <w:ind w:left="720"/>
      </w:pPr>
      <w:r/>
      <w:r>
        <w:rPr>
          <w:b/>
        </w:rPr>
        <w:t>Warm welcome:</w:t>
      </w:r>
      <w:r>
        <w:t xml:space="preserve"> The event centred on casual connection, with complimentary drinks and nibbles that made mingling easy. </w:t>
      </w:r>
      <w:r/>
    </w:p>
    <w:p>
      <w:pPr>
        <w:pStyle w:val="ListBullet"/>
        <w:spacing w:line="240" w:lineRule="auto"/>
        <w:ind w:left="720"/>
      </w:pPr>
      <w:r/>
      <w:r>
        <w:rPr>
          <w:b/>
        </w:rPr>
        <w:t>Community update:</w:t>
      </w:r>
      <w:r>
        <w:t xml:space="preserve"> Attendees heard news about the Montrose Center’s calendar, including the upcoming Kindred Spirits Dance. </w:t>
      </w:r>
      <w:r/>
    </w:p>
    <w:p>
      <w:pPr>
        <w:pStyle w:val="ListBullet"/>
        <w:spacing w:line="240" w:lineRule="auto"/>
        <w:ind w:left="720"/>
      </w:pPr>
      <w:r/>
      <w:r>
        <w:rPr>
          <w:b/>
        </w:rPr>
        <w:t>Local partnership:</w:t>
      </w:r>
      <w:r>
        <w:t xml:space="preserve"> Pearl Bar’s new Washington Avenue venue served as a visible, inviting hub for LGBTQ+ life. </w:t>
      </w:r>
      <w:r/>
    </w:p>
    <w:p>
      <w:pPr>
        <w:pStyle w:val="ListBullet"/>
        <w:spacing w:line="240" w:lineRule="auto"/>
        <w:ind w:left="720"/>
      </w:pPr>
      <w:r/>
      <w:r>
        <w:rPr>
          <w:b/>
        </w:rPr>
        <w:t>Philanthropy in practice:</w:t>
      </w:r>
      <w:r>
        <w:t xml:space="preserve"> The Montrose Society reinforced its role as a giving and advocacy circle within the city. </w:t>
      </w:r>
      <w:r/>
    </w:p>
    <w:p>
      <w:pPr>
        <w:pStyle w:val="ListBullet"/>
        <w:spacing w:line="240" w:lineRule="auto"/>
        <w:ind w:left="720"/>
      </w:pPr>
      <w:r/>
      <w:r>
        <w:rPr>
          <w:b/>
        </w:rPr>
        <w:t>Good vibes:</w:t>
      </w:r>
      <w:r>
        <w:t xml:space="preserve"> Raffle prizes and informal conversation created a low-pressure way to strengthen donor and community ties.</w:t>
      </w:r>
      <w:r/>
      <w:r/>
    </w:p>
    <w:p>
      <w:pPr>
        <w:pStyle w:val="Heading2"/>
      </w:pPr>
      <w:r>
        <w:t>A night built for conversation , and a quiet buzz of excitement</w:t>
      </w:r>
      <w:r/>
    </w:p>
    <w:p>
      <w:r/>
      <w:r>
        <w:t>The strongest impression from the gathering was how relaxed it felt; the room smelled faintly of citrus and cold cocktails, and people drifted between groups with easy smiles. According to the Montrose Center’s event listing, the goal was simple: bring supporters together in a social setting to reconnect and share plans. For many, nights like this are less about formal fundraising and more about strengthening the human ties that keep community organisations resilient.</w:t>
      </w:r>
      <w:r/>
    </w:p>
    <w:p>
      <w:pPr>
        <w:pStyle w:val="Heading2"/>
      </w:pPr>
      <w:r>
        <w:t>Why the venue matters: Pearl Bar’s new Washington Avenue home</w:t>
      </w:r>
      <w:r/>
    </w:p>
    <w:p>
      <w:r/>
      <w:r>
        <w:t>Pearl Bar’s relocation gave the evening a fresh, local backdrop and underscored how physical spaces still matter for community life. Listings for the bar show its new address and layout, and locals say a familiar, welcoming spot makes it easier to gather regularly. If you’re choosing where to meet friends or host small charity events, look for somewhere that feels inclusive and accessible , that’s exactly what the Montrose Center and Pearl Bar aimed to offer.</w:t>
      </w:r>
      <w:r/>
    </w:p>
    <w:p>
      <w:pPr>
        <w:pStyle w:val="Heading2"/>
      </w:pPr>
      <w:r>
        <w:t>What the Montrose Society does , civic muscle with a social twist</w:t>
      </w:r>
      <w:r/>
    </w:p>
    <w:p>
      <w:r/>
      <w:r>
        <w:t>The Montrose Society acts as a hub for philanthropy and advocacy, and events like Last Call Wednesdays make membership feel active rather than theoretical. The Montrose Center’s community pages emphasise services, outreach and ongoing programmes that benefit from engaged donors and volunteers. For anyone curious about joining, showing up to a free, low-key social is a smart first step: you get to meet people, hear about needs, and decide how you want to help.</w:t>
      </w:r>
      <w:r/>
    </w:p>
    <w:p>
      <w:pPr>
        <w:pStyle w:val="Heading2"/>
      </w:pPr>
      <w:r>
        <w:t>Practical tips if you want to attend the next one</w:t>
      </w:r>
      <w:r/>
    </w:p>
    <w:p>
      <w:r/>
      <w:r>
        <w:t>Arrive early to snag a quieter corner if you prefer deeper conversation, or hop between groups if you’re networking. Keep an eye on the Montrose Center’s events calendar for updates and registration details, and bring a digital payment option if you plan to sign up as a donor on the spot. A small gesture , asking about someone’s connection to the centre , is often the easiest way to start a meaningful chat.</w:t>
      </w:r>
      <w:r/>
    </w:p>
    <w:p>
      <w:pPr>
        <w:pStyle w:val="Heading2"/>
      </w:pPr>
      <w:r>
        <w:t>Looking ahead: dance plans and continued community-building</w:t>
      </w:r>
      <w:r/>
    </w:p>
    <w:p>
      <w:r/>
      <w:r>
        <w:t>Organisers used the night to tease the Kindred Spirits Dance and other forthcoming events, signalling that the summer’s social calendar is just getting warmed up. The Montrose Center’s 101 pages outline how volunteering and donations support programming, so these gatherings are part celebration and part practical mobilisation. If you left Last Call Wednesday feeling inspired, that’s the point , it’s about friendships that translate into action.</w:t>
      </w:r>
      <w:r/>
    </w:p>
    <w:p>
      <w:r/>
      <w:r>
        <w:t>It's a small change that can make every meet-up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0">
        <w:r>
          <w:rPr>
            <w:color w:val="0000EE"/>
            <w:u w:val="single"/>
          </w:rPr>
          <w:t>[2]</w:t>
        </w:r>
      </w:hyperlink>
      <w:r>
        <w:t xml:space="preserve">- Paragraph 3: </w:t>
      </w:r>
      <w:hyperlink r:id="rId12">
        <w:r>
          <w:rPr>
            <w:color w:val="0000EE"/>
            <w:u w:val="single"/>
          </w:rPr>
          <w:t>[3]</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https://www.outsmartmagazine.com/2026/07/the-montrose-center-presents-montrose-society-last-call-wednesday/</w:t>
        </w:r>
      </w:hyperlink>
      <w:r>
        <w:t xml:space="preserve"> - Please view link - unable to able to access data</w:t>
      </w:r>
      <w:r/>
    </w:p>
    <w:p>
      <w:pPr>
        <w:pStyle w:val="ListNumber"/>
        <w:spacing w:line="240" w:lineRule="auto"/>
        <w:ind w:left="720"/>
      </w:pPr>
      <w:r/>
      <w:hyperlink r:id="rId10">
        <w:r>
          <w:rPr>
            <w:color w:val="0000EE"/>
            <w:u w:val="single"/>
          </w:rPr>
          <w:t>https://montrosecenter.org/montrose-society-last-call-wednesday-on-july-29/</w:t>
        </w:r>
      </w:hyperlink>
      <w:r>
        <w:t xml:space="preserve"> - The Montrose Center hosted the Montrose Society Last Call Wednesday on July 29 at Pearl Bar's new Washington Avenue location. The event featured complimentary cocktails, light bites, raffle prizes, and updates on the upcoming Kindred Spirits Dance. Attendees had the opportunity to connect and strengthen community ties, celebrating the Montrose Society's commitment to philanthropy, advocacy, and LGBTQ+ community engagement. The relaxed networking event highlighted the importance of building relationships among supporters while showcasing Pearl Bar's new home as a welcoming space for Houston's LGBTQ+ community.</w:t>
      </w:r>
      <w:r/>
    </w:p>
    <w:p>
      <w:pPr>
        <w:pStyle w:val="ListNumber"/>
        <w:spacing w:line="240" w:lineRule="auto"/>
        <w:ind w:left="720"/>
      </w:pPr>
      <w:r/>
      <w:hyperlink r:id="rId12">
        <w:r>
          <w:rPr>
            <w:color w:val="0000EE"/>
            <w:u w:val="single"/>
          </w:rPr>
          <w:t>https://montrosecenter.org/community-center/</w:t>
        </w:r>
      </w:hyperlink>
      <w:r>
        <w:t xml:space="preserve"> - The Montrose Center serves as the cultural hub of Houston's LGBTQ+ community, housing numerous LGBTQ-affirming social and civic organizations. It offers affordable rental spaces for meetings and events, providing a welcoming environment for everyone. The center's services include anti-violence programs, case management, counseling, gender-affirming services, youth programs, HIV counseling, testing, STI prevention, senior services, and substance use recovery. The center also hosts a community calendar, wellness and support groups, and a training institute, contributing to the empowerment and well-being of the LGBTQ+ community in Houston.</w:t>
      </w:r>
      <w:r/>
    </w:p>
    <w:p>
      <w:pPr>
        <w:pStyle w:val="ListNumber"/>
        <w:spacing w:line="240" w:lineRule="auto"/>
        <w:ind w:left="720"/>
      </w:pPr>
      <w:r/>
      <w:hyperlink r:id="rId11">
        <w:r>
          <w:rPr>
            <w:color w:val="0000EE"/>
            <w:u w:val="single"/>
          </w:rPr>
          <w:t>https://www.corner.inc/place/pEghQEupuQ7T</w:t>
        </w:r>
      </w:hyperlink>
      <w:r>
        <w:t xml:space="preserve"> - Pearl Bar, located at 4216 Washington Ave, Houston, is a queer-friendly nightclub known for its craft cocktails, live music, and outdoor games. The venue offers a welcoming atmosphere for the LGBTQ+ community, especially women, with affordable drinks and varied entertainment options. The rustic industrial decor features an indoor bar and a spacious patio. The bar hosts different themed nights each weekend, with rotating music from Tejano to hip-hop, and allows patrons to bring their dogs to the patio. The Lesbian Lemonade is a popular drink choice among patrons.</w:t>
      </w:r>
      <w:r/>
    </w:p>
    <w:p>
      <w:pPr>
        <w:pStyle w:val="ListNumber"/>
        <w:spacing w:line="240" w:lineRule="auto"/>
        <w:ind w:left="720"/>
      </w:pPr>
      <w:r/>
      <w:hyperlink r:id="rId13">
        <w:r>
          <w:rPr>
            <w:color w:val="0000EE"/>
            <w:u w:val="single"/>
          </w:rPr>
          <w:t>https://montrosecenter.org/101/</w:t>
        </w:r>
      </w:hyperlink>
      <w:r>
        <w:t xml:space="preserve"> - The Montrose Center, established in 1978, is Houston's LGBTQ+ community centre, dedicated to empowering individuals and families to live healthier, more fulfilling lives. It offers a wide array of programs, including counseling and therapy, substance use recovery, anti-violence services for victims of domestic violence, human trafficking, sexual assault, and hate crimes, as well as specialized programs for seniors, youth, and those living with HIV. The centre provides a 24-hour LGBT Switchboard helpline for crisis intervention, peer phone counseling, and information/referral services, and regularly offers health education and disease prevention outreach to over 40,000 individuals each year.</w:t>
      </w:r>
      <w:r/>
    </w:p>
    <w:p>
      <w:pPr>
        <w:pStyle w:val="ListNumber"/>
        <w:spacing w:line="240" w:lineRule="auto"/>
        <w:ind w:left="720"/>
      </w:pPr>
      <w:r/>
      <w:hyperlink r:id="rId14">
        <w:r>
          <w:rPr>
            <w:color w:val="0000EE"/>
            <w:u w:val="single"/>
          </w:rPr>
          <w:t>https://montrosecenter.galaxydigital.com/need/index?print=1</w:t>
        </w:r>
      </w:hyperlink>
      <w:r>
        <w:t xml:space="preserve"> - The Montrose Center offers volunteer opportunities for the Kindred Spirits Dance 2026, a beloved Houston tradition celebrating the legacy of Kindred Spirits, a cornerstone of the city's LGBTQ+ community. Revived in 2002, this special event raises funds for the Montrose Center's LGBTQ+ women's programs, supporting mental and behavioral health services, crisis intervention, in-home support, senior services, and other essential community programs. Volunteers play an important role in creating a welcoming and memorable experience for guests. The event has a dress code of cocktail attire or all black, and volunteers are asked to refrain from consuming alcoholic beverages before or during their shift.</w:t>
      </w:r>
      <w:r/>
    </w:p>
    <w:p>
      <w:pPr>
        <w:pStyle w:val="ListNumber"/>
        <w:spacing w:line="240" w:lineRule="auto"/>
        <w:ind w:left="720"/>
      </w:pPr>
      <w:r/>
      <w:hyperlink r:id="rId15">
        <w:r>
          <w:rPr>
            <w:color w:val="0000EE"/>
            <w:u w:val="single"/>
          </w:rPr>
          <w:t>https://www.linkedin.com/company/montrosecenter</w:t>
        </w:r>
      </w:hyperlink>
      <w:r>
        <w:t xml:space="preserve"> - The Montrose Center, founded in 1978, is Houston's LGBTQ+ community centre, dedicated to empowering individuals and families to live healthier, more fulfilling lives. It offers a wide array of programs, including counseling and therapy, substance use recovery, anti-violence services for victims of domestic violence, human trafficking, sexual assault, and hate crimes, as well as specialized programs for seniors, youth, and those living with HIV. The centre provides a 24-hour LGBT Switchboard helpline for crisis intervention, peer phone counseling, and information/referral services, and regularly offers health education and disease prevention outreach to over 40,000 individuals each year.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martmagazine.com/2026/07/the-montrose-center-presents-montrose-society-last-call-wednesday/" TargetMode="External"/><Relationship Id="rId10" Type="http://schemas.openxmlformats.org/officeDocument/2006/relationships/hyperlink" Target="https://montrosecenter.org/montrose-society-last-call-wednesday-on-july-29/" TargetMode="External"/><Relationship Id="rId11" Type="http://schemas.openxmlformats.org/officeDocument/2006/relationships/hyperlink" Target="https://www.corner.inc/place/pEghQEupuQ7T" TargetMode="External"/><Relationship Id="rId12" Type="http://schemas.openxmlformats.org/officeDocument/2006/relationships/hyperlink" Target="https://montrosecenter.org/community-center/" TargetMode="External"/><Relationship Id="rId13" Type="http://schemas.openxmlformats.org/officeDocument/2006/relationships/hyperlink" Target="https://montrosecenter.org/101/" TargetMode="External"/><Relationship Id="rId14" Type="http://schemas.openxmlformats.org/officeDocument/2006/relationships/hyperlink" Target="https://montrosecenter.galaxydigital.com/need/index?print=1" TargetMode="External"/><Relationship Id="rId15" Type="http://schemas.openxmlformats.org/officeDocument/2006/relationships/hyperlink" Target="https://www.linkedin.com/company/montrosecen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