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Montreal Pride 2026 Guide: What to Expect at Fierté Montréal’s 20th Anniversary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Catch the colour: Fierté Montréal has launched its 10-day Pride festival celebrating two decades of queer life, art and activism, with tighter security and a packed programme of drag, music, history exhibits and markets across the Village and downtown , here’s what to know and how to enjoy it.</w:t>
      </w:r>
      <w:r/>
    </w:p>
    <w:p>
      <w:r/>
      <w:r>
        <w:t>Essential takeaways</w:t>
      </w:r>
      <w:r/>
      <w:r/>
    </w:p>
    <w:p>
      <w:pPr>
        <w:pStyle w:val="ListBullet"/>
        <w:spacing w:line="240" w:lineRule="auto"/>
        <w:ind w:left="720"/>
      </w:pPr>
      <w:r/>
      <w:r>
        <w:rPr>
          <w:b/>
        </w:rPr>
        <w:t>Big milestone:</w:t>
      </w:r>
      <w:r>
        <w:t xml:space="preserve"> Fierté Montréal marks its 20th anniversary with expanded programming across the Village and downtown.</w:t>
      </w:r>
      <w:r/>
    </w:p>
    <w:p>
      <w:pPr>
        <w:pStyle w:val="ListBullet"/>
        <w:spacing w:line="240" w:lineRule="auto"/>
        <w:ind w:left="720"/>
      </w:pPr>
      <w:r/>
      <w:r>
        <w:rPr>
          <w:b/>
        </w:rPr>
        <w:t>Heightened security:</w:t>
      </w:r>
      <w:r>
        <w:t xml:space="preserve"> Vehicle barriers and other measures are in place after recent global incidents, so expect controlled access and checkpoints.</w:t>
      </w:r>
      <w:r/>
    </w:p>
    <w:p>
      <w:pPr>
        <w:pStyle w:val="ListBullet"/>
        <w:spacing w:line="240" w:lineRule="auto"/>
        <w:ind w:left="720"/>
      </w:pPr>
      <w:r/>
      <w:r>
        <w:rPr>
          <w:b/>
        </w:rPr>
        <w:t>Parade details:</w:t>
      </w:r>
      <w:r>
        <w:t xml:space="preserve"> The Pride Parade runs on 9 August from 1 p.m. along René-Lévesque Boulevard, finishing with a major show at the Olympic Park Esplanade.</w:t>
      </w:r>
      <w:r/>
    </w:p>
    <w:p>
      <w:pPr>
        <w:pStyle w:val="ListBullet"/>
        <w:spacing w:line="240" w:lineRule="auto"/>
        <w:ind w:left="720"/>
      </w:pPr>
      <w:r/>
      <w:r>
        <w:rPr>
          <w:b/>
        </w:rPr>
        <w:t>Diverse lineup:</w:t>
      </w:r>
      <w:r>
        <w:t xml:space="preserve"> Drag, DJs, literary events, an artisanal market and a historical exhibit tracing the Village from 1974–1990 are on offer.</w:t>
      </w:r>
      <w:r/>
    </w:p>
    <w:p>
      <w:pPr>
        <w:pStyle w:val="ListBullet"/>
        <w:spacing w:line="240" w:lineRule="auto"/>
        <w:ind w:left="720"/>
      </w:pPr>
      <w:r/>
      <w:r>
        <w:rPr>
          <w:b/>
        </w:rPr>
        <w:t>Plan ahead:</w:t>
      </w:r>
      <w:r>
        <w:t xml:space="preserve"> Check schedules on the festival website for stage times, accessibility info and curated neighbourhood events.</w:t>
      </w:r>
      <w:r/>
      <w:r/>
    </w:p>
    <w:p>
      <w:pPr>
        <w:pStyle w:val="Heading2"/>
      </w:pPr>
      <w:r>
        <w:t>A celebratory launch with a serious note</w:t>
      </w:r>
      <w:r/>
    </w:p>
    <w:p>
      <w:r/>
      <w:r>
        <w:t>Fierté Montréal opened the festival with the familiar fizz of music and colour, but organisers have made clear this year feels different on a security level. The decision to add vehicle barriers along Sainte-Catherine Street East and on René-Lévesque Boulevard during the parade was taken in the wake of a deadly attack at Berlin Pride, and you’ll notice controlled entry points and a visible stewarding presence. That sober edge doesn’t dim the party; it aims to keep it safer and more relaxed for everyone.</w:t>
      </w:r>
      <w:r/>
    </w:p>
    <w:p>
      <w:pPr>
        <w:pStyle w:val="Heading2"/>
      </w:pPr>
      <w:r>
        <w:t>What’s on: drag, DJs, readings and a market</w:t>
      </w:r>
      <w:r/>
    </w:p>
    <w:p>
      <w:r/>
      <w:r>
        <w:t>From headliners to neighbourhood acts, the programming spans big stages and cosy corners. Expect established performers like Rita Baga alongside rising names and DJs who’ll keep the party rolling into the evening. There’s also a strong literary and artisan strand , queer books, zines and handmade goods , which gives the festival a tangible, tactile feel you don’t get from a playlist alone. For planners, the festival site lists daily schedules so you can map out favourites without wandering blind.</w:t>
      </w:r>
      <w:r/>
    </w:p>
    <w:p>
      <w:pPr>
        <w:pStyle w:val="Heading2"/>
      </w:pPr>
      <w:r>
        <w:t>A look back: the Village’s political and cultural story</w:t>
      </w:r>
      <w:r/>
    </w:p>
    <w:p>
      <w:r/>
      <w:r>
        <w:t>One standout is the exhibit “The coming out of Montreal’s gay village,” which charts life in the Village from the mid-1970s through 1990. It’s a reminder that Pride is as much about memory and rights as it is about spectacle. The historical programming offers context for younger festival-goers and a gentle, evocative space for older attendees who lived those years. If you want to deepen the weekend beyond concerts, the exhibit is an excellent place to start.</w:t>
      </w:r>
      <w:r/>
    </w:p>
    <w:p>
      <w:pPr>
        <w:pStyle w:val="Heading2"/>
      </w:pPr>
      <w:r>
        <w:t>Parade day: logistics, timing and tips</w:t>
      </w:r>
      <w:r/>
    </w:p>
    <w:p>
      <w:r/>
      <w:r>
        <w:t>Parade-goers should note the route and timing: it begins at 1 p.m. on 9 August along René-Lévesque Boulevard and ends with a headline show at the Olympic Park Esplanade. With vehicle barriers and increased security, arrive early, use public transport, and allow extra time to get through any checkpoints. Bring water, sun protection and a lightweight bag; many festival zones will have food and water stations but queues can form at peak times.</w:t>
      </w:r>
      <w:r/>
    </w:p>
    <w:p>
      <w:pPr>
        <w:pStyle w:val="Heading2"/>
      </w:pPr>
      <w:r>
        <w:t>How to enjoy responsibly and comfortably</w:t>
      </w:r>
      <w:r/>
    </w:p>
    <w:p>
      <w:r/>
      <w:r>
        <w:t>Treat the festival like any major city event: plan meeting points, charge your phone, and familiarise yourself with access and quiet zones if you need them. Organisers will publish accessibility and safety details on the Fierté Montréal site, so check that for wheelchair access, sensory-friendly programming and lost-and-found procedures. And if you’re dipping into nightlife, pace yourself , the festival is ten days long, so you don’t have to do everything in one go.</w:t>
      </w:r>
      <w:r/>
    </w:p>
    <w:p>
      <w:r/>
      <w:r>
        <w:t>It’s a small change in how the festival runs, but it makes a big difference to everyone’s peace of mind.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12">
        <w:r>
          <w:rPr>
            <w:color w:val="0000EE"/>
            <w:u w:val="single"/>
          </w:rPr>
          <w:t>[3]</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10">
        <w:r>
          <w:rPr>
            <w:color w:val="0000EE"/>
            <w:u w:val="single"/>
          </w:rPr>
          <w:t>[2]</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https://montreal.citynews.ca/2026/07/31/pride-festivities-kick-off-montreal/</w:t>
        </w:r>
      </w:hyperlink>
      <w:r>
        <w:t xml:space="preserve"> - Please view link - unable to able to access data</w:t>
      </w:r>
      <w:r/>
    </w:p>
    <w:p>
      <w:pPr>
        <w:pStyle w:val="ListNumber"/>
        <w:spacing w:line="240" w:lineRule="auto"/>
        <w:ind w:left="720"/>
      </w:pPr>
      <w:r/>
      <w:hyperlink r:id="rId10">
        <w:r>
          <w:rPr>
            <w:color w:val="0000EE"/>
            <w:u w:val="single"/>
          </w:rPr>
          <w:t>https://fiertemontreal.com/en/news/communique-lancement-de-programmation-2026</w:t>
        </w:r>
      </w:hyperlink>
      <w:r>
        <w:t xml:space="preserve"> - Fierté Montréal is celebrating its 20th edition from July 31 to August 9, 2026, presented by TD Bank Group in collaboration with Loto-Québec. The festival will showcase over 150 local artists, including emerging talents, and will feature a variety of events such as drag shows, music performances, and community activities. The Loto-Québec Stage, located at the corner of Papineau and Sainte-Catherine East Streets, will host themed events every evening at 7 pm. The festivities aim to strengthen ties with local artistic and community groups and celebrate the diversity of 2SLGBTQIA+ communities.</w:t>
      </w:r>
      <w:r/>
    </w:p>
    <w:p>
      <w:pPr>
        <w:pStyle w:val="ListNumber"/>
        <w:spacing w:line="240" w:lineRule="auto"/>
        <w:ind w:left="720"/>
      </w:pPr>
      <w:r/>
      <w:hyperlink r:id="rId12">
        <w:r>
          <w:rPr>
            <w:color w:val="0000EE"/>
            <w:u w:val="single"/>
          </w:rPr>
          <w:t>https://fiertemontreal.com/en/festival/events</w:t>
        </w:r>
      </w:hyperlink>
      <w:r>
        <w:t xml:space="preserve"> - The 2026 Fierté Montréal Festival, running from July 31 to August 9, offers a diverse lineup of events. Highlights include the Pride Parade on Sunday, August 9, at 1 pm, and Community Days on Friday, August 7, and Saturday, August 8, starting at 11 am. Performances by artists such as Calamine, Barbada, Fran Albuquerque, Rita Baga, Dee Joyce, Sydney Sarayeva, Sami Landri, Ralph, Monib, Kimmortal, and Jorgeous are scheduled throughout the festival. The events aim to celebrate the advancements of 2SLGBTQIA+ rights and provide a platform for local talent.</w:t>
      </w:r>
      <w:r/>
    </w:p>
    <w:p>
      <w:pPr>
        <w:pStyle w:val="ListNumber"/>
        <w:spacing w:line="240" w:lineRule="auto"/>
        <w:ind w:left="720"/>
      </w:pPr>
      <w:r/>
      <w:hyperlink r:id="rId15">
        <w:r>
          <w:rPr>
            <w:color w:val="0000EE"/>
            <w:u w:val="single"/>
          </w:rPr>
          <w:t>https://fiertemontreal.com/en</w:t>
        </w:r>
      </w:hyperlink>
      <w:r>
        <w:t xml:space="preserve"> - Fierté Montréal is committed to amplifying the voices of 2SLGBTQIA+ communities. The 2026 festival, guided by dialogue, transparency, and collective engagement, features a program showcasing local talent and the richness of 2SLGBTQIA+ communities. The festival includes the Pride Parade, Community Days, and various performances by artists such as Rita Baga, Calamine, Laura Niquay, Fabienne Laferrière, Dee Joyce, Sami Landri, Jorgeous, Jennarie, Jeremy Dutcher, Velma Jones, Tranna Wintour, J4de, Kimmortal, Barbada, Monib, Pangina Heals, Ralph, Sydney Sarayeva, and others.</w:t>
      </w:r>
      <w:r/>
    </w:p>
    <w:p>
      <w:pPr>
        <w:pStyle w:val="ListNumber"/>
        <w:spacing w:line="240" w:lineRule="auto"/>
        <w:ind w:left="720"/>
      </w:pPr>
      <w:r/>
      <w:hyperlink r:id="rId13">
        <w:r>
          <w:rPr>
            <w:color w:val="0000EE"/>
            <w:u w:val="single"/>
          </w:rPr>
          <w:t>https://montreal.citynews.ca/2026/06/02/20th-fierte-montreal-program/</w:t>
        </w:r>
      </w:hyperlink>
      <w:r>
        <w:t xml:space="preserve"> - Fierté Montréal has unveiled the program for its 20th Pride Week, happening from July 31 to August 9, 2026. The festival draws thousands of people to the city each year, cementing Montreal’s reputation as one of North America’s premier Pride destinations and the largest LGBTQ+ gathering in the French-speaking world. The Pride festival will include performances by Montreal artists on stages throughout the Village, including mostly free events every day. The program aims to celebrate the diversity and inclusivity of the 2SLGBTQIA+ community.</w:t>
      </w:r>
      <w:r/>
    </w:p>
    <w:p>
      <w:pPr>
        <w:pStyle w:val="ListNumber"/>
        <w:spacing w:line="240" w:lineRule="auto"/>
        <w:ind w:left="720"/>
      </w:pPr>
      <w:r/>
      <w:hyperlink r:id="rId11">
        <w:r>
          <w:rPr>
            <w:color w:val="0000EE"/>
            <w:u w:val="single"/>
          </w:rPr>
          <w:t>https://www.mtl.org/en/experience/montreal-pride-returns</w:t>
        </w:r>
      </w:hyperlink>
      <w:r>
        <w:t xml:space="preserve"> - The 20th edition of the Fierté Montréal Festival is expected to attract hundreds of thousands of revellers, making it the largest LGBTQ+ Pride gathering in the Francophone world. The festival will be held on the Esplanade of the Olympic Park as its main site, alongside a renewed major presence in the LGBTQ+ Village. The Pride parade, a 2.1 km long route along René-Levesque Boulevard from Metcalfe to Atataken streets, will begin on Sunday, August 9, at 1 p.m. and wind down in the heart of the current Village in the east.</w:t>
      </w:r>
      <w:r/>
    </w:p>
    <w:p>
      <w:pPr>
        <w:pStyle w:val="ListNumber"/>
        <w:spacing w:line="240" w:lineRule="auto"/>
        <w:ind w:left="720"/>
      </w:pPr>
      <w:r/>
      <w:hyperlink r:id="rId14">
        <w:r>
          <w:rPr>
            <w:color w:val="0000EE"/>
            <w:u w:val="single"/>
          </w:rPr>
          <w:t>https://www.mtl.org/en/what-to-do/festivals-and-events/celebrations-pride-montreal</w:t>
        </w:r>
      </w:hyperlink>
      <w:r>
        <w:t xml:space="preserve"> - Since 2007, Montreal has hosted the largest 2SLGBTQIA+ gathering in the French-speaking world. For 11 days, more than 750,000 people, members and allies of the communities, converge on outdoor sites and the Village to celebrate advances in the defense of 2SLGBTQIA+ rights. The Montreal Pride Festival offers free shows, indoor activities, films, festive evenings, literature, and much more. It raises awareness of queer issues through workshops, panels, and two Community Days. The flagship event, the flamboyant Défilé de la Fierté, attracts over 15,000 participants and a crowd in excess of 300,000 people.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ontreal.citynews.ca/2026/07/31/pride-festivities-kick-off-montreal/" TargetMode="External"/><Relationship Id="rId10" Type="http://schemas.openxmlformats.org/officeDocument/2006/relationships/hyperlink" Target="https://fiertemontreal.com/en/news/communique-lancement-de-programmation-2026" TargetMode="External"/><Relationship Id="rId11" Type="http://schemas.openxmlformats.org/officeDocument/2006/relationships/hyperlink" Target="https://www.mtl.org/en/experience/montreal-pride-returns" TargetMode="External"/><Relationship Id="rId12" Type="http://schemas.openxmlformats.org/officeDocument/2006/relationships/hyperlink" Target="https://fiertemontreal.com/en/festival/events" TargetMode="External"/><Relationship Id="rId13" Type="http://schemas.openxmlformats.org/officeDocument/2006/relationships/hyperlink" Target="https://montreal.citynews.ca/2026/06/02/20th-fierte-montreal-program/" TargetMode="External"/><Relationship Id="rId14" Type="http://schemas.openxmlformats.org/officeDocument/2006/relationships/hyperlink" Target="https://www.mtl.org/en/what-to-do/festivals-and-events/celebrations-pride-montreal" TargetMode="External"/><Relationship Id="rId15" Type="http://schemas.openxmlformats.org/officeDocument/2006/relationships/hyperlink" Target="https://fiertemontreal.com/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