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Mobile Health Service for LGBTQIA2S+ Care in Western New York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community-driven care: Niagara Falls Memorial Medical Center has teamed up with Niagara Pride to bring a mobile clinic to downtown Niagara Falls, offering inclusive, low-barrier health and wellness services that matter to LGBTQIA2S+ people and allies across Western New York.</w:t>
      </w:r>
      <w:r/>
    </w:p>
    <w:p>
      <w:r/>
      <w:r>
        <w:t>Essential Takeaways</w:t>
      </w:r>
      <w:r/>
      <w:r/>
    </w:p>
    <w:p>
      <w:pPr>
        <w:pStyle w:val="ListBullet"/>
        <w:spacing w:line="240" w:lineRule="auto"/>
        <w:ind w:left="720"/>
      </w:pPr>
      <w:r/>
      <w:r>
        <w:rPr>
          <w:b/>
        </w:rPr>
        <w:t>Monthly mobile clinics:</w:t>
      </w:r>
      <w:r>
        <w:t xml:space="preserve"> Niagara Falls Memorial’s Mobile Health Unit will be at Niagara Pride’s 1522 Main Street office on scheduled dates, offering walk-in and scheduled services in a welcoming setting.</w:t>
      </w:r>
      <w:r/>
    </w:p>
    <w:p>
      <w:pPr>
        <w:pStyle w:val="ListBullet"/>
        <w:spacing w:line="240" w:lineRule="auto"/>
        <w:ind w:left="720"/>
      </w:pPr>
      <w:r/>
      <w:r>
        <w:rPr>
          <w:b/>
        </w:rPr>
        <w:t>Wide range of services:</w:t>
      </w:r>
      <w:r>
        <w:t xml:space="preserve"> Expect primary care, preventive screenings, STI/HIV testing, PrEP access, mental-health support, and care coordination , all aimed at respectful, patient-centred care.</w:t>
      </w:r>
      <w:r/>
    </w:p>
    <w:p>
      <w:pPr>
        <w:pStyle w:val="ListBullet"/>
        <w:spacing w:line="240" w:lineRule="auto"/>
        <w:ind w:left="720"/>
      </w:pPr>
      <w:r/>
      <w:r>
        <w:rPr>
          <w:b/>
        </w:rPr>
        <w:t>Gender-affirming navigation:</w:t>
      </w:r>
      <w:r>
        <w:t xml:space="preserve"> The partnership provides referrals and navigation for gender-affirming hormone therapy and surgical services through trusted specialty providers.</w:t>
      </w:r>
      <w:r/>
    </w:p>
    <w:p>
      <w:pPr>
        <w:pStyle w:val="ListBullet"/>
        <w:spacing w:line="240" w:lineRule="auto"/>
        <w:ind w:left="720"/>
      </w:pPr>
      <w:r/>
      <w:r>
        <w:rPr>
          <w:b/>
        </w:rPr>
        <w:t>Open to the region:</w:t>
      </w:r>
      <w:r>
        <w:t xml:space="preserve"> Services are available to residents across Niagara, Erie, Orleans and surrounding counties, reducing travel and stigma-related barriers.</w:t>
      </w:r>
      <w:r/>
    </w:p>
    <w:p>
      <w:pPr>
        <w:pStyle w:val="ListBullet"/>
        <w:spacing w:line="240" w:lineRule="auto"/>
        <w:ind w:left="720"/>
      </w:pPr>
      <w:r/>
      <w:r>
        <w:rPr>
          <w:b/>
        </w:rPr>
        <w:t>Community focus:</w:t>
      </w:r>
      <w:r>
        <w:t xml:space="preserve"> The collaboration aims to improve health equity by meeting people where they are, with free on-site parking and special extended hours for a Community Health Fair.</w:t>
      </w:r>
      <w:r/>
      <w:r/>
    </w:p>
    <w:p>
      <w:pPr>
        <w:pStyle w:val="Heading2"/>
      </w:pPr>
      <w:r>
        <w:t>Why a mobile clinic matters now</w:t>
      </w:r>
      <w:r/>
    </w:p>
    <w:p>
      <w:r/>
      <w:r>
        <w:t>Meeting people where they are sounds simple, but it changes everything when healthcare has felt distant or unsafe. The Mobile Health Unit will park at Niagara Pride, a familiar, affirming space, so appointments feel less clinical and more human. That quiet relief , the soft exhale when you enter a space that doesn’t judge , is part of what makes outreach like this effective.</w:t>
      </w:r>
      <w:r/>
    </w:p>
    <w:p>
      <w:r/>
      <w:r>
        <w:t>The move follows a wider push to bring health services into community settings, reducing no-shows and logistical hurdles. For people juggling jobs, travel, or mistrust of traditional clinics, a local mobile unit can be the difference between a test and no test. Expect to see preventive care that’s straightforward and practical, from blood pressure checks to diabetes screening.</w:t>
      </w:r>
      <w:r/>
    </w:p>
    <w:p>
      <w:pPr>
        <w:pStyle w:val="Heading2"/>
      </w:pPr>
      <w:r>
        <w:t>What services you can actually get</w:t>
      </w:r>
      <w:r/>
    </w:p>
    <w:p>
      <w:r/>
      <w:r>
        <w:t>This isn’t a one-off testing day; it’s a compact clinic offering primary and preventive care alongside sexual-health services. You can get wellness visits, chronic disease management, women’s health checks, STI and HIV screening, plus PrEP counselling and telehealth follow-ups. Mental-health support and Social Determinants of Health screening are included, so staff can link you with food, housing or other community resources if needed.</w:t>
      </w:r>
      <w:r/>
    </w:p>
    <w:p>
      <w:r/>
      <w:r>
        <w:t>Offering both in-person and telehealth options for certain services means continuity of care , useful if you prefer a quick follow-up from home. If you’re nervous about clinical environments, having these services in a trusted community hub can make an initial appointment far less stressful.</w:t>
      </w:r>
      <w:r/>
    </w:p>
    <w:p>
      <w:pPr>
        <w:pStyle w:val="Heading2"/>
      </w:pPr>
      <w:r>
        <w:t>Gender-affirming care: navigation, not just signposting</w:t>
      </w:r>
      <w:r/>
    </w:p>
    <w:p>
      <w:r/>
      <w:r>
        <w:t>The programme isn’t promising on-the-spot surgeries , that’s not how specialist care works , but it does offer navigation and referrals for gender-affirming hormone therapy and surgical pathways. That kind of help is invaluable: finding vetted specialists, managing referrals, and coordinating follow-up can otherwise be a maze.</w:t>
      </w:r>
      <w:r/>
    </w:p>
    <w:p>
      <w:r/>
      <w:r>
        <w:t>For many trans and non-binary people, the hardest part is knowing who to trust. A mobile unit connected to established providers helps close that gap, guiding patients through next steps while keeping their dignity and timelines in mind.</w:t>
      </w:r>
      <w:r/>
    </w:p>
    <w:p>
      <w:pPr>
        <w:pStyle w:val="Heading2"/>
      </w:pPr>
      <w:r>
        <w:t>Dates, access and practical tips for visitors</w:t>
      </w:r>
      <w:r/>
    </w:p>
    <w:p>
      <w:r/>
      <w:r>
        <w:t>The Mobile Health Unit visits are scheduled across a few afternoons and a full day for a Community Health Fair with expanded services. Free on-site parking makes the visit less of a chore, and the clinic is open to anyone in the broader region , so bring ID if you have it, but don’t let paperwork worries stop you.</w:t>
      </w:r>
      <w:r/>
    </w:p>
    <w:p>
      <w:r/>
      <w:r>
        <w:t>Practical tips: call ahead to check whether walk-ins are welcome for the service you need, bring a list of medications, and jot down any questions about sexual health or hormone care. If you’ve had past barriers to care, bring a friend for support , having someone who knows you can make appointments smoother.</w:t>
      </w:r>
      <w:r/>
    </w:p>
    <w:p>
      <w:pPr>
        <w:pStyle w:val="Heading2"/>
      </w:pPr>
      <w:r>
        <w:t>Where this fits into wider community healthcare</w:t>
      </w:r>
      <w:r/>
    </w:p>
    <w:p>
      <w:r/>
      <w:r>
        <w:t>This partnership is part of a trend toward community-based healthcare that prioritises access and trust. Organisations in other regions have seen similar outreach reduce missed appointments and improve screening rates, especially among underserved populations. Bringing clinical services into a community hub like Niagara Pride signals a commitment to health equity, not just a short-lived event.</w:t>
      </w:r>
      <w:r/>
    </w:p>
    <w:p>
      <w:r/>
      <w:r>
        <w:t>Looking ahead, if these monthly clinics reduce barriers and build relationships, they could pave the way for more regular programming or expanded services. For now, it’s a practical, humane step that a lot of people in the region will welcome.</w:t>
      </w:r>
      <w:r/>
    </w:p>
    <w:p>
      <w:r/>
      <w:r>
        <w:t>It's a small change that can make every visit feel safer and more straightforward.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https://buffalohealthyliving.com/niagara-falls-memorial-medical-center-partners-with-niagara-pride-to-expand-access-to-inclusive-health-and-wellness-services/</w:t>
        </w:r>
      </w:hyperlink>
      <w:r>
        <w:t xml:space="preserve"> - Please view link - unable to able to access data</w:t>
      </w:r>
      <w:r/>
    </w:p>
    <w:p>
      <w:pPr>
        <w:pStyle w:val="ListNumber"/>
        <w:spacing w:line="240" w:lineRule="auto"/>
        <w:ind w:left="720"/>
      </w:pPr>
      <w:r/>
      <w:hyperlink r:id="rId10">
        <w:r>
          <w:rPr>
            <w:color w:val="0000EE"/>
            <w:u w:val="single"/>
          </w:rPr>
          <w:t>https://www.nfmmc.org/niagara-falls-memorial-medical-center-partners-with-niagara-pride-to-expand-access-to-inclusive-health-and-wellness-services</w:t>
        </w:r>
      </w:hyperlink>
      <w:r>
        <w:t xml:space="preserve"> - Niagara Falls Memorial Medical Center (NFMMC) has partnered with Niagara Pride to enhance healthcare access for the LGBTQIA2S+ community in Western New York. Starting July 24, 2026, NFMMC's Mobile Health Unit will offer monthly health services at Niagara Pride's offices, including preventive care, screenings, behavioral health support, sexual health services, and care coordination. This initiative aims to provide respectful, patient-centred care directly within the community, ensuring all residents, regardless of county, can access these services.</w:t>
      </w:r>
      <w:r/>
    </w:p>
    <w:p>
      <w:pPr>
        <w:pStyle w:val="ListNumber"/>
        <w:spacing w:line="240" w:lineRule="auto"/>
        <w:ind w:left="720"/>
      </w:pPr>
      <w:r/>
      <w:hyperlink r:id="rId12">
        <w:r>
          <w:rPr>
            <w:color w:val="0000EE"/>
            <w:u w:val="single"/>
          </w:rPr>
          <w:t>https://www.niagarapride.org/event-details/niagara-pride-niagara-falls-memorial-medical-center-mobile-health-care-van</w:t>
        </w:r>
      </w:hyperlink>
      <w:r>
        <w:t xml:space="preserve"> - Niagara Pride and Niagara Falls Memorial Medical Center have collaborated to bring a Mobile Health Care Unit to Niagara Pride's offices. The unit provides monthly services such as STI testing, health screenings, counselling, PrEP, women's health, and more. These services are open to LGBTQIA2S+ individuals, allies, and residents of Niagara County and Western New York, aiming to make essential health and wellness services more accessible to the community.</w:t>
      </w:r>
      <w:r/>
    </w:p>
    <w:p>
      <w:pPr>
        <w:pStyle w:val="ListNumber"/>
        <w:spacing w:line="240" w:lineRule="auto"/>
        <w:ind w:left="720"/>
      </w:pPr>
      <w:r/>
      <w:hyperlink r:id="rId11">
        <w:r>
          <w:rPr>
            <w:color w:val="0000EE"/>
            <w:u w:val="single"/>
          </w:rPr>
          <w:t>https://www.niagarapride.org/</w:t>
        </w:r>
      </w:hyperlink>
      <w:r>
        <w:t xml:space="preserve"> - Niagara Pride, Inc. is a 501(c)(3) nonprofit organisation serving LGBTQ+ individuals and families in Niagara County and Western New York. The organisation offers educational programming, charitable works, and social programmes to create a safe and welcoming environment for the LGBTQ+ community. Their vision is to ensure individuals and families feel safe, secure, and affirmed in their communities, with a focus on making Pride and related services more accessible in rural areas.</w:t>
      </w:r>
      <w:r/>
    </w:p>
    <w:p>
      <w:pPr>
        <w:pStyle w:val="ListNumber"/>
        <w:spacing w:line="240" w:lineRule="auto"/>
        <w:ind w:left="720"/>
      </w:pPr>
      <w:r/>
      <w:hyperlink r:id="rId14">
        <w:r>
          <w:rPr>
            <w:color w:val="0000EE"/>
            <w:u w:val="single"/>
          </w:rPr>
          <w:t>https://www.nfmmc.org/about-us</w:t>
        </w:r>
      </w:hyperlink>
      <w:r>
        <w:t xml:space="preserve"> - Niagara Falls Memorial Medical Center (NFMMC) is a full-service, 171-bed regional medical centre located in Niagara Falls, New York. The centre offers extensive inpatient and outpatient services, including The Heart Center of Niagara, Niagara Wellness Connection Center, Wound Center of Niagara, and more. NFMMC is dedicated to providing high-quality, compassionate healthcare through skilled professionals and advanced technology, addressing individual needs in a warm and caring environment.</w:t>
      </w:r>
      <w:r/>
    </w:p>
    <w:p>
      <w:pPr>
        <w:pStyle w:val="ListNumber"/>
        <w:spacing w:line="240" w:lineRule="auto"/>
        <w:ind w:left="720"/>
      </w:pPr>
      <w:r/>
      <w:hyperlink r:id="rId13">
        <w:r>
          <w:rPr>
            <w:color w:val="0000EE"/>
            <w:u w:val="single"/>
          </w:rPr>
          <w:t>https://www.nfmmc.org/health-home-services</w:t>
        </w:r>
      </w:hyperlink>
      <w:r>
        <w:t xml:space="preserve"> - The Niagara Falls Memorial Medical Center Care Management Agency provides Health Home Services to Medicaid-eligible clients with chronic conditions in Niagara County. Clients are assigned a case manager to assist with basic needs such as clothing, food, healthcare, and housing. The programme aims to support individuals struggling with chronic or mental health conditions, ensuring they receive comprehensive care and assistance in managing their health and daily needs.</w:t>
      </w:r>
      <w:r/>
    </w:p>
    <w:p>
      <w:pPr>
        <w:pStyle w:val="ListNumber"/>
        <w:spacing w:line="240" w:lineRule="auto"/>
        <w:ind w:left="720"/>
      </w:pPr>
      <w:r/>
      <w:hyperlink r:id="rId15">
        <w:r>
          <w:rPr>
            <w:color w:val="0000EE"/>
            <w:u w:val="single"/>
          </w:rPr>
          <w:t>https://www.nfmmc.org/oncology-center</w:t>
        </w:r>
      </w:hyperlink>
      <w:r>
        <w:t xml:space="preserve"> - The Golisano Medical Oncology Center at Niagara Falls Memorial Medical Center offers comprehensive cancer care in collaboration with Roswell Park Comprehensive Cancer Center. Services include diagnostics, screenings, chemotherapy, immunotherapy, and hematology care, all available onsite. The centre provides high-quality cancer care close to home, ensuring patients have access to cutting-edge treatments and clinical trials without the need for long commutes.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ffalohealthyliving.com/niagara-falls-memorial-medical-center-partners-with-niagara-pride-to-expand-access-to-inclusive-health-and-wellness-services/" TargetMode="External"/><Relationship Id="rId10" Type="http://schemas.openxmlformats.org/officeDocument/2006/relationships/hyperlink" Target="https://www.nfmmc.org/niagara-falls-memorial-medical-center-partners-with-niagara-pride-to-expand-access-to-inclusive-health-and-wellness-services" TargetMode="External"/><Relationship Id="rId11" Type="http://schemas.openxmlformats.org/officeDocument/2006/relationships/hyperlink" Target="https://www.niagarapride.org/" TargetMode="External"/><Relationship Id="rId12" Type="http://schemas.openxmlformats.org/officeDocument/2006/relationships/hyperlink" Target="https://www.niagarapride.org/event-details/niagara-pride-niagara-falls-memorial-medical-center-mobile-health-care-van" TargetMode="External"/><Relationship Id="rId13" Type="http://schemas.openxmlformats.org/officeDocument/2006/relationships/hyperlink" Target="https://www.nfmmc.org/health-home-services" TargetMode="External"/><Relationship Id="rId14" Type="http://schemas.openxmlformats.org/officeDocument/2006/relationships/hyperlink" Target="https://www.nfmmc.org/about-us" TargetMode="External"/><Relationship Id="rId15" Type="http://schemas.openxmlformats.org/officeDocument/2006/relationships/hyperlink" Target="https://www.nfmmc.org/oncology-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