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LGBTQIA+ Film and TV to Watch This August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screens this August as a fresh wave of LGBTQIA+ films and shows arrives , queer, funny, scary and heart-tugging. From sapphic slashers to mum-versus-the-system dramas, here’s what to watch, where to catch it, and why these releases matter.</w:t>
      </w:r>
      <w:r/>
    </w:p>
    <w:p>
      <w:r/>
      <w:r>
        <w:t>Essential Takeaways</w:t>
      </w:r>
      <w:r/>
      <w:r/>
    </w:p>
    <w:p>
      <w:pPr>
        <w:pStyle w:val="ListBullet"/>
        <w:spacing w:line="240" w:lineRule="auto"/>
        <w:ind w:left="720"/>
      </w:pPr>
      <w:r/>
      <w:r>
        <w:rPr>
          <w:b/>
        </w:rPr>
        <w:t>Standouts this month:</w:t>
      </w:r>
      <w:r>
        <w:t xml:space="preserve"> new queer titles include a trans-sapphic slasher, a maternal-rights drama and a high-profile stoner comedy , varied tones, strong performances.</w:t>
      </w:r>
      <w:r/>
    </w:p>
    <w:p>
      <w:pPr>
        <w:pStyle w:val="ListBullet"/>
        <w:spacing w:line="240" w:lineRule="auto"/>
        <w:ind w:left="720"/>
      </w:pPr>
      <w:r/>
      <w:r>
        <w:rPr>
          <w:b/>
        </w:rPr>
        <w:t>Notable names:</w:t>
      </w:r>
      <w:r>
        <w:t xml:space="preserve"> Kristen Stewart, Gillian Anderson, Bella Ramsey and Vicky Krieps headline projects that mix mainstream star power with queer storytelling.</w:t>
      </w:r>
      <w:r/>
    </w:p>
    <w:p>
      <w:pPr>
        <w:pStyle w:val="ListBullet"/>
        <w:spacing w:line="240" w:lineRule="auto"/>
        <w:ind w:left="720"/>
      </w:pPr>
      <w:r/>
      <w:r>
        <w:rPr>
          <w:b/>
        </w:rPr>
        <w:t>Platforms and dates:</w:t>
      </w:r>
      <w:r>
        <w:t xml:space="preserve"> UK cinema releases cluster early to mid-August, while several titles arrive in the US later in the month; check local listings for exact dates.</w:t>
      </w:r>
      <w:r/>
    </w:p>
    <w:p>
      <w:pPr>
        <w:pStyle w:val="ListBullet"/>
        <w:spacing w:line="240" w:lineRule="auto"/>
        <w:ind w:left="720"/>
      </w:pPr>
      <w:r/>
      <w:r>
        <w:rPr>
          <w:b/>
        </w:rPr>
        <w:t>Mood cues:</w:t>
      </w:r>
      <w:r>
        <w:t xml:space="preserve"> expect bloody chills, warm coming-of-age heart, and loud, silly crowd-pleasers , something for sombre nights and laugh-out-loud afternoons.</w:t>
      </w:r>
      <w:r/>
      <w:r/>
    </w:p>
    <w:p>
      <w:pPr>
        <w:pStyle w:val="Heading2"/>
      </w:pPr>
      <w:r>
        <w:t>What to see first: a bold trans and sapphic slasher</w:t>
      </w:r>
      <w:r/>
    </w:p>
    <w:p>
      <w:r/>
      <w:r>
        <w:t>If you crave cinema that unsettles and lingers, Teenage Sex And Death At Camp Miasma is the one to put on your radar. It’s a slasher that foregrounds transgender identity, marrying classic horror beats with intimate questions of self. The cast mixes familiar faces , including Gillian Anderson , with younger genre actors, giving the film a textured, queer energy. According to press coverage, the director’s previous work has earned praise for its eerie, introspective style, so expect atmosphere as much as gore. If you pick a screening, go in ready for tension, a few shocks and a story that refuses to simplify its protagonists.</w:t>
      </w:r>
      <w:r/>
    </w:p>
    <w:p>
      <w:pPr>
        <w:pStyle w:val="Heading2"/>
      </w:pPr>
      <w:r>
        <w:t>A courtroom of the heart: Love Me Tender’s quiet fury</w:t>
      </w:r>
      <w:r/>
    </w:p>
    <w:p>
      <w:r/>
      <w:r>
        <w:t>Love Me Tender is a different kind of fight: intimate, legal and quietly devastating. Vicky Krieps plays a mother whose right to parent is judged through a biased lens, and the film explores how identity and institutions collide. Based on Constance Debré’s novel, it’s the sort of performance-led drama that asks you to sit with discomfort and empathy. If you’re choosing a film for a thoughtful, conversation-starting evening, this one’s for you , bring tissues and invite a friend who likes nuanced cinema.</w:t>
      </w:r>
      <w:r/>
    </w:p>
    <w:p>
      <w:pPr>
        <w:pStyle w:val="Heading2"/>
      </w:pPr>
      <w:r>
        <w:t>Celebrity stoner comedy with telepathy: The Wrong Girls</w:t>
      </w:r>
      <w:r/>
    </w:p>
    <w:p>
      <w:r/>
      <w:r>
        <w:t>If you want something lighter after heavy fare, The Wrong Girls promises to be gloriously daft and starry. Kristen Stewart and Alia Shawkat lead a stoner buddy comedy about accidental telepathy, with a cast stacked with names like Cate Blanchett and LaKeith Stanfield. The tone leans silly and surreal, and the idea of celebrity collaborators swapping laughs feels delightfully modern. For a weekend matinee or late-night laugh, this is an easy pick , and it’s a reminder that queer stories can be loud, messy and joyful.</w:t>
      </w:r>
      <w:r/>
    </w:p>
    <w:p>
      <w:pPr>
        <w:pStyle w:val="Heading2"/>
      </w:pPr>
      <w:r>
        <w:t>Feelgood and heartfelt: Sunny Dancer’s coming-of-age warmth</w:t>
      </w:r>
      <w:r/>
    </w:p>
    <w:p>
      <w:r/>
      <w:r>
        <w:t>Sunny Dancer is the soft, human centre of the month’s slate. Bella Ramsey plays a young protagonist learning to live after cancer, with a summer-camp setting that’s equal parts tender and wry. The film promises warmth, sharp dialogue and a protagonist with attitude , foul-mouthed, resilient and endearing. It’s the sort of release that’s great for group outings or a cosy night in when you want something that makes you feel lighter but still grounded in real stakes.</w:t>
      </w:r>
      <w:r/>
    </w:p>
    <w:p>
      <w:pPr>
        <w:pStyle w:val="Heading2"/>
      </w:pPr>
      <w:r>
        <w:t>Camp, music and more: other titles worth noting</w:t>
      </w:r>
      <w:r/>
    </w:p>
    <w:p>
      <w:r/>
      <w:r>
        <w:t>August’s calendar is packed beyond the big headlines. Stop! That! Train! leans into parody and camp with notable drag and celebrity cameos, perfect for a raucous cinema crowd. Miriam Margolyes stars in Holy Days, a comedy with a cheeky premise, while Netflix’s Don’t Say Good Luck offers musical appeal with Stephanie Beatriz and Melanie Lynskey. Later in the month, Adults season two and films featuring the likes of Maya Hawke, King Princess and Charli XCX add variety. If you love queer-centred programming, August reads like a mini-festival: pick the tone you need and book ahead, because niche titles can sell out.</w:t>
      </w:r>
      <w:r/>
    </w:p>
    <w:p>
      <w:pPr>
        <w:pStyle w:val="Heading2"/>
      </w:pPr>
      <w:r>
        <w:t>How to choose what to watch (quick tips)</w:t>
      </w:r>
      <w:r/>
    </w:p>
    <w:p>
      <w:r/>
      <w:r>
        <w:t>Think about mood first: want to be thrilled, moved or amused? Check runtime and age guidance if you’re bringing younger viewers. Look up reviews from queer outlets for perspective, and if a film’s festival buzz feels important to you, watch for limited runs in arthouse cinemas. For streaming picks, add titles to watchlists early to get notified the moment they drop.</w:t>
      </w:r>
      <w:r/>
    </w:p>
    <w:p>
      <w:r/>
      <w:r>
        <w:t>It’s a small change in your schedule that can make a big difference to your playlist this month , enjoy the shows and support queer storytelling where you can.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[4]</w:t>
        </w:r>
      </w:hyperlink>
      <w:r>
        <w:t xml:space="preserve">, </w:t>
      </w:r>
      <w:hyperlink r:id="rId11">
        <w:r>
          <w:rPr>
            <w:color w:val="0000EE"/>
            <w:u w:val="single"/>
          </w:rPr>
          <w:t>[5]</w:t>
        </w:r>
      </w:hyperlink>
      <w:r>
        <w:t xml:space="preserve">- Paragraph 3: </w:t>
      </w:r>
      <w:hyperlink r:id="rId11">
        <w:r>
          <w:rPr>
            <w:color w:val="0000EE"/>
            <w:u w:val="single"/>
          </w:rPr>
          <w:t>[6]</w:t>
        </w:r>
      </w:hyperlink>
      <w:r>
        <w:t xml:space="preserve">- Paragraph 4: </w:t>
      </w:r>
      <w:hyperlink r:id="rId11">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https://diva-magazine.com/2026/07/31/lgbtqia-film-tv-august-2026/?utm_source=rss&amp;utm_medium=rss&amp;utm_campaign=lgbtqia-film-tv-august-2026</w:t>
        </w:r>
      </w:hyperlink>
      <w:r>
        <w:t xml:space="preserve"> - Please view link - unable to able to access data</w:t>
      </w:r>
      <w:r/>
    </w:p>
    <w:p>
      <w:pPr>
        <w:pStyle w:val="ListNumber"/>
        <w:spacing w:line="240" w:lineRule="auto"/>
        <w:ind w:left="720"/>
      </w:pPr>
      <w:r/>
      <w:hyperlink r:id="rId10">
        <w:r>
          <w:rPr>
            <w:color w:val="0000EE"/>
            <w:u w:val="single"/>
          </w:rPr>
          <w:t>https://en.wikipedia.org/wiki/Teenage_Sex_and_Death_at_Camp_Miasma</w:t>
        </w:r>
      </w:hyperlink>
      <w:r>
        <w:t xml:space="preserve"> - 'Teenage Sex and Death at Camp Miasma' is an upcoming American slasher film directed by Jane Schoenbrun, featuring Hannah Einbinder and Gillian Anderson. The film premiered at the 2026 Cannes Film Festival and is scheduled for theatrical release in the United States on August 7, 2026. (</w:t>
      </w:r>
      <w:hyperlink r:id="rId12">
        <w:r>
          <w:rPr>
            <w:color w:val="0000EE"/>
            <w:u w:val="single"/>
          </w:rPr>
          <w:t>en.wikipedia.org</w:t>
        </w:r>
      </w:hyperlink>
      <w:r>
        <w:t>)</w:t>
      </w:r>
      <w:r/>
    </w:p>
    <w:p>
      <w:pPr>
        <w:pStyle w:val="ListNumber"/>
        <w:spacing w:line="240" w:lineRule="auto"/>
        <w:ind w:left="720"/>
      </w:pPr>
      <w:r/>
      <w:hyperlink r:id="rId11">
        <w:r>
          <w:rPr>
            <w:color w:val="0000EE"/>
            <w:u w:val="single"/>
          </w:rPr>
          <w:t>https://www.imdb.com/title/tt35298123/</w:t>
        </w:r>
      </w:hyperlink>
      <w:r>
        <w:t xml:space="preserve"> - 'Teenage Sex and Death at Camp Miasma' is a 2026 slasher film directed by Jane Schoenbrun, starring Hannah Einbinder and Gillian Anderson. The film follows a queer director making a slasher sequel who becomes obsessed with casting the original film's 'final girl,' leading both women into psychological and sexual chaos.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https://www.imdb.com/title/tt35298123/</w:t>
        </w:r>
      </w:hyperlink>
      <w:r>
        <w:t xml:space="preserve"> - 'Teenage Sex and Death at Camp Miasma' is a 2026 slasher film directed by Jane Schoenbrun, starring Hannah Einbinder and Gillian Anderson. The film follows a queer director making a slasher sequel who becomes obsessed with casting the original film's 'final girl,' leading both women into psychological and sexual chaos.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https://www.imdb.com/title/tt35298123/</w:t>
        </w:r>
      </w:hyperlink>
      <w:r>
        <w:t xml:space="preserve"> - 'Teenage Sex and Death at Camp Miasma' is a 2026 slasher film directed by Jane Schoenbrun, starring Hannah Einbinder and Gillian Anderson. The film follows a queer director making a slasher sequel who becomes obsessed with casting the original film's 'final girl,' leading both women into psychological and sexual chaos.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https://www.imdb.com/title/tt35298123/</w:t>
        </w:r>
      </w:hyperlink>
      <w:r>
        <w:t xml:space="preserve"> - 'Teenage Sex and Death at Camp Miasma' is a 2026 slasher film directed by Jane Schoenbrun, starring Hannah Einbinder and Gillian Anderson. The film follows a queer director making a slasher sequel who becomes obsessed with casting the original film's 'final girl,' leading both women into psychological and sexual chaos.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https://www.imdb.com/title/tt35298123/</w:t>
        </w:r>
      </w:hyperlink>
      <w:r>
        <w:t xml:space="preserve"> - 'Teenage Sex and Death at Camp Miasma' is a 2026 slasher film directed by Jane Schoenbrun, starring Hannah Einbinder and Gillian Anderson. The film follows a queer director making a slasher sequel who becomes obsessed with casting the original film's 'final girl,' leading both women into psychological and sexual chaos. (</w:t>
      </w:r>
      <w:hyperlink r:id="rId13">
        <w:r>
          <w:rPr>
            <w:color w:val="0000EE"/>
            <w:u w:val="single"/>
          </w:rPr>
          <w:t>imdb.com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7/31/lgbtqia-film-tv-august-2026/?utm_source=rss&amp;utm_medium=rss&amp;utm_campaign=lgbtqia-film-tv-august-2026" TargetMode="External"/><Relationship Id="rId10" Type="http://schemas.openxmlformats.org/officeDocument/2006/relationships/hyperlink" Target="https://en.wikipedia.org/wiki/Teenage_Sex_and_Death_at_Camp_Miasma" TargetMode="External"/><Relationship Id="rId11" Type="http://schemas.openxmlformats.org/officeDocument/2006/relationships/hyperlink" Target="https://www.imdb.com/title/tt35298123/" TargetMode="External"/><Relationship Id="rId12" Type="http://schemas.openxmlformats.org/officeDocument/2006/relationships/hyperlink" Target="https://en.wikipedia.org/wiki/Teenage_Sex_and_Death_at_Camp_Miasma?utm_source=openai" TargetMode="External"/><Relationship Id="rId13" Type="http://schemas.openxmlformats.org/officeDocument/2006/relationships/hyperlink" Target="https://www.imdb.com/title/tt35298123/?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