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Movies and TV to Stream This August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stocking up watchlists: August brings a stacked crop of new and returning queer movies, series and documentaries across Netflix, HBO Max, Hulu, Paramount+ and more, so you can binge, sob or laugh indoors while the heat blares outside. Expect thrillers, rom‑rock history, romcom sequels and guilty‑pleasure reality detours.</w:t>
      </w:r>
      <w:r/>
    </w:p>
    <w:p>
      <w:r/>
      <w:r>
        <w:t>Essential Takeaways</w:t>
      </w:r>
      <w:r/>
      <w:r/>
    </w:p>
    <w:p>
      <w:pPr>
        <w:pStyle w:val="ListBullet"/>
        <w:spacing w:line="240" w:lineRule="auto"/>
        <w:ind w:left="720"/>
      </w:pPr>
      <w:r/>
      <w:r>
        <w:rPr>
          <w:b/>
        </w:rPr>
        <w:t>Big new thrillers:</w:t>
      </w:r>
      <w:r>
        <w:t xml:space="preserve"> Ryan Murphy and bret Easton Ellis team on a lurid series dropping this month, full of glossy menace and vivid set pieces.</w:t>
      </w:r>
      <w:r/>
    </w:p>
    <w:p>
      <w:pPr>
        <w:pStyle w:val="ListBullet"/>
        <w:spacing w:line="240" w:lineRule="auto"/>
        <w:ind w:left="720"/>
      </w:pPr>
      <w:r/>
      <w:r>
        <w:rPr>
          <w:b/>
        </w:rPr>
        <w:t>Queer music doc:</w:t>
      </w:r>
      <w:r>
        <w:t xml:space="preserve"> A documentary tracing hidden LGBTQ+ threads in rock ‘n’ roll arrives, with archival footage and intimate interviews.</w:t>
      </w:r>
      <w:r/>
    </w:p>
    <w:p>
      <w:pPr>
        <w:pStyle w:val="ListBullet"/>
        <w:spacing w:line="240" w:lineRule="auto"/>
        <w:ind w:left="720"/>
      </w:pPr>
      <w:r/>
      <w:r>
        <w:rPr>
          <w:b/>
        </w:rPr>
        <w:t>Romance returns:</w:t>
      </w:r>
      <w:r>
        <w:t xml:space="preserve"> Beloved will‑they/won’t‑they couples get another chapter, with warm chemistry and grown‑up stakes.</w:t>
      </w:r>
      <w:r/>
    </w:p>
    <w:p>
      <w:pPr>
        <w:pStyle w:val="ListBullet"/>
        <w:spacing w:line="240" w:lineRule="auto"/>
        <w:ind w:left="720"/>
      </w:pPr>
      <w:r/>
      <w:r>
        <w:rPr>
          <w:b/>
        </w:rPr>
        <w:t>Streaming variety:</w:t>
      </w:r>
      <w:r>
        <w:t xml:space="preserve"> Major platforms , Netflix, Hulu, Paramount+, Peacock, HBO Max and more , each host at least one standout queer title this August.</w:t>
      </w:r>
      <w:r/>
    </w:p>
    <w:p>
      <w:pPr>
        <w:pStyle w:val="ListBullet"/>
        <w:spacing w:line="240" w:lineRule="auto"/>
        <w:ind w:left="720"/>
      </w:pPr>
      <w:r/>
      <w:r>
        <w:rPr>
          <w:b/>
        </w:rPr>
        <w:t>Comfort and discovery:</w:t>
      </w:r>
      <w:r>
        <w:t xml:space="preserve"> Alongside premieres you’ll find queer classics finding new homes, from cult whodunits to modern sports rom‑coms.</w:t>
      </w:r>
      <w:r/>
      <w:r/>
    </w:p>
    <w:p>
      <w:pPr>
        <w:pStyle w:val="Heading2"/>
      </w:pPr>
      <w:r>
        <w:t>What’s new and worth queuing first</w:t>
      </w:r>
      <w:r/>
    </w:p>
    <w:p>
      <w:r/>
      <w:r>
        <w:t>If you only pick one thing to try this month, go for the buzzy new thriller from Ryan Murphy and bret Easton Ellis , it’s glossy, a little nasty and built to provoke. The palette is cinematic, the tone sharp, and it’s the kind of show that invites group text commentary while you watch. For casual viewers it’s pure entertainment; for obsessives it’s ripe for fan theories and rewatches.</w:t>
      </w:r>
      <w:r/>
    </w:p>
    <w:p>
      <w:r/>
      <w:r>
        <w:t>According to listings across the streamers, August’s slate mixes high‑concept drama with smaller, intimate pieces, so there’s a mood for every night. If you like your TV loud and stylish, save an evening for the Murphy/Ellis collaboration. If you want something quieter, put the rock‑history documentary on for background listening and let the interviews do the work.</w:t>
      </w:r>
      <w:r/>
    </w:p>
    <w:p>
      <w:r/>
      <w:r>
        <w:t>Practical tip: check episode runtimes before you start , some prestige dramas stack heavy hour‑plus episodes, whereas the documentaries and romcoms tend to be easier to squeeze in between errands.</w:t>
      </w:r>
      <w:r/>
    </w:p>
    <w:p>
      <w:pPr>
        <w:pStyle w:val="Heading2"/>
      </w:pPr>
      <w:r>
        <w:t>Documentaries and music pieces that teach and move</w:t>
      </w:r>
      <w:r/>
    </w:p>
    <w:p>
      <w:r/>
      <w:r>
        <w:t>This month’s music documentary digs into queer contributions to rock in a way that’s both affectionate and illuminating. Expect dusty backstage scenes, archival performances and artists speaking frankly about sex, identity and censorship. It’s the kind of film that makes you want to reread liner notes and restart old playlists.</w:t>
      </w:r>
      <w:r/>
    </w:p>
    <w:p>
      <w:r/>
      <w:r>
        <w:t>Documentaries like this are finding new life on mainstream platforms because audiences want context as well as spectacle. If you loved other music docs that reframe established histories, this one follows that trend and adds specific LGBTQ+ perspectives that often went uncredited.</w:t>
      </w:r>
      <w:r/>
    </w:p>
    <w:p>
      <w:r/>
      <w:r>
        <w:t>Practical insight: watch with headphones for the best audio detail; these films reward close listening and the occasional goosebump moment.</w:t>
      </w:r>
      <w:r/>
    </w:p>
    <w:p>
      <w:pPr>
        <w:pStyle w:val="Heading2"/>
      </w:pPr>
      <w:r>
        <w:t>Romances and sequels: familiar chemistry, new stakes</w:t>
      </w:r>
      <w:r/>
    </w:p>
    <w:p>
      <w:r/>
      <w:r>
        <w:t>Romcom fans have reason to celebrate , one of the month’s highlights is a new chapter in a long‑cherished gay romance. The leads feel like old friends by now, so the emotional shorthand lands quickly, and the new instalment explores grown‑up dilemmas rather than retreading the same meet‑cute.</w:t>
      </w:r>
      <w:r/>
    </w:p>
    <w:p>
      <w:r/>
      <w:r>
        <w:t>Streaming services are increasingly green‑lighting sequel‑type projects because they come with a built‑in audience. That means more room for character development and quieter scenes where small changes matter. If you loved the originals, this will likely deliver the comfort you’re after with a few surprises.</w:t>
      </w:r>
      <w:r/>
    </w:p>
    <w:p>
      <w:r/>
      <w:r>
        <w:t>How to watch: start with a recap episode or rewatch the finale of the last season to refresh the emotional stakes , you’ll thank yourself later.</w:t>
      </w:r>
      <w:r/>
    </w:p>
    <w:p>
      <w:pPr>
        <w:pStyle w:val="Heading2"/>
      </w:pPr>
      <w:r>
        <w:t>Reality TV detours and guilty pleasures</w:t>
      </w:r>
      <w:r/>
    </w:p>
    <w:p>
      <w:r/>
      <w:r>
        <w:t>August also brings some gloriously chaotic reality viewing , think 20th‑anniversary road trips and reunion‑style specials where iconic, dramatic personalities collide. These are perfect for the nights you want something breezy and silly, yet somehow addictive.</w:t>
      </w:r>
      <w:r/>
    </w:p>
    <w:p>
      <w:r/>
      <w:r>
        <w:t>Reality spin‑offs and anniversary specials do double duty: they scratch nostalgia itches and often introduce younger viewers to earlier seasons or cast members. Streamers are leaning into this because it’s cheap, sharable and sparks social chatter.</w:t>
      </w:r>
      <w:r/>
    </w:p>
    <w:p>
      <w:r/>
      <w:r>
        <w:t>Watch tip: these episodes are best enjoyed with friends or on socials , reaction memes practically write themselves.</w:t>
      </w:r>
      <w:r/>
    </w:p>
    <w:p>
      <w:pPr>
        <w:pStyle w:val="Heading2"/>
      </w:pPr>
      <w:r>
        <w:t>How to build your August queer streaming watchlist</w:t>
      </w:r>
      <w:r/>
    </w:p>
    <w:p>
      <w:r/>
      <w:r>
        <w:t>Start by skimming new‑release guides for your services , Netflix, Hulu, Paramount+, Peacock and HBO Max each list highlights and full release calendars. Prioritise one heavy drama, one documentary, a romcom or sequel, and one light reality pick to balance your month. Download what you’ll watch offline if you’re heading out and expect patchy connection.</w:t>
      </w:r>
      <w:r/>
    </w:p>
    <w:p>
      <w:r/>
      <w:r>
        <w:t>If you’re budget‑minded, mix and match services for trial periods, but remember to cancel in time. And don’t be shy about revisiting older queer classics that are getting new streaming homes this month , they’ll pair nicely with the fresh titles and give you context for contemporary stories.</w:t>
      </w:r>
      <w:r/>
    </w:p>
    <w:p>
      <w:r/>
      <w:r>
        <w:t>It's a small change that can make every night’s viewing feel new and more personal.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https://www.queerty.com/the-best-lgbtq-movies-tv-shows-coming-to-streaming-in-august-2026-20260731/</w:t>
        </w:r>
      </w:hyperlink>
      <w:r>
        <w:t xml:space="preserve"> - Please view link - unable to able to access data</w:t>
      </w:r>
      <w:r/>
    </w:p>
    <w:p>
      <w:pPr>
        <w:pStyle w:val="ListNumber"/>
        <w:spacing w:line="240" w:lineRule="auto"/>
        <w:ind w:left="720"/>
      </w:pPr>
      <w:r/>
      <w:hyperlink r:id="rId12">
        <w:r>
          <w:rPr>
            <w:color w:val="0000EE"/>
            <w:u w:val="single"/>
          </w:rPr>
          <w:t>https://apnews.com/article/dfa7f10a03a09dfd0a044f1c30aebba9</w:t>
        </w:r>
      </w:hyperlink>
      <w:r>
        <w:t xml:space="preserve"> - This article highlights the upcoming streaming content for the week of August 3–9, 2026. It features the return of 'Ted Lasso' on Apple TV+, now focusing on a women's soccer team. FX on Hulu premieres 'The Shards,' a psychological thriller by Bret Easton Ellis. Peacock introduces the romantic comedy 'You, Me &amp; Tuscany' starring Halle Bailey, while Netflix releases the sci-fi thriller 'The Last House.' Additionally, Paramount+ offers a new concert film by Billie Eilish, co-directed with James Cameron.</w:t>
      </w:r>
      <w:r/>
    </w:p>
    <w:p>
      <w:pPr>
        <w:pStyle w:val="ListNumber"/>
        <w:spacing w:line="240" w:lineRule="auto"/>
        <w:ind w:left="720"/>
      </w:pPr>
      <w:r/>
      <w:hyperlink r:id="rId10">
        <w:r>
          <w:rPr>
            <w:color w:val="0000EE"/>
            <w:u w:val="single"/>
          </w:rPr>
          <w:t>https://www.tomsguide.com/entertainment/netflix/new-on-netflix-in-august-2026-5-best-movies-and-shows-to-stream-plus-full-release-list</w:t>
        </w:r>
      </w:hyperlink>
      <w:r>
        <w:t xml:space="preserve"> - Tom's Guide presents Netflix's August 2026 lineup, featuring five top picks: the indie cult classic 'Party Girl' starring Parker Posey; the Greta Lee-led horror/sci-fi thriller 'The Last House'; a lavish six-part adaptation of the early 20th-century novel 'My Brilliant Career'; the emotional final season of teen adventure hit 'Outer Banks'; and the crime thriller 'The Whisper Man,' with Adam Scott and Robert De Niro. The article also lists other notable releases and departures for the month.</w:t>
      </w:r>
      <w:r/>
    </w:p>
    <w:p>
      <w:pPr>
        <w:pStyle w:val="ListNumber"/>
        <w:spacing w:line="240" w:lineRule="auto"/>
        <w:ind w:left="720"/>
      </w:pPr>
      <w:r/>
      <w:hyperlink r:id="rId11">
        <w:r>
          <w:rPr>
            <w:color w:val="0000EE"/>
            <w:u w:val="single"/>
          </w:rPr>
          <w:t>https://www.tomsguide.com/entertainment/apple-tv/everything-new-on-apple-tv-in-august-2026-ted-lasso-season-4-and-much-more</w:t>
        </w:r>
      </w:hyperlink>
      <w:r>
        <w:t xml:space="preserve"> - This article outlines Apple TV's August 2026 offerings, including the much-anticipated Season 4 of 'Ted Lasso,' debuting on August 5. Ted returns to Richmond to coach a second-division women’s football team, facing new challenges with a fresh roster. Other highlights include 'Women in Blue' (Las Azules) Season 2, 'The Dynasty: UConn Huskies,' a three-part documentary on NCAA coaching legend Geno Auriemma, and Season 5 of the animated series 'Stillwater.'</w:t>
      </w:r>
      <w:r/>
    </w:p>
    <w:p>
      <w:pPr>
        <w:pStyle w:val="ListNumber"/>
        <w:spacing w:line="240" w:lineRule="auto"/>
        <w:ind w:left="720"/>
      </w:pPr>
      <w:r/>
      <w:hyperlink r:id="rId14">
        <w:r>
          <w:rPr>
            <w:color w:val="0000EE"/>
            <w:u w:val="single"/>
          </w:rPr>
          <w:t>https://www.tomsguide.com/entertainment/hulu/new-on-hulu-and-disney-in-august-2026-all-the-new-shows-and-movies-to-watch</w:t>
        </w:r>
      </w:hyperlink>
      <w:r>
        <w:t xml:space="preserve"> - Tom's Guide details Hulu and Disney+'s August 2026 releases. Hulu premieres Season 14 of the beloved animated series 'Futurama' on August 3, featuring the return of the original voice cast. Also premiering on Hulu is 'The Shards,' a suspenseful teen thriller from Ryan Murphy and Bret Easton Ellis, based on Ellis' semi-autobiographical 2023 novel. On Disney+, the much-anticipated 'Camp Rock 3' debuts on August 14, arriving 16 years after its predecessor.</w:t>
      </w:r>
      <w:r/>
    </w:p>
    <w:p>
      <w:pPr>
        <w:pStyle w:val="ListNumber"/>
        <w:spacing w:line="240" w:lineRule="auto"/>
        <w:ind w:left="720"/>
      </w:pPr>
      <w:r/>
      <w:hyperlink r:id="rId15">
        <w:r>
          <w:rPr>
            <w:color w:val="0000EE"/>
            <w:u w:val="single"/>
          </w:rPr>
          <w:t>https://www.tomsguide.com/entertainment/paramount-plus/new-on-paramount-in-august-2026-all-the-new-shows-and-movies-to-watch</w:t>
        </w:r>
      </w:hyperlink>
      <w:r>
        <w:t xml:space="preserve"> - This article highlights Paramount+'s August 2026 lineup, including the return of 'Lioness' Season 3 on August 2, where Zoe Saldaña’s CIA officer, Joe McNamara, faces a high-stakes threat that hits uncomfortably close to home. The article also mentions other new shows and movies available on Paramount+ during the month.</w:t>
      </w:r>
      <w:r/>
    </w:p>
    <w:p>
      <w:pPr>
        <w:pStyle w:val="ListNumber"/>
        <w:spacing w:line="240" w:lineRule="auto"/>
        <w:ind w:left="720"/>
      </w:pPr>
      <w:r/>
      <w:hyperlink r:id="rId13">
        <w:r>
          <w:rPr>
            <w:color w:val="0000EE"/>
            <w:u w:val="single"/>
          </w:rPr>
          <w:t>https://www.tvguide.com/news/new-on-peacock/</w:t>
        </w:r>
      </w:hyperlink>
      <w:r>
        <w:t xml:space="preserve"> - TV Guide discusses Peacock's August 2026 releases, featuring the streaming premiere of 'You, Me &amp; Tuscany,' a romantic comedy starring Regé-Jean Page and Halle Bailey. The article also mentions Season 2 of the British thriller series 'The Undeclared War,' which follows a counter-cyberterrorist unit in the U.K. after a Russian malware attack, and the acquisition of the Canadian comfort comedy 'Kim's Convenience.'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he-best-lgbtq-movies-tv-shows-coming-to-streaming-in-august-2026-20260731/" TargetMode="External"/><Relationship Id="rId10" Type="http://schemas.openxmlformats.org/officeDocument/2006/relationships/hyperlink" Target="https://www.tomsguide.com/entertainment/netflix/new-on-netflix-in-august-2026-5-best-movies-and-shows-to-stream-plus-full-release-list" TargetMode="External"/><Relationship Id="rId11" Type="http://schemas.openxmlformats.org/officeDocument/2006/relationships/hyperlink" Target="https://www.tomsguide.com/entertainment/apple-tv/everything-new-on-apple-tv-in-august-2026-ted-lasso-season-4-and-much-more" TargetMode="External"/><Relationship Id="rId12" Type="http://schemas.openxmlformats.org/officeDocument/2006/relationships/hyperlink" Target="https://apnews.com/article/dfa7f10a03a09dfd0a044f1c30aebba9" TargetMode="External"/><Relationship Id="rId13" Type="http://schemas.openxmlformats.org/officeDocument/2006/relationships/hyperlink" Target="https://www.tvguide.com/news/new-on-peacock/" TargetMode="External"/><Relationship Id="rId14" Type="http://schemas.openxmlformats.org/officeDocument/2006/relationships/hyperlink" Target="https://www.tomsguide.com/entertainment/hulu/new-on-hulu-and-disney-in-august-2026-all-the-new-shows-and-movies-to-watch" TargetMode="External"/><Relationship Id="rId15" Type="http://schemas.openxmlformats.org/officeDocument/2006/relationships/hyperlink" Target="https://www.tomsguide.com/entertainment/paramount-plus/new-on-paramount-in-august-2026-all-the-new-shows-and-movies-to-wat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