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Events in Ireland This August: Pride Parades, Parties and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partygoers and culture-seekers are packing their calendars: Ireland’s August Pride season brings parades, parties and new exhibitions from Cork to Donegal, offering something for families, queers of every stripe and anyone who wants to celebrate community and visibility. Here’s what to see, where to go and how to plan a brilliant month.</w:t>
      </w:r>
      <w:r/>
    </w:p>
    <w:p>
      <w:r/>
      <w:r>
        <w:t>Essential Takeaways</w:t>
      </w:r>
      <w:r/>
      <w:r/>
    </w:p>
    <w:p>
      <w:pPr>
        <w:pStyle w:val="ListBullet"/>
        <w:spacing w:line="240" w:lineRule="auto"/>
        <w:ind w:left="720"/>
      </w:pPr>
      <w:r/>
      <w:r>
        <w:rPr>
          <w:b/>
        </w:rPr>
        <w:t>Major Pride dates:</w:t>
      </w:r>
      <w:r>
        <w:t xml:space="preserve"> Cork Community Pride (1–2 Aug) and Galway Community Pride (2–8 Aug) anchor a busy national calendar. </w:t>
      </w:r>
      <w:r/>
    </w:p>
    <w:p>
      <w:pPr>
        <w:pStyle w:val="ListBullet"/>
        <w:spacing w:line="240" w:lineRule="auto"/>
        <w:ind w:left="720"/>
      </w:pPr>
      <w:r/>
      <w:r>
        <w:rPr>
          <w:b/>
        </w:rPr>
        <w:t>Family-friendly options:</w:t>
      </w:r>
      <w:r>
        <w:t xml:space="preserve"> Cork’s Pride Family Picnic and free events make August accessible and gentle for kids and allies. </w:t>
      </w:r>
      <w:r/>
    </w:p>
    <w:p>
      <w:pPr>
        <w:pStyle w:val="ListBullet"/>
        <w:spacing w:line="240" w:lineRule="auto"/>
        <w:ind w:left="720"/>
      </w:pPr>
      <w:r/>
      <w:r>
        <w:rPr>
          <w:b/>
        </w:rPr>
        <w:t>Nightlife variety:</w:t>
      </w:r>
      <w:r>
        <w:t xml:space="preserve"> From leather socials and queer punk nights to bear meet-ups, there’s something for different scenes and vibes. </w:t>
      </w:r>
      <w:r/>
    </w:p>
    <w:p>
      <w:pPr>
        <w:pStyle w:val="ListBullet"/>
        <w:spacing w:line="240" w:lineRule="auto"/>
        <w:ind w:left="720"/>
      </w:pPr>
      <w:r/>
      <w:r>
        <w:rPr>
          <w:b/>
        </w:rPr>
        <w:t>Cultural highlights:</w:t>
      </w:r>
      <w:r>
        <w:t xml:space="preserve"> Ireland’s first permanent LGBTQ+ exhibition opens in Cork on 19 August, plus theatre and art shows through the month. </w:t>
      </w:r>
      <w:r/>
    </w:p>
    <w:p>
      <w:pPr>
        <w:pStyle w:val="ListBullet"/>
        <w:spacing w:line="240" w:lineRule="auto"/>
        <w:ind w:left="720"/>
      </w:pPr>
      <w:r/>
      <w:r>
        <w:rPr>
          <w:b/>
        </w:rPr>
        <w:t>Practical tip:</w:t>
      </w:r>
      <w:r>
        <w:t xml:space="preserve"> Book headline events and limited-capacity shows early; many ticketed nights sell out fast.</w:t>
      </w:r>
      <w:r/>
      <w:r/>
    </w:p>
    <w:p>
      <w:pPr>
        <w:pStyle w:val="Heading2"/>
      </w:pPr>
      <w:r>
        <w:t>Where Pride takes over: the key parades and festivals to plan for</w:t>
      </w:r>
      <w:r/>
    </w:p>
    <w:p>
      <w:r/>
      <w:r>
        <w:t>August turns into a map of rainbow flags across the island, with Cork, Galway, Limerick, Foyle and plenty of smaller towns staging parades and community weeks. Cork Community Pride kicks off on the Bank Holiday weekend and runs with family-friendly events and a parade through the city, making it a great first stop. Meanwhile Galway’s week-long programme brings a festival feel with theatre, club shows and community meet-ups.</w:t>
      </w:r>
      <w:r/>
    </w:p>
    <w:p>
      <w:r/>
      <w:r>
        <w:t>These festivals aren’t just parties; they’re civic moments that bring visibility and local support. If you want to march, volunteer or simply watch from the sidelines, check individual festival schedules and travel advice. For city-centred events, arrive early for parades and expect busy public transport.</w:t>
      </w:r>
      <w:r/>
    </w:p>
    <w:p>
      <w:pPr>
        <w:pStyle w:val="Heading2"/>
      </w:pPr>
      <w:r>
        <w:t>Club nights, queer spaces and niche scenes , pick your vibe</w:t>
      </w:r>
      <w:r/>
    </w:p>
    <w:p>
      <w:r/>
      <w:r>
        <w:t>Not every night is the same. There are leather socials and fetish-friendly meet-ups on select weekends, bear nights and queer punk goth raves celebrating niche communities, plus iconic gay bars hosting drag-heavy summer parties. These spaces vary in tone , some are gear-optional and kink-aware, others are built for families or sober socialising , so choose the one that fits your comfort zone.</w:t>
      </w:r>
      <w:r/>
    </w:p>
    <w:p>
      <w:r/>
      <w:r>
        <w:t>If you’re trying a new scene, go with friends or arrive a little early to scope the room. Many hosts emphasise safety and consent, and venues often publish codes of conduct; read them to avoid awkwardness and help keep spaces welcoming.</w:t>
      </w:r>
      <w:r/>
    </w:p>
    <w:p>
      <w:pPr>
        <w:pStyle w:val="Heading2"/>
      </w:pPr>
      <w:r>
        <w:t>Arts and culture: exhibitions, theatre and queer storytelling</w:t>
      </w:r>
      <w:r/>
    </w:p>
    <w:p>
      <w:r/>
      <w:r>
        <w:t>August’s cultural slate ranges from a new permanent LGBTQ+ exhibition opening in Cork to plays and visual art shows debuting during Pride weeks. The Cork exhibition marks a big moment of permanence and public recognition for queer history locally, and theatre offerings like award-winning biographical shows give a chance to see familiar stories reframed.</w:t>
      </w:r>
      <w:r/>
    </w:p>
    <w:p>
      <w:r/>
      <w:r>
        <w:t>These events are often ticketed but sometimes include free tours or heritage days; if you care about archives or nuanced storytelling, prioritise bookings for gallery talks and artist tours, which tend to sell out quickly.</w:t>
      </w:r>
      <w:r/>
    </w:p>
    <w:p>
      <w:pPr>
        <w:pStyle w:val="Heading2"/>
      </w:pPr>
      <w:r>
        <w:t>Dating, socials and community meet-ups , ways to connect</w:t>
      </w:r>
      <w:r/>
    </w:p>
    <w:p>
      <w:r/>
      <w:r>
        <w:t>If you’re single, newly single or just keen to meet people, there are speed-dating nights, cocktail masterclasses and casual socials designed for relaxed connection. These events are age-targeted or scene-specific, so read descriptions carefully to find the best fit. For a low-pressure evening, try a cocktail class or picnic; for faster sparks, speed-dating and singles nights are plentiful.</w:t>
      </w:r>
      <w:r/>
    </w:p>
    <w:p>
      <w:r/>
      <w:r>
        <w:t>Remember that events list etiquette matters: show up on time, be courteous to organisers, and don’t expect romance at every turn. See them as chances to widen your social circle , any chemistry is a bonus.</w:t>
      </w:r>
      <w:r/>
    </w:p>
    <w:p>
      <w:pPr>
        <w:pStyle w:val="Heading2"/>
      </w:pPr>
      <w:r>
        <w:t>How to make the most of Pride season without burning out</w:t>
      </w:r>
      <w:r/>
    </w:p>
    <w:p>
      <w:r/>
      <w:r>
        <w:t>Pride season can be a sprint of back-to-back events. Plan deliberately: choose a couple of headline days, book tickets in advance and leave room for quiet recovery. Pack practicals , water, a phone charger, ear protection if you’re noise-sensitive , and check transport or parking ahead of time, especially for day parades in city centres.</w:t>
      </w:r>
      <w:r/>
    </w:p>
    <w:p>
      <w:r/>
      <w:r>
        <w:t>If accessibility matters to you, contact organisers in advance; many festivals publish access info, quiet spaces and stewards to assist. Above all, enjoy the people you meet and the small moments of joy , those are what the month is really about.</w:t>
      </w:r>
      <w:r/>
    </w:p>
    <w:p>
      <w:r/>
      <w:r>
        <w:t>It's a small change that can make every Pride moment more joyful and easier to enjoy.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1">
        <w:r>
          <w:rPr>
            <w:color w:val="0000EE"/>
            <w:u w:val="single"/>
          </w:rPr>
          <w:t>[6]</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https://gcn.ie/brilliant-lgbtq-events-ireland-august/</w:t>
        </w:r>
      </w:hyperlink>
      <w:r>
        <w:t xml:space="preserve"> - Please view link - unable to able to access data</w:t>
      </w:r>
      <w:r/>
    </w:p>
    <w:p>
      <w:pPr>
        <w:pStyle w:val="ListNumber"/>
        <w:spacing w:line="240" w:lineRule="auto"/>
        <w:ind w:left="720"/>
      </w:pPr>
      <w:r/>
      <w:hyperlink r:id="rId10">
        <w:r>
          <w:rPr>
            <w:color w:val="0000EE"/>
            <w:u w:val="single"/>
          </w:rPr>
          <w:t>https://www.corkcommunitypride.ie/</w:t>
        </w:r>
      </w:hyperlink>
      <w:r>
        <w:t xml:space="preserve"> - Cork Community Pride is a grassroots organisation established in 2026, aiming to bring Pride back to Cork. The event is scheduled for August 1st and 2nd, 2026, featuring a colourful Pride march and a Pride Family Picnic, creating a welcoming space for people of all ages to come together in celebration, solidarity, and support. The organisation is seeking volunteers to help bring these events to life and is accepting donations to support their initiatives. Further details and updates are available on their official website.</w:t>
      </w:r>
      <w:r/>
    </w:p>
    <w:p>
      <w:pPr>
        <w:pStyle w:val="ListNumber"/>
        <w:spacing w:line="240" w:lineRule="auto"/>
        <w:ind w:left="720"/>
      </w:pPr>
      <w:r/>
      <w:hyperlink r:id="rId13">
        <w:r>
          <w:rPr>
            <w:color w:val="0000EE"/>
            <w:u w:val="single"/>
          </w:rPr>
          <w:t>https://www.ulster.ac.uk/pride</w:t>
        </w:r>
      </w:hyperlink>
      <w:r>
        <w:t xml:space="preserve"> - Ulster University is hosting several Pride events in August 2026. On August 1st, the Causeway Pride Parade will commence at the Coleraine campus, and on August 29th, the Foyle Pride Parade will start at the Derry~Londonderry campus. These events are part of the university's commitment to celebrating and supporting the LGBTQ+ community, offering students and staff opportunities to participate in Pride festivities.</w:t>
      </w:r>
      <w:r/>
    </w:p>
    <w:p>
      <w:pPr>
        <w:pStyle w:val="ListNumber"/>
        <w:spacing w:line="240" w:lineRule="auto"/>
        <w:ind w:left="720"/>
      </w:pPr>
      <w:r/>
      <w:hyperlink r:id="rId14">
        <w:r>
          <w:rPr>
            <w:color w:val="0000EE"/>
            <w:u w:val="single"/>
          </w:rPr>
          <w:t>https://www.transportforireland.ie/events/cork-lgpt-pride-festival-parade-aug/</w:t>
        </w:r>
      </w:hyperlink>
      <w:r>
        <w:t xml:space="preserve"> - The Cork LGBT+ Pride Festival is scheduled from August 1st to 9th, 2026, culminating in the Cork Community Pride Parade on Sunday, August 2nd. The parade will assemble on Grand Parade at 1:00 PM and proceed through Cork city centre, ending with a Party at the Port. Road closures and bus diversions will be in place during the parade. Other events include a Pride Family Fun Day at Fitzgerald Park on Saturday, August 1st, from 12:00 PM to 6:00 PM.</w:t>
      </w:r>
      <w:r/>
    </w:p>
    <w:p>
      <w:pPr>
        <w:pStyle w:val="ListNumber"/>
        <w:spacing w:line="240" w:lineRule="auto"/>
        <w:ind w:left="720"/>
      </w:pPr>
      <w:r/>
      <w:hyperlink r:id="rId15">
        <w:r>
          <w:rPr>
            <w:color w:val="0000EE"/>
            <w:u w:val="single"/>
          </w:rPr>
          <w:t>https://www.purecork.ie/whats-on/11194634/pride-family-picnic-fitzgerald-park-museum-mardyke-01-aug-2026-12pm</w:t>
        </w:r>
      </w:hyperlink>
      <w:r>
        <w:t xml:space="preserve"> - The Pride Family Picnic is scheduled for Saturday, August 1st, 2026, at Fitzgerald Park &amp; Museum in Mardyke, Cork. Organised by a newly formed group of dedicated local volunteers, this event aims to create a vibrant and inclusive community gathering over the August Bank Holiday weekend. The picnic is free and open to all, providing a welcoming space for people of all ages to come together in celebration, solidarity, and support.</w:t>
      </w:r>
      <w:r/>
    </w:p>
    <w:p>
      <w:pPr>
        <w:pStyle w:val="ListNumber"/>
        <w:spacing w:line="240" w:lineRule="auto"/>
        <w:ind w:left="720"/>
      </w:pPr>
      <w:r/>
      <w:hyperlink r:id="rId11">
        <w:r>
          <w:rPr>
            <w:color w:val="0000EE"/>
            <w:u w:val="single"/>
          </w:rPr>
          <w:t>https://www.purecork.ie/whats-on/11194635/cork-community-pride-parade-cork-city-02-aug-2026-1pm</w:t>
        </w:r>
      </w:hyperlink>
      <w:r>
        <w:t xml:space="preserve"> - The Cork Community Pride Parade is set for Sunday, August 2nd, 2026, in Cork city centre. Organised by a grassroots collective of volunteers, the parade will assemble on Grand Parade at 1:00 PM and march through the city centre streets at 2:00 PM. Following the parade, a Pride Family Picnic will take place, offering a joyful and safe environment for everyone to participate. The event is free and fully inclusive, aimed at the LGBTQ+ community, their families, allies, and visitors.</w:t>
      </w:r>
      <w:r/>
    </w:p>
    <w:p>
      <w:pPr>
        <w:pStyle w:val="ListNumber"/>
        <w:spacing w:line="240" w:lineRule="auto"/>
        <w:ind w:left="720"/>
      </w:pPr>
      <w:r/>
      <w:hyperlink r:id="rId12">
        <w:r>
          <w:rPr>
            <w:color w:val="0000EE"/>
            <w:u w:val="single"/>
          </w:rPr>
          <w:t>https://pinkuk.com/events/europe/uk/antrim/portrush/causeway-pride-2026</w:t>
        </w:r>
      </w:hyperlink>
      <w:r>
        <w:t xml:space="preserve"> - Causeway Pride 2026 is scheduled for Saturday, August 1st, 2026, in Portrush, County Antrim, Northern Ireland. The event will commence with a parade at 2:00 PM, followed by a festival and after-party. The theme for the event is to be announced. Further details and updates are available on the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brilliant-lgbtq-events-ireland-august/" TargetMode="External"/><Relationship Id="rId10" Type="http://schemas.openxmlformats.org/officeDocument/2006/relationships/hyperlink" Target="https://www.corkcommunitypride.ie/" TargetMode="External"/><Relationship Id="rId11" Type="http://schemas.openxmlformats.org/officeDocument/2006/relationships/hyperlink" Target="https://www.purecork.ie/whats-on/11194635/cork-community-pride-parade-cork-city-02-aug-2026-1pm" TargetMode="External"/><Relationship Id="rId12" Type="http://schemas.openxmlformats.org/officeDocument/2006/relationships/hyperlink" Target="https://pinkuk.com/events/europe/uk/antrim/portrush/causeway-pride-2026" TargetMode="External"/><Relationship Id="rId13" Type="http://schemas.openxmlformats.org/officeDocument/2006/relationships/hyperlink" Target="https://www.ulster.ac.uk/pride" TargetMode="External"/><Relationship Id="rId14" Type="http://schemas.openxmlformats.org/officeDocument/2006/relationships/hyperlink" Target="https://www.transportforireland.ie/events/cork-lgpt-pride-festival-parade-aug/" TargetMode="External"/><Relationship Id="rId15" Type="http://schemas.openxmlformats.org/officeDocument/2006/relationships/hyperlink" Target="https://www.purecork.ie/whats-on/11194634/pride-family-picnic-fitzgerald-park-museum-mardyke-01-aug-2026-12p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