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 Events in DC This Week: Free Meetups, Markets and Mindfulness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 local energy this week as DC’s LGBT+ scene keeps things social, supportive and affordable , from retro happy hours and beachside brunches to a Black queer flea market, job clubs for career pivots, and free produce and yoga at the community centre. Here’s what to know and where to go.</w:t>
      </w:r>
      <w:r/>
    </w:p>
    <w:p>
      <w:r/>
      <w:r>
        <w:t>Essential Takeaways</w:t>
      </w:r>
      <w:r/>
      <w:r/>
    </w:p>
    <w:p>
      <w:pPr>
        <w:pStyle w:val="ListBullet"/>
        <w:spacing w:line="240" w:lineRule="auto"/>
        <w:ind w:left="720"/>
      </w:pPr>
      <w:r/>
      <w:r>
        <w:rPr>
          <w:b/>
        </w:rPr>
        <w:t>Weekly socials:</w:t>
      </w:r>
      <w:r>
        <w:t xml:space="preserve"> Go Gay DC runs free community happy hour and brunch meetups that feel relaxed and welcoming, perfect for new arrivals or anyone looking to expand their circle.</w:t>
      </w:r>
      <w:r/>
    </w:p>
    <w:p>
      <w:pPr>
        <w:pStyle w:val="ListBullet"/>
        <w:spacing w:line="240" w:lineRule="auto"/>
        <w:ind w:left="720"/>
      </w:pPr>
      <w:r/>
      <w:r>
        <w:rPr>
          <w:b/>
        </w:rPr>
        <w:t>Market vibes:</w:t>
      </w:r>
      <w:r>
        <w:t xml:space="preserve"> Black Gay Flea’s Summer Kickback offers local vendors, arts and small-business stalls , a lively way to shop and support Black LGBTQ+ creators.</w:t>
      </w:r>
      <w:r/>
    </w:p>
    <w:p>
      <w:pPr>
        <w:pStyle w:val="ListBullet"/>
        <w:spacing w:line="240" w:lineRule="auto"/>
        <w:ind w:left="720"/>
      </w:pPr>
      <w:r/>
      <w:r>
        <w:rPr>
          <w:b/>
        </w:rPr>
        <w:t>Practical support:</w:t>
      </w:r>
      <w:r>
        <w:t xml:space="preserve"> Job Club and career services provide structured help for jobseekers, boosting confidence and networking skills.</w:t>
      </w:r>
      <w:r/>
    </w:p>
    <w:p>
      <w:pPr>
        <w:pStyle w:val="ListBullet"/>
        <w:spacing w:line="240" w:lineRule="auto"/>
        <w:ind w:left="720"/>
      </w:pPr>
      <w:r/>
      <w:r>
        <w:rPr>
          <w:b/>
        </w:rPr>
        <w:t>Community care:</w:t>
      </w:r>
      <w:r>
        <w:t xml:space="preserve"> The DC LGBTQ+ Community Center offers free produce distribution and a virtual yoga class, no income proof required, plus social groups for older adults.</w:t>
      </w:r>
      <w:r/>
    </w:p>
    <w:p>
      <w:pPr>
        <w:pStyle w:val="ListBullet"/>
        <w:spacing w:line="240" w:lineRule="auto"/>
        <w:ind w:left="720"/>
      </w:pPr>
      <w:r/>
      <w:r>
        <w:rPr>
          <w:b/>
        </w:rPr>
        <w:t>Low-pressure connection:</w:t>
      </w:r>
      <w:r>
        <w:t xml:space="preserve"> Events like DCAVP’s Soul Centered create spaces for meeting people without the pressure of dating, emphasising mentorship, collaboration and friendship.</w:t>
      </w:r>
      <w:r/>
      <w:r/>
    </w:p>
    <w:p>
      <w:pPr>
        <w:pStyle w:val="Heading2"/>
      </w:pPr>
      <w:r>
        <w:t>Go Gay DC’s happy hour and brunch , easy ways to meet people</w:t>
      </w:r>
      <w:r/>
    </w:p>
    <w:p>
      <w:r/>
      <w:r>
        <w:t>If you like retro bars and relaxed brunches, these are the events to drop into. The happy hour at DIK Bar is a classic neighbourhood hang with discounted drinks and a low-key crowd, while Freddie’s Beach Bar brunch leans into sunny, beachy energy and good conversation. Go Gay DC organises both and posts details on its Eventbrite and Meetup pages.</w:t>
      </w:r>
      <w:r/>
    </w:p>
    <w:p>
      <w:r/>
      <w:r>
        <w:t>These meetups are great for newcomers, allies and people returning to social life after a break. Expect a friendly mix of ages and vibes, and bring cash or card for food and tips. If you’re nervous about walking into a roomful of strangers, plan to arrive with a friend or arrive early , quieter moments make it easier to start a conversation.</w:t>
      </w:r>
      <w:r/>
    </w:p>
    <w:p>
      <w:pPr>
        <w:pStyle w:val="Heading2"/>
      </w:pPr>
      <w:r>
        <w:t>Black Gay Flea: discovery, shopping and creative energy</w:t>
      </w:r>
      <w:r/>
    </w:p>
    <w:p>
      <w:r/>
      <w:r>
        <w:t>Wunder Garten’s Summer Kickback is more than a market; it’s a deliberate space to spotlight Black LGBTQ+ makers, artists and entrepreneurs. Think colourful stalls, handmade goods and chances to meet creators who often aren’t in mainstream retail spaces.</w:t>
      </w:r>
      <w:r/>
    </w:p>
    <w:p>
      <w:r/>
      <w:r>
        <w:t>Supporting small businesses here makes a visible impact. Bring a tote, a curious palate and an appetite for recommendations , you’ll leave with unique finds and stories you can tell friends. These pop-ups also double as networking hubs for creatives and organisers.</w:t>
      </w:r>
      <w:r/>
    </w:p>
    <w:p>
      <w:pPr>
        <w:pStyle w:val="Heading2"/>
      </w:pPr>
      <w:r>
        <w:t>Support programmes: Job Club and career coaching that actually helps</w:t>
      </w:r>
      <w:r/>
    </w:p>
    <w:p>
      <w:r/>
      <w:r>
        <w:t>The weekly Job Club is aimed at helping people move from applying to being competitive candidates. Sessions focus on resilience, productivity and practical search tactics, and they’re accessible via Zoom upon request.</w:t>
      </w:r>
      <w:r/>
    </w:p>
    <w:p>
      <w:r/>
      <w:r>
        <w:t>If you’ve been job hunting for months, this type of group can restore momentum. Prepare a short pitch, have your CV ready and be open to peer feedback. The DC LGBTQ+ Community Center and partner services often share openings and connections too, which matters when networks are crucial.</w:t>
      </w:r>
      <w:r/>
    </w:p>
    <w:p>
      <w:pPr>
        <w:pStyle w:val="Heading2"/>
      </w:pPr>
      <w:r>
        <w:t>Social care for older adults , coffee klatches and women’s groups</w:t>
      </w:r>
      <w:r/>
    </w:p>
    <w:p>
      <w:r/>
      <w:r>
        <w:t>Older LGBT+ adults aren’t left out; Centre Aging runs a Monday Coffee Klatch and a women’s social and discussion group on Zoom. These are cosy, conversational spaces where people meet over a beverage and swap stories, challenges and resources.</w:t>
      </w:r>
      <w:r/>
    </w:p>
    <w:p>
      <w:r/>
      <w:r>
        <w:t>Age-specific groups are where practical needs and companionship meet. If mobility or transport is a barrier, Zoom sessions keep you connected. Contact details are listed on the centre’s site if you want to register or ask about new members.</w:t>
      </w:r>
      <w:r/>
    </w:p>
    <w:p>
      <w:pPr>
        <w:pStyle w:val="Heading2"/>
      </w:pPr>
      <w:r>
        <w:t>Food, wellness and low-barrier support at the Community Center</w:t>
      </w:r>
      <w:r/>
    </w:p>
    <w:p>
      <w:r/>
      <w:r>
        <w:t>The DC LGBTQ+ Community Center’s Fresh Produce Program hands out boxes with no income or residency proof required , a rare, low-barrier lifeline. Recipients are notified before distribution, and organisers ask volunteers to check the centre’s channels for pick lists.</w:t>
      </w:r>
      <w:r/>
    </w:p>
    <w:p>
      <w:r/>
      <w:r>
        <w:t>Complementing that, a weekly virtual yoga class combines breath work and meditation, designed for healing and mindfulness rather than high-intensity fitness. It’s one of those quiet offerings that can change how you get through the week, and it’s free , all you need is a mat and a calm corner.</w:t>
      </w:r>
      <w:r/>
    </w:p>
    <w:p>
      <w:pPr>
        <w:pStyle w:val="Heading2"/>
      </w:pPr>
      <w:r>
        <w:t>Soul Centered and low-pressure connection spaces</w:t>
      </w:r>
      <w:r/>
    </w:p>
    <w:p>
      <w:r/>
      <w:r>
        <w:t>Not every meetup is about dating. DC Anti-Violence Project’s Soul Centered at Thurst Lounge frames gatherings as places to meet mentors, collaborators and friends first. It’s a relief for people tired of swipe culture; expect conversation starters and facilitated moments rather than pick-up lines.</w:t>
      </w:r>
      <w:r/>
    </w:p>
    <w:p>
      <w:r/>
      <w:r>
        <w:t>These formats reflect a shift towards community-first events in the DC scene, where connection is the goal and romance is optional. Bring curiosity and a listening ear, and you’ll likely leave with new contacts or ideas.</w:t>
      </w:r>
      <w:r/>
    </w:p>
    <w:p>
      <w:r/>
      <w:r>
        <w:t>It's a small change that can make every meetup more meaningful , pick one event, go, and see who turns up.</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14">
        <w:r>
          <w:rPr>
            <w:color w:val="0000EE"/>
            <w:u w:val="single"/>
          </w:rPr>
          <w:t>[5]</w:t>
        </w:r>
      </w:hyperlink>
      <w:r>
        <w:t xml:space="preserve">, </w:t>
      </w:r>
      <w:hyperlink r:id="rId12">
        <w:r>
          <w:rPr>
            <w:color w:val="0000EE"/>
            <w:u w:val="single"/>
          </w:rPr>
          <w:t>[3]</w:t>
        </w:r>
      </w:hyperlink>
      <w:r>
        <w:t xml:space="preserve">- Paragraph 4: </w:t>
      </w:r>
      <w:hyperlink r:id="rId14">
        <w:r>
          <w:rPr>
            <w:color w:val="0000EE"/>
            <w:u w:val="single"/>
          </w:rPr>
          <w:t>[5]</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0">
        <w:r>
          <w:rPr>
            <w:color w:val="0000EE"/>
            <w:u w:val="single"/>
          </w:rPr>
          <w:t>[2]</w:t>
        </w:r>
      </w:hyperlink>
      <w:r>
        <w:t xml:space="preserve">- Paragraph 6: </w:t>
      </w:r>
      <w:hyperlink r:id="rId9">
        <w:r>
          <w:rPr>
            <w:color w:val="0000EE"/>
            <w:u w:val="single"/>
          </w:rPr>
          <w:t>[1]</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https://www.washingtonblade.com/2026/07/31/lgbtq-events-calendar-july-31-august-6/?utm_source=rss&amp;utm_medium=rss&amp;utm_campaign=lgbtq-events-calendar-july-31-august-6</w:t>
        </w:r>
      </w:hyperlink>
      <w:r>
        <w:t xml:space="preserve"> - Please view link - unable to able to access data</w:t>
      </w:r>
      <w:r/>
    </w:p>
    <w:p>
      <w:pPr>
        <w:pStyle w:val="ListNumber"/>
        <w:spacing w:line="240" w:lineRule="auto"/>
        <w:ind w:left="720"/>
      </w:pPr>
      <w:r/>
      <w:hyperlink r:id="rId10">
        <w:r>
          <w:rPr>
            <w:color w:val="0000EE"/>
            <w:u w:val="single"/>
          </w:rPr>
          <w:t>https://www.gogaydc.com/</w:t>
        </w:r>
      </w:hyperlink>
      <w:r>
        <w:t xml:space="preserve"> - Go Gay DC is a grassroots movement that brings inclusive LGBTQ+ community spirit to the Washington, DC, Maryland, and Virginia area (DMV). Founded in 2008, it focuses on friendship, leadership, and service, connecting over 10,000 LGBTQ+ individuals through various events and activities. The organisation hosts regular gatherings, including Coffee and Conversation sessions, First Friday Socials, and monthly Community Brunches at Freddie's Beach Bar &amp; Restaurant. Their mission is to foster authentic human connections beyond digital platforms, celebrating the vibrancy of the nation's capital.</w:t>
      </w:r>
      <w:r/>
    </w:p>
    <w:p>
      <w:pPr>
        <w:pStyle w:val="ListNumber"/>
        <w:spacing w:line="240" w:lineRule="auto"/>
        <w:ind w:left="720"/>
      </w:pPr>
      <w:r/>
      <w:hyperlink r:id="rId12">
        <w:r>
          <w:rPr>
            <w:color w:val="0000EE"/>
            <w:u w:val="single"/>
          </w:rPr>
          <w:t>https://www.meetup.com/gogaydc/events/312681037/</w:t>
        </w:r>
      </w:hyperlink>
      <w:r>
        <w:t xml:space="preserve"> - This Meetup event, hosted by Go Gay DC, is an LGBTQ+ Community Brunch at Freddie's Beach Bar &amp; Restaurant in Arlington, Virginia. Scheduled for Saturday, March 21, 2026, at 11:00 AM, the brunch offers an all-you-can-eat buffet, including a mimosa or coffee/tea, and dessert for $14.99. Attendees can socialise with fellow LGBTQ+ individuals and allies in a safe, inclusive space. The event is free to attend; guests pay for their orders separately. Casual attire is recommended, and attendees are encouraged to bring friends and share photos on social media with #gogaydc.</w:t>
      </w:r>
      <w:r/>
    </w:p>
    <w:p>
      <w:pPr>
        <w:pStyle w:val="ListNumber"/>
        <w:spacing w:line="240" w:lineRule="auto"/>
        <w:ind w:left="720"/>
      </w:pPr>
      <w:r/>
      <w:hyperlink r:id="rId13">
        <w:r>
          <w:rPr>
            <w:color w:val="0000EE"/>
            <w:u w:val="single"/>
          </w:rPr>
          <w:t>https://www.meetup.com/gogaydc/events/312709086/</w:t>
        </w:r>
      </w:hyperlink>
      <w:r>
        <w:t xml:space="preserve"> - Go Gay DC is hosting an LGBTQ+ Community Happy Hour at DIK Bar (DuPont Italian Kitchen) in Washington, DC, on Friday, March 27, 2026, from 7:00 PM to 9:00 PM. The event aims to bring together members of the LGBTQ+ community for socialising and community building. DIK Bar is located upstairs at DuPont Italian Kitchen. The event is free to attend, with a cash bar available. Casual attire is appropriate, and attendees are encouraged to arrive at their convenience. The event is open to everyone, regardless of location, and is a safe, inclusive space for all.</w:t>
      </w:r>
      <w:r/>
    </w:p>
    <w:p>
      <w:pPr>
        <w:pStyle w:val="ListNumber"/>
        <w:spacing w:line="240" w:lineRule="auto"/>
        <w:ind w:left="720"/>
      </w:pPr>
      <w:r/>
      <w:hyperlink r:id="rId14">
        <w:r>
          <w:rPr>
            <w:color w:val="0000EE"/>
            <w:u w:val="single"/>
          </w:rPr>
          <w:t>https://www.meetup.com/dmv-lgbtq-events/events/314758131/</w:t>
        </w:r>
      </w:hyperlink>
      <w:r>
        <w:t xml:space="preserve"> - This Meetup event, hosted by DMV LGBTQ Events, is an LGBTQ+ Community Happy Hour at DIK Bar (DuPont Italian Kitchen) in Washington, DC, on Friday, July 31, 2026, from 7:00 PM to 9:00 PM. The event is designed for members of the LGBTQ+ community to make new connections and engage in community building. DIK Bar is located upstairs at DuPont Italian Kitchen. The event is free to attend, with a cash bar available. Casual attire is appropriate, and attendees are encouraged to arrive at their convenience. The event is open to everyone, regardless of location, and is a safe, inclusive space for all.</w:t>
      </w:r>
      <w:r/>
    </w:p>
    <w:p>
      <w:pPr>
        <w:pStyle w:val="ListNumber"/>
        <w:spacing w:line="240" w:lineRule="auto"/>
        <w:ind w:left="720"/>
      </w:pPr>
      <w:r/>
      <w:hyperlink r:id="rId11">
        <w:r>
          <w:rPr>
            <w:color w:val="0000EE"/>
            <w:u w:val="single"/>
          </w:rPr>
          <w:t>https://www.happeningnext.com/event/lgbtq-community-brunch-freddies-beach-bar-andamp-restaurant-eid1ef09e9pd4xr</w:t>
        </w:r>
      </w:hyperlink>
      <w:r>
        <w:t xml:space="preserve"> - This event, hosted by Go Gay DC, is an LGBTQ+ Community Brunch at Freddie's Beach Bar &amp; Restaurant in Arlington, Virginia, on Saturday, September 13, 2025, at 11:00 AM. The brunch offers an all-you-can-eat buffet, including a mimosa or coffee/tea, and dessert for $14.99. Attendees can socialise with fellow LGBTQ+ individuals and allies in a safe, inclusive space. The event is free to attend; guests pay for their orders separately. Casual attire is recommended, and attendees are encouraged to bring friends and share photos on social media with #gogaydc.</w:t>
      </w:r>
      <w:r/>
    </w:p>
    <w:p>
      <w:pPr>
        <w:pStyle w:val="ListNumber"/>
        <w:spacing w:line="240" w:lineRule="auto"/>
        <w:ind w:left="720"/>
      </w:pPr>
      <w:r/>
      <w:hyperlink r:id="rId15">
        <w:r>
          <w:rPr>
            <w:color w:val="0000EE"/>
            <w:u w:val="single"/>
          </w:rPr>
          <w:t>https://www.axios.com/local/washington-dc/2023/02/24/new-dc-lgbtq-nightclub-bunker</w:t>
        </w:r>
      </w:hyperlink>
      <w:r>
        <w:t xml:space="preserve"> - Bunker, a new LGBTQ+ nightclub, has opened in Washington D.C. at the former Tropicalia location on 14th and U streets. The venue features a unique fallout shelter theme, with radioactive warnings on the concrete walls, a countdown clock above the DJ booth, and themed décor like gas masks and faux medicine bottles. The nightclub aims to reinvigorate D.C.'s LGBTQ+ nightlife scene, which has seen fluctuations in recent years due to the closing of long-standing venues like the DC Eagle. Bunker will offer diverse music nights, including electro-pop on Thursdays and disco on Sundays, along with drag performances showcasing a broad range of LGBTQ+ talent. The club is hosting its opening weekend with free happy hours and nightly DJ sets. Following happy hour, a cover charge of $10-$30 will apply, and an ATM is available nearby.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ashingtonblade.com/2026/07/31/lgbtq-events-calendar-july-31-august-6/?utm_source=rss&amp;utm_medium=rss&amp;utm_campaign=lgbtq-events-calendar-july-31-august-6" TargetMode="External"/><Relationship Id="rId10" Type="http://schemas.openxmlformats.org/officeDocument/2006/relationships/hyperlink" Target="https://www.gogaydc.com/" TargetMode="External"/><Relationship Id="rId11" Type="http://schemas.openxmlformats.org/officeDocument/2006/relationships/hyperlink" Target="https://www.happeningnext.com/event/lgbtq-community-brunch-freddies-beach-bar-andamp-restaurant-eid1ef09e9pd4xr" TargetMode="External"/><Relationship Id="rId12" Type="http://schemas.openxmlformats.org/officeDocument/2006/relationships/hyperlink" Target="https://www.meetup.com/gogaydc/events/312681037/" TargetMode="External"/><Relationship Id="rId13" Type="http://schemas.openxmlformats.org/officeDocument/2006/relationships/hyperlink" Target="https://www.meetup.com/gogaydc/events/312709086/" TargetMode="External"/><Relationship Id="rId14" Type="http://schemas.openxmlformats.org/officeDocument/2006/relationships/hyperlink" Target="https://www.meetup.com/dmv-lgbtq-events/events/314758131/" TargetMode="External"/><Relationship Id="rId15" Type="http://schemas.openxmlformats.org/officeDocument/2006/relationships/hyperlink" Target="https://www.axios.com/local/washington-dc/2023/02/24/new-dc-lgbtq-nightclub-bunk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