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Heartstopper Forever Viewing Tips for Families and Fans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settling into a cosy, optimistic world with Heartstopper Forever , a gentle, polished Netflix finale that matters because it shows queer teens as ordinary lovers, and because it’s an easy on-ramp for parents, grandparents and anyone curious about modern youth identity.</w:t>
      </w:r>
      <w:r/>
    </w:p>
    <w:p>
      <w:r/>
      <w:r>
        <w:t>Essential Takeaways</w:t>
      </w:r>
      <w:r/>
      <w:r/>
    </w:p>
    <w:p>
      <w:pPr>
        <w:pStyle w:val="ListBullet"/>
        <w:spacing w:line="240" w:lineRule="auto"/>
        <w:ind w:left="720"/>
      </w:pPr>
      <w:r/>
      <w:r>
        <w:rPr>
          <w:b/>
        </w:rPr>
        <w:t>Feel-good tone:</w:t>
      </w:r>
      <w:r>
        <w:t xml:space="preserve"> Heartstopper Forever keeps the series’ soft, wholesome vibe , emotionally resonant, rarely shocking.</w:t>
      </w:r>
      <w:r/>
    </w:p>
    <w:p>
      <w:pPr>
        <w:pStyle w:val="ListBullet"/>
        <w:spacing w:line="240" w:lineRule="auto"/>
        <w:ind w:left="720"/>
      </w:pPr>
      <w:r/>
      <w:r>
        <w:rPr>
          <w:b/>
        </w:rPr>
        <w:t>Not strictly realistic:</w:t>
      </w:r>
      <w:r>
        <w:t xml:space="preserve"> The school and community feel almost utopian, with constant understanding and therapeutic conversations.</w:t>
      </w:r>
      <w:r/>
    </w:p>
    <w:p>
      <w:pPr>
        <w:pStyle w:val="ListBullet"/>
        <w:spacing w:line="240" w:lineRule="auto"/>
        <w:ind w:left="720"/>
      </w:pPr>
      <w:r/>
      <w:r>
        <w:rPr>
          <w:b/>
        </w:rPr>
        <w:t>Accessible for families:</w:t>
      </w:r>
      <w:r>
        <w:t xml:space="preserve"> A good pick for parents or grandparents who want insight into LGBTQ+ youth experiences.</w:t>
      </w:r>
      <w:r/>
    </w:p>
    <w:p>
      <w:pPr>
        <w:pStyle w:val="ListBullet"/>
        <w:spacing w:line="240" w:lineRule="auto"/>
        <w:ind w:left="720"/>
      </w:pPr>
      <w:r/>
      <w:r>
        <w:rPr>
          <w:b/>
        </w:rPr>
        <w:t>Mature themes, mild handling:</w:t>
      </w:r>
      <w:r>
        <w:t xml:space="preserve"> Characters are older and sexuality is more present, but scenes remain restrained and carefully framed.</w:t>
      </w:r>
      <w:r/>
    </w:p>
    <w:p>
      <w:pPr>
        <w:pStyle w:val="ListBullet"/>
        <w:spacing w:line="240" w:lineRule="auto"/>
        <w:ind w:left="720"/>
      </w:pPr>
      <w:r/>
      <w:r>
        <w:rPr>
          <w:b/>
        </w:rPr>
        <w:t>Mixed critical response:</w:t>
      </w:r>
      <w:r>
        <w:t xml:space="preserve"> Many reviewers call the film a fitting, tidy farewell, though some find it overly polished or cautious.</w:t>
      </w:r>
      <w:r/>
      <w:r/>
    </w:p>
    <w:p>
      <w:pPr>
        <w:pStyle w:val="Heading2"/>
      </w:pPr>
      <w:r>
        <w:t>Why Heartstopper Still Hooks You , even if it’s a little unreal</w:t>
      </w:r>
      <w:r/>
    </w:p>
    <w:p>
      <w:r/>
      <w:r>
        <w:t>The first thing you notice is how warm it feels; the colours, the music, the easy laughs all give the show and film a gentle glow. Critics have pointed out that the school depicted is almost dreamlike , a place where every identity seems represented and empathy is the default. That’s not an accident: the creators chose comfort and visibility over gritty realism, and for many viewers that trade-off works. If you want realism, look elsewhere; if you want a reassuring mirror for young queer feelings, this delivers.</w:t>
      </w:r>
      <w:r/>
    </w:p>
    <w:p>
      <w:pPr>
        <w:pStyle w:val="Heading2"/>
      </w:pPr>
      <w:r>
        <w:t>How the film wraps up the story , and why Netflix went with a movie</w:t>
      </w:r>
      <w:r/>
    </w:p>
    <w:p>
      <w:r/>
      <w:r>
        <w:t>After season three didn’t justify a fourth season in Netflix’s numbers, the streamer opted for a single film to close things neatly. Heartstopper Forever revisits familiar faces who’ve aged a little, so conversations and relationships carry more adult weight. Reviewers generally agree it’s a fitting farewell that keeps the core themes intact, even if it avoids big, risky moves. For fans, it’s closure; for newcomers, it’s a tidy, standalone way to meet the characters.</w:t>
      </w:r>
      <w:r/>
    </w:p>
    <w:p>
      <w:pPr>
        <w:pStyle w:val="Heading2"/>
      </w:pPr>
      <w:r>
        <w:t>What parents and grandparents should know before watching</w:t>
      </w:r>
      <w:r/>
    </w:p>
    <w:p>
      <w:r/>
      <w:r>
        <w:t>This is a gentle introduction rather than a hard-hitting portrait. Parents who worry about explicit content will likely be reassured , sex is acknowledged and discussed, but not shown in graphic detail. The film can be a conversation-starter: use a quiet night in to watch together, pause for questions, and let young viewers explain what resonated. For older family members it’s an easy lesson in how small gestures , holding hands, coming out , can carry huge emotional weight for teens.</w:t>
      </w:r>
      <w:r/>
    </w:p>
    <w:p>
      <w:pPr>
        <w:pStyle w:val="Heading2"/>
      </w:pPr>
      <w:r>
        <w:t>Critics’ main gripes , polished finish vs. emotional depth</w:t>
      </w:r>
      <w:r/>
    </w:p>
    <w:p>
      <w:r/>
      <w:r>
        <w:t>Some reviewers praise Heartstopper Forever for staying true to its tone and characters, calling it an affectionate farewell that feels earned. Others say it’s too neat, bordering on safe; the polish can make the drama less urgent than it might have been. If you prefer messy, ambiguous coming-of-age stories, you may find this a bit sanitised. But if you want confidence, representation and a generally uplifting arc, you’ll leave feeling warm.</w:t>
      </w:r>
      <w:r/>
    </w:p>
    <w:p>
      <w:pPr>
        <w:pStyle w:val="Heading2"/>
      </w:pPr>
      <w:r>
        <w:t>Practical viewing tips , how to make the most of the film</w:t>
      </w:r>
      <w:r/>
    </w:p>
    <w:p>
      <w:r/>
      <w:r>
        <w:t>Watch with someone you can chat with afterwards; the film is designed to spark gentle conversation rather than demand analysis. Pay attention to the small gestures and dialogue that normalise queer relationships , they’re the heart of the story. If you’re introducing older relatives, start with an episode of the series first to build familiarity, then move on to the film for closure.</w:t>
      </w:r>
      <w:r/>
    </w:p>
    <w:p>
      <w:r/>
      <w:r>
        <w:t>It's a small change that can make every viewing feel a little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4">
        <w:r>
          <w:rPr>
            <w:color w:val="0000EE"/>
            <w:u w:val="single"/>
          </w:rPr>
          <w:t>[5]</w:t>
        </w:r>
      </w:hyperlink>
      <w:r>
        <w:t xml:space="preserve">- Paragraph 4: </w:t>
      </w:r>
      <w:hyperlink r:id="rId11">
        <w:r>
          <w:rPr>
            <w:color w:val="0000EE"/>
            <w:u w:val="single"/>
          </w:rPr>
          <w:t>[3]</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https://www.telegraaf.nl/lifestyle/vrije-tijd/de-kijktip-van-video-verslaggever-max-van-den-broek-onrealistische-wereld-vol-cliches-je-blijft-kijken/157030599.html</w:t>
        </w:r>
      </w:hyperlink>
      <w:r>
        <w:t xml:space="preserve"> - Please view link - unable to able to access data</w:t>
      </w:r>
      <w:r/>
    </w:p>
    <w:p>
      <w:pPr>
        <w:pStyle w:val="ListNumber"/>
        <w:spacing w:line="240" w:lineRule="auto"/>
        <w:ind w:left="720"/>
      </w:pPr>
      <w:r/>
      <w:hyperlink r:id="rId10">
        <w:r>
          <w:rPr>
            <w:color w:val="0000EE"/>
            <w:u w:val="single"/>
          </w:rPr>
          <w:t>https://www.rottentomatoes.com/m/heartstopper_forever</w:t>
        </w:r>
      </w:hyperlink>
      <w:r>
        <w:t xml:space="preserve"> - 'Heartstopper Forever' is a Netflix film that continues the story of Nick and Charlie as they navigate the challenges of a long-distance relationship. The film has received positive reviews, holding a 93% rating on Rotten Tomatoes from 40 critic reviews and an 88% audience score from over 250 ratings. Critics praise the film for its heartfelt conclusion and the maturity it brings to the characters' journey. (</w:t>
      </w:r>
      <w:hyperlink r:id="rId15">
        <w:r>
          <w:rPr>
            <w:color w:val="0000EE"/>
            <w:u w:val="single"/>
          </w:rPr>
          <w:t>rottentomatoes.com</w:t>
        </w:r>
      </w:hyperlink>
      <w:r>
        <w:t>)</w:t>
      </w:r>
      <w:r/>
    </w:p>
    <w:p>
      <w:pPr>
        <w:pStyle w:val="ListNumber"/>
        <w:spacing w:line="240" w:lineRule="auto"/>
        <w:ind w:left="720"/>
      </w:pPr>
      <w:r/>
      <w:hyperlink r:id="rId11">
        <w:r>
          <w:rPr>
            <w:color w:val="0000EE"/>
            <w:u w:val="single"/>
          </w:rPr>
          <w:t>https://www.theguardian.com/film/2026/jul/17/heartstopper-forever-movie-review</w:t>
        </w:r>
      </w:hyperlink>
      <w:r>
        <w:t xml:space="preserve"> - In this review, 'Heartstopper Forever' is described as a film-length finale to the teen LGBTQ+ show that has poignant moments but feels like fan service by numbers. The film covers a year in the couple’s life over two hours and four parts, often feeling like a slapdash game of Issues Bingo. The review notes that while the film is delightful, it treats the characters with kid gloves. (</w:t>
      </w:r>
      <w:hyperlink r:id="rId16">
        <w:r>
          <w:rPr>
            <w:color w:val="0000EE"/>
            <w:u w:val="single"/>
          </w:rPr>
          <w:t>theguardian.com</w:t>
        </w:r>
      </w:hyperlink>
      <w:r>
        <w:t>)</w:t>
      </w:r>
      <w:r/>
    </w:p>
    <w:p>
      <w:pPr>
        <w:pStyle w:val="ListNumber"/>
        <w:spacing w:line="240" w:lineRule="auto"/>
        <w:ind w:left="720"/>
      </w:pPr>
      <w:r/>
      <w:hyperlink r:id="rId12">
        <w:r>
          <w:rPr>
            <w:color w:val="0000EE"/>
            <w:u w:val="single"/>
          </w:rPr>
          <w:t>https://www.filmfocusonline.com/post/heartstopper-forever-review</w:t>
        </w:r>
      </w:hyperlink>
      <w:r>
        <w:t xml:space="preserve"> - This review highlights the journey of Nick and Charlie, who began as unexpected friends and developed into a cherished love story. The film is praised for reminding and inspiring millions to be their authentic selves and for portraying the biggest moments in life as everyday conversations and tentative glances across the room. (</w:t>
      </w:r>
      <w:hyperlink r:id="rId17">
        <w:r>
          <w:rPr>
            <w:color w:val="0000EE"/>
            <w:u w:val="single"/>
          </w:rPr>
          <w:t>filmfocusonline.com</w:t>
        </w:r>
      </w:hyperlink>
      <w:r>
        <w:t>)</w:t>
      </w:r>
      <w:r/>
    </w:p>
    <w:p>
      <w:pPr>
        <w:pStyle w:val="ListNumber"/>
        <w:spacing w:line="240" w:lineRule="auto"/>
        <w:ind w:left="720"/>
      </w:pPr>
      <w:r/>
      <w:hyperlink r:id="rId14">
        <w:r>
          <w:rPr>
            <w:color w:val="0000EE"/>
            <w:u w:val="single"/>
          </w:rPr>
          <w:t>https://www.nme.com/reviews/film-reviews/heartstopper-forever-review-joe-locke-kit-connor-netflix-3957343</w:t>
        </w:r>
      </w:hyperlink>
      <w:r>
        <w:t xml:space="preserve"> - This review discusses the success of 'Heartstopper' since its premiere in 2022, noting that it supplied a healthy dose of LGBTQ+ representation. The film concludes the story with a two-hour special, and the review highlights the film's portrayal of the blossoming romance between Nick and Charlie and the comforting vision of British high school life it offers. (</w:t>
      </w:r>
      <w:hyperlink r:id="rId18">
        <w:r>
          <w:rPr>
            <w:color w:val="0000EE"/>
            <w:u w:val="single"/>
          </w:rPr>
          <w:t>nme.com</w:t>
        </w:r>
      </w:hyperlink>
      <w:r>
        <w:t>)</w:t>
      </w:r>
      <w:r/>
    </w:p>
    <w:p>
      <w:pPr>
        <w:pStyle w:val="ListNumber"/>
        <w:spacing w:line="240" w:lineRule="auto"/>
        <w:ind w:left="720"/>
      </w:pPr>
      <w:r/>
      <w:hyperlink r:id="rId13">
        <w:r>
          <w:rPr>
            <w:color w:val="0000EE"/>
            <w:u w:val="single"/>
          </w:rPr>
          <w:t>https://www.cinemaexpress.com/english/review/2026/Jul/18/heartstopper-forever-review-a-fitting-farewell-even-if-not-a-perfect-one</w:t>
        </w:r>
      </w:hyperlink>
      <w:r>
        <w:t xml:space="preserve"> - This review discusses the unanimous love that 'Heartstopper' has across three seasons and notes that the film takes a conventional route of contemporary rom-coms. The review questions if it is the perfect ending to a story that has traveled with viewers this far along. (</w:t>
      </w:r>
      <w:hyperlink r:id="rId19">
        <w:r>
          <w:rPr>
            <w:color w:val="0000EE"/>
            <w:u w:val="single"/>
          </w:rPr>
          <w:t>cinemaexpress.com</w:t>
        </w:r>
      </w:hyperlink>
      <w:r>
        <w:t>)</w:t>
      </w:r>
      <w:r/>
    </w:p>
    <w:p>
      <w:pPr>
        <w:pStyle w:val="ListNumber"/>
        <w:spacing w:line="240" w:lineRule="auto"/>
        <w:ind w:left="720"/>
      </w:pPr>
      <w:r/>
      <w:hyperlink r:id="rId10">
        <w:r>
          <w:rPr>
            <w:color w:val="0000EE"/>
            <w:u w:val="single"/>
          </w:rPr>
          <w:t>https://www.rottentomatoes.com/m/heartstopper_forever</w:t>
        </w:r>
      </w:hyperlink>
      <w:r>
        <w:t xml:space="preserve"> - 'Heartstopper Forever' is a Netflix film that continues the story of Nick and Charlie as they navigate the challenges of a long-distance relationship. The film has received positive reviews, holding a 93% rating on Rotten Tomatoes from 40 critic reviews and an 88% audience score from over 250 ratings. Critics praise the film for its heartfelt conclusion and the maturity it brings to the characters' journey. (</w:t>
      </w:r>
      <w:hyperlink r:id="rId15">
        <w:r>
          <w:rPr>
            <w:color w:val="0000EE"/>
            <w:u w:val="single"/>
          </w:rPr>
          <w:t>rottentomatoes.com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elegraaf.nl/lifestyle/vrije-tijd/de-kijktip-van-video-verslaggever-max-van-den-broek-onrealistische-wereld-vol-cliches-je-blijft-kijken/157030599.html" TargetMode="External"/><Relationship Id="rId10" Type="http://schemas.openxmlformats.org/officeDocument/2006/relationships/hyperlink" Target="https://www.rottentomatoes.com/m/heartstopper_forever" TargetMode="External"/><Relationship Id="rId11" Type="http://schemas.openxmlformats.org/officeDocument/2006/relationships/hyperlink" Target="https://www.theguardian.com/film/2026/jul/17/heartstopper-forever-movie-review" TargetMode="External"/><Relationship Id="rId12" Type="http://schemas.openxmlformats.org/officeDocument/2006/relationships/hyperlink" Target="https://www.filmfocusonline.com/post/heartstopper-forever-review" TargetMode="External"/><Relationship Id="rId13" Type="http://schemas.openxmlformats.org/officeDocument/2006/relationships/hyperlink" Target="https://www.cinemaexpress.com/english/review/2026/Jul/18/heartstopper-forever-review-a-fitting-farewell-even-if-not-a-perfect-one" TargetMode="External"/><Relationship Id="rId14" Type="http://schemas.openxmlformats.org/officeDocument/2006/relationships/hyperlink" Target="https://www.nme.com/reviews/film-reviews/heartstopper-forever-review-joe-locke-kit-connor-netflix-3957343" TargetMode="External"/><Relationship Id="rId15" Type="http://schemas.openxmlformats.org/officeDocument/2006/relationships/hyperlink" Target="https://www.rottentomatoes.com/m/heartstopper_forever?utm_source=openai" TargetMode="External"/><Relationship Id="rId16" Type="http://schemas.openxmlformats.org/officeDocument/2006/relationships/hyperlink" Target="https://www.theguardian.com/film/2026/jul/17/heartstopper-forever-movie-review?utm_source=openai" TargetMode="External"/><Relationship Id="rId17" Type="http://schemas.openxmlformats.org/officeDocument/2006/relationships/hyperlink" Target="https://www.filmfocusonline.com/post/heartstopper-forever-review?utm_source=openai" TargetMode="External"/><Relationship Id="rId18" Type="http://schemas.openxmlformats.org/officeDocument/2006/relationships/hyperlink" Target="https://www.nme.com/reviews/film-reviews/heartstopper-forever-review-joe-locke-kit-connor-netflix-3957343?utm_source=openai" TargetMode="External"/><Relationship Id="rId19" Type="http://schemas.openxmlformats.org/officeDocument/2006/relationships/hyperlink" Target="https://www.cinemaexpress.com/english/review/2026/Jul/18/heartstopper-forever-review-a-fitting-farewell-even-if-not-a-perfect-on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