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Gay Movies to Watch Now: Essential Queer Cinema Picks for Your Watchlist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streamers are returning to queer cinema for richer stories and bigger feelings , from tender first loves to messy, hard-won lives. This guide highlights 20 essential gay movies, where they matter, and why they still shape how we see identity, love, and chosen family on screen.</w:t>
      </w:r>
      <w:r/>
    </w:p>
    <w:p>
      <w:r/>
      <w:r>
        <w:t>Essential Takeaways</w:t>
      </w:r>
      <w:r/>
      <w:r/>
    </w:p>
    <w:p>
      <w:pPr>
        <w:pStyle w:val="ListBullet"/>
        <w:spacing w:line="240" w:lineRule="auto"/>
        <w:ind w:left="720"/>
      </w:pPr>
      <w:r/>
      <w:r>
        <w:rPr>
          <w:b/>
        </w:rPr>
        <w:t>Standout films:</w:t>
      </w:r>
      <w:r>
        <w:t xml:space="preserve"> Moonlight, Brokeback Mountain and Portrait of a Lady on Fire are widely regarded as modern milestones with powerful performances.</w:t>
      </w:r>
      <w:r/>
    </w:p>
    <w:p>
      <w:pPr>
        <w:pStyle w:val="ListBullet"/>
        <w:spacing w:line="240" w:lineRule="auto"/>
        <w:ind w:left="720"/>
      </w:pPr>
      <w:r/>
      <w:r>
        <w:rPr>
          <w:b/>
        </w:rPr>
        <w:t>Varied tones:</w:t>
      </w:r>
      <w:r>
        <w:t xml:space="preserve"> Choices range from intimate, quiet dramas to energetic comedies and bold thrillers , something for every mood.</w:t>
      </w:r>
      <w:r/>
    </w:p>
    <w:p>
      <w:pPr>
        <w:pStyle w:val="ListBullet"/>
        <w:spacing w:line="240" w:lineRule="auto"/>
        <w:ind w:left="720"/>
      </w:pPr>
      <w:r/>
      <w:r>
        <w:rPr>
          <w:b/>
        </w:rPr>
        <w:t>Cultural impact:</w:t>
      </w:r>
      <w:r>
        <w:t xml:space="preserve"> Several titles changed mainstream perception of LGBTQ+ stories and won major awards, signalling wider acceptance.</w:t>
      </w:r>
      <w:r/>
    </w:p>
    <w:p>
      <w:pPr>
        <w:pStyle w:val="ListBullet"/>
        <w:spacing w:line="240" w:lineRule="auto"/>
        <w:ind w:left="720"/>
      </w:pPr>
      <w:r/>
      <w:r>
        <w:rPr>
          <w:b/>
        </w:rPr>
        <w:t>Accessibility tips:</w:t>
      </w:r>
      <w:r>
        <w:t xml:space="preserve"> Many titles appear on streaming services; consider regional availability and free trials to explore more.</w:t>
      </w:r>
      <w:r/>
    </w:p>
    <w:p>
      <w:pPr>
        <w:pStyle w:val="ListBullet"/>
        <w:spacing w:line="240" w:lineRule="auto"/>
        <w:ind w:left="720"/>
      </w:pPr>
      <w:r/>
      <w:r>
        <w:rPr>
          <w:b/>
        </w:rPr>
        <w:t>Emotional textures:</w:t>
      </w:r>
      <w:r>
        <w:t xml:space="preserve"> Expect quiet ache (Moonlight), combustible longing (Brokeback Mountain) and slow-burn intimacy (Portrait of a Lady on Fire).</w:t>
      </w:r>
      <w:r/>
      <w:r/>
    </w:p>
    <w:p>
      <w:pPr>
        <w:pStyle w:val="Heading2"/>
      </w:pPr>
      <w:r>
        <w:t>Why these 20 films still matter , and hit so hard</w:t>
      </w:r>
      <w:r/>
    </w:p>
    <w:p>
      <w:r/>
      <w:r>
        <w:t>Queer cinema has moved from the margins to the mainstream, and these films show why. Moonlight offers a painfully intimate coming-of-age portrait that lingers long after the credits, while Brokeback Mountain reframed how audiences think about love and loss across decades. Portrait of a Lady on Fire proves romance can be sculpted out of silence and light. Together they prove representation isn’t just visibility; it’s complexity, nuance and emotional truth.</w:t>
      </w:r>
      <w:r/>
    </w:p>
    <w:p>
      <w:r/>
      <w:r>
        <w:t>Backstory: Many of these movies arrived during moments when audiences were hungry for authenticity. Moonlight’s Best Picture win and Brokeback Mountain’s cultural footprint helped push queer stories into awards chatter and wider distribution. Practical tip: start with one that matches your mood , quiet and reflective, or bold and confrontational , and let it steer your next pick.</w:t>
      </w:r>
      <w:r/>
    </w:p>
    <w:p>
      <w:pPr>
        <w:pStyle w:val="Heading2"/>
      </w:pPr>
      <w:r>
        <w:t>Picks that changed the conversation</w:t>
      </w:r>
      <w:r/>
    </w:p>
    <w:p>
      <w:r/>
      <w:r>
        <w:t>Certain titles reshaped public conversation. Brokeback Mountain did more than tell a forbidden love story; it exposed the costs of secrecy and societal pressure. Paris Is Burning preserved the ballroom scene’s inventiveness while documenting resilience and creativity. Films like Call Me by Your Name and Carol brought sensuality and longing into mainstream arthouse circles, making space for queer feeling in period and sunlit settings.</w:t>
      </w:r>
      <w:r/>
    </w:p>
    <w:p>
      <w:r/>
      <w:r>
        <w:t>Trend note: award recognition often amplifies a film’s reach, so award winners and nominees on this list are solid starting points if you want culturally significant cinema. Practical insight: pairing a major title with a documentary from the same era gives you context , for instance, watch Paris Is Burning alongside a modern drama to see evolution in representation.</w:t>
      </w:r>
      <w:r/>
    </w:p>
    <w:p>
      <w:pPr>
        <w:pStyle w:val="Heading2"/>
      </w:pPr>
      <w:r>
        <w:t>Small budgets, big voices , where form meets guts</w:t>
      </w:r>
      <w:r/>
    </w:p>
    <w:p>
      <w:r/>
      <w:r>
        <w:t>Tangerine proves you don’t need a Hollywood budget to be unforgettable; shot on smartphones, it’s energetic, immediate and alive. Indie films like Pariah and Lingua Franca offer intimate portraits that mainstream studios might never have greenlit, and that’s precisely their power , the freedom to depict marginalised lives without compromise.</w:t>
      </w:r>
      <w:r/>
    </w:p>
    <w:p>
      <w:r/>
      <w:r>
        <w:t>Context: the rise of affordable tech and festival platforms helped these films find audiences. If you want to support diverse voices, check festival line-ups and independent distributors. Practical tip: look for director Q&amp;As or festival extras when streaming , they often enrich the viewing experience.</w:t>
      </w:r>
      <w:r/>
    </w:p>
    <w:p>
      <w:pPr>
        <w:pStyle w:val="Heading2"/>
      </w:pPr>
      <w:r>
        <w:t>Tough subject matter handled with care</w:t>
      </w:r>
      <w:r/>
    </w:p>
    <w:p>
      <w:r/>
      <w:r>
        <w:t>Not every film is an easy watch. Mysterious Skin and Stranger by the Lake probe trauma and desire in ways that can be challenging, but both handle complexity with intentionality rather than exploitation. These films are important because they broaden the scope of queer storytelling beyond romance and coming-of-age, showing how sexuality intersects with danger, memory and survival.</w:t>
      </w:r>
      <w:r/>
    </w:p>
    <w:p>
      <w:r/>
      <w:r>
        <w:t>Viewer advice: give yourself space after heavy films, and consider pairing them with lighter fare from the list if you need emotional balance. Content warnings are worth checking before you press play.</w:t>
      </w:r>
      <w:r/>
    </w:p>
    <w:p>
      <w:pPr>
        <w:pStyle w:val="Heading2"/>
      </w:pPr>
      <w:r>
        <w:t>How to build your queer-movie night</w:t>
      </w:r>
      <w:r/>
    </w:p>
    <w:p>
      <w:r/>
      <w:r>
        <w:t>Mix moods and eras: pair Moonlight with a classic like The Hours or a high-energy musical such as Hedwig and the Angry Inch to keep the evening varied. If you’re introducing someone to queer cinema, start with a widely loved title , Weekend or Call Me by Your Name , then branch into documentary territory with Paris Is Burning or a historical biopic like Milk.</w:t>
      </w:r>
      <w:r/>
    </w:p>
    <w:p>
      <w:r/>
      <w:r>
        <w:t>Practical tip: check local streaming libraries first, and if a title is locked behind regional rights, a VPN or rental service can be a practical workaround. For a budget-friendly marathon, watch smartphone-shot indies and festival favourites that often rotate on free or ad-supported platforms.</w:t>
      </w:r>
      <w:r/>
    </w:p>
    <w:p>
      <w:pPr>
        <w:pStyle w:val="Heading2"/>
      </w:pPr>
      <w:r>
        <w:t>Where queer cinema goes next</w:t>
      </w:r>
      <w:r/>
    </w:p>
    <w:p>
      <w:r/>
      <w:r>
        <w:t>Queer stories keep getting bolder in form and more inclusive in perspective. Contemporary directors are exploring trans narratives, intersectional identities and immigrant experiences with fresh urgency , Lingua Franca is a quiet example of that trend. Expect more films that challenge convention, blend genres and bring marginalised voices to the centre.</w:t>
      </w:r>
      <w:r/>
    </w:p>
    <w:p>
      <w:r/>
      <w:r>
        <w:t>Final thought: there’s always another great movie to discover, so keep your watchlist open and your curiosity wide.</w:t>
      </w:r>
      <w:r/>
    </w:p>
    <w:p>
      <w:r/>
      <w:r>
        <w:t>It's a small change that can make every watch feel like a discovery.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1">
        <w:r>
          <w:rPr>
            <w:color w:val="0000EE"/>
            <w:u w:val="single"/>
          </w:rPr>
          <w:t>[3]</w:t>
        </w:r>
      </w:hyperlink>
      <w:r>
        <w:t xml:space="preserve">, </w:t>
      </w:r>
      <w:hyperlink r:id="rId12">
        <w:r>
          <w:rPr>
            <w:color w:val="0000EE"/>
            <w:u w:val="single"/>
          </w:rPr>
          <w:t>[4]</w:t>
        </w:r>
      </w:hyperlink>
      <w:r>
        <w:t xml:space="preserve">- Paragraph 4: </w:t>
      </w:r>
      <w:hyperlink r:id="rId10">
        <w:r>
          <w:rPr>
            <w:color w:val="0000EE"/>
            <w:u w:val="single"/>
          </w:rPr>
          <w:t>[2]</w:t>
        </w:r>
      </w:hyperlink>
      <w:r>
        <w:t xml:space="preserve">, </w:t>
      </w:r>
      <w:hyperlink r:id="rId14">
        <w:r>
          <w:rPr>
            <w:color w:val="0000EE"/>
            <w:u w:val="single"/>
          </w:rPr>
          <w:t>[6]</w:t>
        </w:r>
      </w:hyperlink>
      <w:r>
        <w:t xml:space="preserve">- Paragraph 5: </w:t>
      </w:r>
      <w:hyperlink r:id="rId10">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https://instinctmagazine.com/best-gay-movies/</w:t>
        </w:r>
      </w:hyperlink>
      <w:r>
        <w:t xml:space="preserve"> - Please view link - unable to able to access data</w:t>
      </w:r>
      <w:r/>
    </w:p>
    <w:p>
      <w:pPr>
        <w:pStyle w:val="ListNumber"/>
        <w:spacing w:line="240" w:lineRule="auto"/>
        <w:ind w:left="720"/>
      </w:pPr>
      <w:r/>
      <w:hyperlink r:id="rId10">
        <w:r>
          <w:rPr>
            <w:color w:val="0000EE"/>
            <w:u w:val="single"/>
          </w:rPr>
          <w:t>https://en.wikipedia.org/wiki/Moonlight_(2016_film)</w:t>
        </w:r>
      </w:hyperlink>
      <w:r>
        <w:t xml:space="preserve"> - 'Moonlight' is a 2016 American coming-of-age drama directed by Barry Jenkins, based on Tarell Alvin McCraney's play. The film follows Chiron through three stages of his life, exploring his identity and struggles as a gay Black man in Miami. It received critical acclaim for its storytelling and performances, winning the Academy Award for Best Picture in 2017. (</w:t>
      </w:r>
      <w:hyperlink r:id="rId15">
        <w:r>
          <w:rPr>
            <w:color w:val="0000EE"/>
            <w:u w:val="single"/>
          </w:rPr>
          <w:t>en.wikipedia.org</w:t>
        </w:r>
      </w:hyperlink>
      <w:r>
        <w:t>)</w:t>
      </w:r>
      <w:r/>
    </w:p>
    <w:p>
      <w:pPr>
        <w:pStyle w:val="ListNumber"/>
        <w:spacing w:line="240" w:lineRule="auto"/>
        <w:ind w:left="720"/>
      </w:pPr>
      <w:r/>
      <w:hyperlink r:id="rId11">
        <w:r>
          <w:rPr>
            <w:color w:val="0000EE"/>
            <w:u w:val="single"/>
          </w:rPr>
          <w:t>https://en.wikipedia.org/wiki/Brokeback_Mountain</w:t>
        </w:r>
      </w:hyperlink>
      <w:r>
        <w:t xml:space="preserve"> - 'Brokeback Mountain' is a 2005 romantic drama directed by Ang Lee, based on Annie Proulx's short story. The film tells the story of two young men, Ennis Del Mar and Jack Twist, who form a complex romantic relationship over two decades. It received critical acclaim and won three Academy Awards, including Best Director for Ang Lee. (</w:t>
      </w:r>
      <w:hyperlink r:id="rId16">
        <w:r>
          <w:rPr>
            <w:color w:val="0000EE"/>
            <w:u w:val="single"/>
          </w:rPr>
          <w:t>en.wikipedia.org</w:t>
        </w:r>
      </w:hyperlink>
      <w:r>
        <w:t>)</w:t>
      </w:r>
      <w:r/>
    </w:p>
    <w:p>
      <w:pPr>
        <w:pStyle w:val="ListNumber"/>
        <w:spacing w:line="240" w:lineRule="auto"/>
        <w:ind w:left="720"/>
      </w:pPr>
      <w:r/>
      <w:hyperlink r:id="rId12">
        <w:r>
          <w:rPr>
            <w:color w:val="0000EE"/>
            <w:u w:val="single"/>
          </w:rPr>
          <w:t>https://www.cinema.com/film/8829/brokeback-mountain/synopsis.phtml</w:t>
        </w:r>
      </w:hyperlink>
      <w:r>
        <w:t xml:space="preserve"> - This source provides a detailed synopsis of 'Brokeback Mountain,' highlighting the unexpected lifelong connection between two young men, Ennis Del Mar and Jack Twist, who meet in the summer of 1963. The film explores the complexities, joys, and tragedies of their enduring love. (</w:t>
      </w:r>
      <w:hyperlink r:id="rId17">
        <w:r>
          <w:rPr>
            <w:color w:val="0000EE"/>
            <w:u w:val="single"/>
          </w:rPr>
          <w:t>cinema.com</w:t>
        </w:r>
      </w:hyperlink>
      <w:r>
        <w:t>)</w:t>
      </w:r>
      <w:r/>
    </w:p>
    <w:p>
      <w:pPr>
        <w:pStyle w:val="ListNumber"/>
        <w:spacing w:line="240" w:lineRule="auto"/>
        <w:ind w:left="720"/>
      </w:pPr>
      <w:r/>
      <w:hyperlink r:id="rId13">
        <w:r>
          <w:rPr>
            <w:color w:val="0000EE"/>
            <w:u w:val="single"/>
          </w:rPr>
          <w:t>https://www.imdb.com/title/tt0388795/awards/</w:t>
        </w:r>
      </w:hyperlink>
      <w:r>
        <w:t xml:space="preserve"> - This IMDb page lists the numerous awards and nominations received by 'Brokeback Mountain,' including three Academy Awards for Best Director, Best Adapted Screenplay, and Original Score. It also details the film's seven nominations and four wins at the 63rd Golden Globe Awards. (</w:t>
      </w:r>
      <w:hyperlink r:id="rId18">
        <w:r>
          <w:rPr>
            <w:color w:val="0000EE"/>
            <w:u w:val="single"/>
          </w:rPr>
          <w:t>imdb.com</w:t>
        </w:r>
      </w:hyperlink>
      <w:r>
        <w:t>)</w:t>
      </w:r>
      <w:r/>
    </w:p>
    <w:p>
      <w:pPr>
        <w:pStyle w:val="ListNumber"/>
        <w:spacing w:line="240" w:lineRule="auto"/>
        <w:ind w:left="720"/>
      </w:pPr>
      <w:r/>
      <w:hyperlink r:id="rId14">
        <w:r>
          <w:rPr>
            <w:color w:val="0000EE"/>
            <w:u w:val="single"/>
          </w:rPr>
          <w:t>https://www.filmjabber.com/movie-preview/brokeback-mountain.html</w:t>
        </w:r>
      </w:hyperlink>
      <w:r>
        <w:t xml:space="preserve"> - This source provides an overview of 'Brokeback Mountain,' including its genre, release date, and a brief synopsis. It also offers a movie review, rating the film as 'A-' and discussing its impact and reception. (</w:t>
      </w:r>
      <w:hyperlink r:id="rId19">
        <w:r>
          <w:rPr>
            <w:color w:val="0000EE"/>
            <w:u w:val="single"/>
          </w:rPr>
          <w:t>filmjabber.com</w:t>
        </w:r>
      </w:hyperlink>
      <w:r>
        <w:t>)</w:t>
      </w:r>
      <w:r/>
    </w:p>
    <w:p>
      <w:pPr>
        <w:pStyle w:val="ListNumber"/>
        <w:spacing w:line="240" w:lineRule="auto"/>
        <w:ind w:left="720"/>
      </w:pPr>
      <w:r/>
      <w:hyperlink r:id="rId20">
        <w:r>
          <w:rPr>
            <w:color w:val="0000EE"/>
            <w:u w:val="single"/>
          </w:rPr>
          <w:t>https://www.fandango.com/brokeback-mountain-2005-86041/movie-overview</w:t>
        </w:r>
      </w:hyperlink>
      <w:r>
        <w:t xml:space="preserve"> - This Fandango page offers details about 'Brokeback Mountain,' including its genre, release date, and a brief synopsis. It also provides information about the film's runtime and cast and crew. (</w:t>
      </w:r>
      <w:hyperlink r:id="rId21">
        <w:r>
          <w:rPr>
            <w:color w:val="0000EE"/>
            <w:u w:val="single"/>
          </w:rPr>
          <w:t>fandango.com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instinctmagazine.com/best-gay-movies/" TargetMode="External"/><Relationship Id="rId10" Type="http://schemas.openxmlformats.org/officeDocument/2006/relationships/hyperlink" Target="https://en.wikipedia.org/wiki/Moonlight_(2016_film)" TargetMode="External"/><Relationship Id="rId11" Type="http://schemas.openxmlformats.org/officeDocument/2006/relationships/hyperlink" Target="https://en.wikipedia.org/wiki/Brokeback_Mountain" TargetMode="External"/><Relationship Id="rId12" Type="http://schemas.openxmlformats.org/officeDocument/2006/relationships/hyperlink" Target="https://www.cinema.com/film/8829/brokeback-mountain/synopsis.phtml" TargetMode="External"/><Relationship Id="rId13" Type="http://schemas.openxmlformats.org/officeDocument/2006/relationships/hyperlink" Target="https://www.imdb.com/title/tt0388795/awards/" TargetMode="External"/><Relationship Id="rId14" Type="http://schemas.openxmlformats.org/officeDocument/2006/relationships/hyperlink" Target="https://www.filmjabber.com/movie-preview/brokeback-mountain.html" TargetMode="External"/><Relationship Id="rId15" Type="http://schemas.openxmlformats.org/officeDocument/2006/relationships/hyperlink" Target="https://en.wikipedia.org/wiki/Moonlight_%282016_film%29?utm_source=openai" TargetMode="External"/><Relationship Id="rId16" Type="http://schemas.openxmlformats.org/officeDocument/2006/relationships/hyperlink" Target="https://en.wikipedia.org/wiki/Brokeback_Mountain?utm_source=openai" TargetMode="External"/><Relationship Id="rId17" Type="http://schemas.openxmlformats.org/officeDocument/2006/relationships/hyperlink" Target="https://www.cinema.com/film/8829/brokeback-mountain/synopsis.phtml?utm_source=openai" TargetMode="External"/><Relationship Id="rId18" Type="http://schemas.openxmlformats.org/officeDocument/2006/relationships/hyperlink" Target="https://www.imdb.com/title/tt0388795/awards/?utm_source=openai" TargetMode="External"/><Relationship Id="rId19" Type="http://schemas.openxmlformats.org/officeDocument/2006/relationships/hyperlink" Target="https://www.filmjabber.com/movie-preview/brokeback-mountain.html?utm_source=openai" TargetMode="External"/><Relationship Id="rId20" Type="http://schemas.openxmlformats.org/officeDocument/2006/relationships/hyperlink" Target="https://www.fandango.com/brokeback-mountain-2005-86041/movie-overview" TargetMode="External"/><Relationship Id="rId21" Type="http://schemas.openxmlformats.org/officeDocument/2006/relationships/hyperlink" Target="https://www.fandango.com/brokeback-mountain-2005-86041/movie-overview?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