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Parades in Germany This Summer: What to Expect and Why Security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Count the colours and the crowds: tens of thousands are heading back to Christopher Street Day parades across Germany this weekend, from Berlin to Hamburg, in a show of pride and resilience after last week’s attack , expect big crowds, tight security and a lively, defiant atmosphere.</w:t>
      </w:r>
      <w:r/>
    </w:p>
    <w:p>
      <w:r/>
      <w:r>
        <w:t>Essential Takeaways</w:t>
      </w:r>
      <w:r/>
      <w:r/>
    </w:p>
    <w:p>
      <w:pPr>
        <w:pStyle w:val="ListBullet"/>
        <w:spacing w:line="240" w:lineRule="auto"/>
        <w:ind w:left="720"/>
      </w:pPr>
      <w:r/>
      <w:r>
        <w:rPr>
          <w:b/>
        </w:rPr>
        <w:t>Mass turnout:</w:t>
      </w:r>
      <w:r>
        <w:t xml:space="preserve"> Major CSD events expect large crowds, with Hamburg alone planning for about 250,000 participants and spectators. </w:t>
      </w:r>
      <w:r/>
    </w:p>
    <w:p>
      <w:pPr>
        <w:pStyle w:val="ListBullet"/>
        <w:spacing w:line="240" w:lineRule="auto"/>
        <w:ind w:left="720"/>
      </w:pPr>
      <w:r/>
      <w:r>
        <w:rPr>
          <w:b/>
        </w:rPr>
        <w:t>Heightened security:</w:t>
      </w:r>
      <w:r>
        <w:t xml:space="preserve"> Police in several cities are increasing protection after a deadly attack at Berlin’s CSD fringe last week. </w:t>
      </w:r>
      <w:r/>
    </w:p>
    <w:p>
      <w:pPr>
        <w:pStyle w:val="ListBullet"/>
        <w:spacing w:line="240" w:lineRule="auto"/>
        <w:ind w:left="720"/>
      </w:pPr>
      <w:r/>
      <w:r>
        <w:rPr>
          <w:b/>
        </w:rPr>
        <w:t>Visible solidarity:</w:t>
      </w:r>
      <w:r>
        <w:t xml:space="preserve"> Floats and contingents from other cities will join, some adopting sombre dress codes as a mark of respect. </w:t>
      </w:r>
      <w:r/>
    </w:p>
    <w:p>
      <w:pPr>
        <w:pStyle w:val="ListBullet"/>
        <w:spacing w:line="240" w:lineRule="auto"/>
        <w:ind w:left="720"/>
      </w:pPr>
      <w:r/>
      <w:r>
        <w:rPr>
          <w:b/>
        </w:rPr>
        <w:t>Wider European wave:</w:t>
      </w:r>
      <w:r>
        <w:t xml:space="preserve"> Pride events in cities such as Amsterdam and Brighton take place the same weekend, underscoring a continental moment. </w:t>
      </w:r>
      <w:r/>
      <w:r/>
    </w:p>
    <w:p>
      <w:pPr>
        <w:pStyle w:val="Heading2"/>
      </w:pPr>
      <w:r>
        <w:t>Why so many people are still turning up , and what it feels like</w:t>
      </w:r>
      <w:r/>
    </w:p>
    <w:p>
      <w:r/>
      <w:r>
        <w:t>The strongest image right now is determination: people want to be seen, heard and safe, and a colourful crowd brings that home with an emotional hum. According to reports, tens of thousands will take part in parades across German cities, and the mood mixes celebration with solemnity. Organisers and attendees say showing up is itself an answer to violence and intimidation. If you haven’t been to a CSD before, expect loud music, banners, and a strong sense of community punctuated by moments of reflection.</w:t>
      </w:r>
      <w:r/>
    </w:p>
    <w:p>
      <w:pPr>
        <w:pStyle w:val="Heading2"/>
      </w:pPr>
      <w:r>
        <w:t>What happened in Berlin , the backdrop shaping this weekend</w:t>
      </w:r>
      <w:r/>
    </w:p>
    <w:p>
      <w:r/>
      <w:r>
        <w:t>Last week an attack at the edge of Berlin’s CSD left one woman dead and dozens injured, and authorities shot the suspect. That incident has reshaped planning for every major Pride event this weekend. Police and city officials are explicitly addressing safety, and the tragedy has made some groups choose darker, respectful attire on certain floats. Organisers say this isn’t about cancelling joy but about protecting people and remembering victims while marching.</w:t>
      </w:r>
      <w:r/>
    </w:p>
    <w:p>
      <w:pPr>
        <w:pStyle w:val="Heading2"/>
      </w:pPr>
      <w:r>
        <w:t>How cities are beefing up protection , what that means on the ground</w:t>
      </w:r>
      <w:r/>
    </w:p>
    <w:p>
      <w:r/>
      <w:r>
        <w:t>In Hamburg, where authorities expect the largest turnout, police have said they’ll provide heavy protection for the demonstration. You’ll notice more uniformed officers, controlled entry points in some areas, and a visible security presence around stages and large floats. Event teams recommend following steward instructions, keeping phone battery and emergency contacts ready, and agreeing on meeting points with friends , practical steps that keep the day relaxed and manageable even with heightened measures.</w:t>
      </w:r>
      <w:r/>
    </w:p>
    <w:p>
      <w:pPr>
        <w:pStyle w:val="Heading2"/>
      </w:pPr>
      <w:r>
        <w:t>Floats, solidarity and sombre gestures , the parade’s tone</w:t>
      </w:r>
      <w:r/>
    </w:p>
    <w:p>
      <w:r/>
      <w:r>
        <w:t>Some contingents are planning to bring floats from other cities; Berlin’s CSD association, for instance, is sending a float whose participants will wear darker clothing as a mark of mourning. That contrast , colour and celebration mixed with sober tribute , is a recurring theme. It’s a reminder that Pride is a political and emotional event: equal parts festival, protest and remembrance. Expect impromptu speeches, quieter minutes of reflection, and then the music and dancing that Pride is known for.</w:t>
      </w:r>
      <w:r/>
    </w:p>
    <w:p>
      <w:pPr>
        <w:pStyle w:val="Heading2"/>
      </w:pPr>
      <w:r>
        <w:t>A European moment , why this weekend matters beyond Germany</w:t>
      </w:r>
      <w:r/>
    </w:p>
    <w:p>
      <w:r/>
      <w:r>
        <w:t>Pride events in Amsterdam, Brighton and elsewhere coincide with Germany’s parades, creating a broader European chorus in support of LGBTQ+ communities. That synchronicity amplifies messages about safety, rights and visibility across borders. Observers note that when cities coordinate and share solidarity, it strengthens local organisers and sends a clear signal to those who would intimidate or divide.</w:t>
      </w:r>
      <w:r/>
    </w:p>
    <w:p>
      <w:r/>
      <w:r>
        <w:t>It's a small change that can make every march both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[4]</w:t>
        </w:r>
      </w:hyperlink>
      <w:r>
        <w:t xml:space="preserve">, </w:t>
      </w:r>
      <w:hyperlink r:id="rId10">
        <w:r>
          <w:rPr>
            <w:color w:val="0000EE"/>
            <w:u w:val="single"/>
          </w:rPr>
          <w:t>[5]</w:t>
        </w:r>
      </w:hyperlink>
      <w:r>
        <w:t xml:space="preserve">- Paragraph 5: </w:t>
      </w:r>
      <w:hyperlink r:id="rId10">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https://www.sn.at/politik/weltpolitik/zehntausende-zu-csd-paraden-in-deutschen-staedten-erwartet-art-665297</w:t>
        </w:r>
      </w:hyperlink>
      <w:r>
        <w:t xml:space="preserve"> - Please view link - unable to able to access data</w:t>
      </w:r>
      <w:r/>
    </w:p>
    <w:p>
      <w:pPr>
        <w:pStyle w:val="ListNumber"/>
        <w:spacing w:line="240" w:lineRule="auto"/>
        <w:ind w:left="720"/>
      </w:pPr>
      <w:r/>
      <w:hyperlink r:id="rId9">
        <w:r>
          <w:rPr>
            <w:color w:val="0000EE"/>
            <w:u w:val="single"/>
          </w:rPr>
          <w:t>https://www.sn.at/politik/weltpolitik/zehntausende-zu-csd-paraden-in-deutschen-staedten-erwartet-art-665297</w:t>
        </w:r>
      </w:hyperlink>
      <w:r>
        <w:t xml:space="preserve"> - The article reports that, a week after the Islamist terrorist attack in Berlin, thousands are expected to gather for Christopher Street Day (CSD) parades in several German cities. The largest event is anticipated in Hamburg, with around 250,000 participants. Following the attack in Berlin, where a woman was killed and 31 people injured, the Hamburg police have announced enhanced security measures for the demonstration. A float from the Berlin CSD association is also expected in Hamburg, with participants advised to wear dark clothing. The Berlin attacker, Abdul B., drove a car into several people and reportedly attacked others with a machete. The 21-year-old was shot by police on Sunday evening. Pride events are also scheduled in other European cities like Amsterdam and Brighton.</w:t>
      </w:r>
      <w:r/>
    </w:p>
    <w:p>
      <w:pPr>
        <w:pStyle w:val="ListNumber"/>
        <w:spacing w:line="240" w:lineRule="auto"/>
        <w:ind w:left="720"/>
      </w:pPr>
      <w:r/>
      <w:hyperlink r:id="rId11">
        <w:r>
          <w:rPr>
            <w:color w:val="0000EE"/>
            <w:u w:val="single"/>
          </w:rPr>
          <w:t>https://www.zeit.de/news/2023-07/22/christopher-street-day-in-berlin-ist-gestartet</w:t>
        </w:r>
      </w:hyperlink>
      <w:r>
        <w:t xml:space="preserve"> - The article describes the start of the 45th Berlin Pride Parade for Christopher Street Day (CSD), with hundreds of thousands of people participating. The demonstration featured approximately 75 vehicles and around 100 groups of participants, many in imaginative costumes, marching along a 7.4-kilometre route through several Berlin districts. The theme for this year's parade was 'Be their voice – and ours!' (</w:t>
      </w:r>
      <w:hyperlink r:id="rId14">
        <w:r>
          <w:rPr>
            <w:color w:val="0000EE"/>
            <w:u w:val="single"/>
          </w:rPr>
          <w:t>zeit.de</w:t>
        </w:r>
      </w:hyperlink>
      <w:r>
        <w:t>)</w:t>
      </w:r>
      <w:r/>
    </w:p>
    <w:p>
      <w:pPr>
        <w:pStyle w:val="ListNumber"/>
        <w:spacing w:line="240" w:lineRule="auto"/>
        <w:ind w:left="720"/>
      </w:pPr>
      <w:r/>
      <w:hyperlink r:id="rId13">
        <w:r>
          <w:rPr>
            <w:color w:val="0000EE"/>
            <w:u w:val="single"/>
          </w:rPr>
          <w:t>https://www.zeit.de/news/2023-07/22/queer-beauftragter-der-berliner-csd-hat-weite-strahlkraft</w:t>
        </w:r>
      </w:hyperlink>
      <w:r>
        <w:t xml:space="preserve"> - The article highlights the peaceful and vibrant atmosphere of the Christopher Street Day (CSD) parade in Berlin, with hundreds of thousands of people celebrating. The demonstration featured approximately 75 vehicles and around 100 groups of participants, many in imaginative costumes, marching along a 7.4-kilometre route through several Berlin districts. The theme for this year's parade was 'Be their voice – and ours!' (</w:t>
      </w:r>
      <w:hyperlink r:id="rId15">
        <w:r>
          <w:rPr>
            <w:color w:val="0000EE"/>
            <w:u w:val="single"/>
          </w:rPr>
          <w:t>zeit.de</w:t>
        </w:r>
      </w:hyperlink>
      <w:r>
        <w:t>)</w:t>
      </w:r>
      <w:r/>
    </w:p>
    <w:p>
      <w:pPr>
        <w:pStyle w:val="ListNumber"/>
        <w:spacing w:line="240" w:lineRule="auto"/>
        <w:ind w:left="720"/>
      </w:pPr>
      <w:r/>
      <w:hyperlink r:id="rId10">
        <w:r>
          <w:rPr>
            <w:color w:val="0000EE"/>
            <w:u w:val="single"/>
          </w:rPr>
          <w:t>https://www.zeit.de/news/2023-08/05/csd-parade-in-hamburg-der-absolute-wahnsinn</w:t>
        </w:r>
      </w:hyperlink>
      <w:r>
        <w:t xml:space="preserve"> - The article reports on the Christopher Street Day (CSD) parade in Hamburg, where approximately a quarter of a million people gathered to promote tolerance. The parade featured rainbow flags, decorated trucks, and colourful costumes, starting from Lange Reihe in St. Georg. The event was delayed by about 45 minutes due to the large crowd, with organisers noting that the streets were so full that they couldn't proceed as planned. (</w:t>
      </w:r>
      <w:hyperlink r:id="rId16">
        <w:r>
          <w:rPr>
            <w:color w:val="0000EE"/>
            <w:u w:val="single"/>
          </w:rPr>
          <w:t>zeit.de</w:t>
        </w:r>
      </w:hyperlink>
      <w:r>
        <w:t>)</w:t>
      </w:r>
      <w:r/>
    </w:p>
    <w:p>
      <w:pPr>
        <w:pStyle w:val="ListNumber"/>
        <w:spacing w:line="240" w:lineRule="auto"/>
        <w:ind w:left="720"/>
      </w:pPr>
      <w:r/>
      <w:hyperlink r:id="rId12">
        <w:r>
          <w:rPr>
            <w:color w:val="0000EE"/>
            <w:u w:val="single"/>
          </w:rPr>
          <w:t>https://www.zeit.de/news/2023-07/23/polizei-spricht-von-friedlichem-christopher-street-day</w:t>
        </w:r>
      </w:hyperlink>
      <w:r>
        <w:t xml:space="preserve"> - The article reports that the Christopher Street Day (CSD) in Berlin was largely peaceful, with the police recording 84 criminal charges. The charges included 22 simple and four dangerous bodily injuries, six instances of resistance against law enforcement officers, five drug-related offences, and five insults. There were also isolated cases of theft and property damage. The police stated that, given the 'several hundred thousand participants,' these incidents were not unusual. (</w:t>
      </w:r>
      <w:hyperlink r:id="rId17">
        <w:r>
          <w:rPr>
            <w:color w:val="0000EE"/>
            <w:u w:val="single"/>
          </w:rPr>
          <w:t>zeit.de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n.at/politik/weltpolitik/zehntausende-zu-csd-paraden-in-deutschen-staedten-erwartet-art-665297" TargetMode="External"/><Relationship Id="rId10" Type="http://schemas.openxmlformats.org/officeDocument/2006/relationships/hyperlink" Target="https://www.zeit.de/news/2023-08/05/csd-parade-in-hamburg-der-absolute-wahnsinn" TargetMode="External"/><Relationship Id="rId11" Type="http://schemas.openxmlformats.org/officeDocument/2006/relationships/hyperlink" Target="https://www.zeit.de/news/2023-07/22/christopher-street-day-in-berlin-ist-gestartet" TargetMode="External"/><Relationship Id="rId12" Type="http://schemas.openxmlformats.org/officeDocument/2006/relationships/hyperlink" Target="https://www.zeit.de/news/2023-07/23/polizei-spricht-von-friedlichem-christopher-street-day" TargetMode="External"/><Relationship Id="rId13" Type="http://schemas.openxmlformats.org/officeDocument/2006/relationships/hyperlink" Target="https://www.zeit.de/news/2023-07/22/queer-beauftragter-der-berliner-csd-hat-weite-strahlkraft" TargetMode="External"/><Relationship Id="rId14" Type="http://schemas.openxmlformats.org/officeDocument/2006/relationships/hyperlink" Target="https://www.zeit.de/news/2023-07/22/christopher-street-day-in-berlin-ist-gestartet?utm_source=openai" TargetMode="External"/><Relationship Id="rId15" Type="http://schemas.openxmlformats.org/officeDocument/2006/relationships/hyperlink" Target="https://www.zeit.de/news/2023-07/22/queer-beauftragter-der-berliner-csd-hat-weite-strahlkraft?utm_source=openai" TargetMode="External"/><Relationship Id="rId16" Type="http://schemas.openxmlformats.org/officeDocument/2006/relationships/hyperlink" Target="https://www.zeit.de/news/2023-08/05/csd-parade-in-hamburg-der-absolute-wahnsinn?utm_source=openai" TargetMode="External"/><Relationship Id="rId17" Type="http://schemas.openxmlformats.org/officeDocument/2006/relationships/hyperlink" Target="https://www.zeit.de/news/2023-07/23/polizei-spricht-von-friedlichem-christopher-street-da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