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Brighton Pride Museum Events to Book Now for Pride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visitors are turning to Brighton’s museums for Pride 2026 as the city’s cultural venues roll out a lively programme of events, family activities and special offers across iconic sites , here's what to know, where to go and why it matters.</w:t>
      </w:r>
      <w:r/>
    </w:p>
    <w:p>
      <w:r/>
      <w:r>
        <w:t>Essential Takeaways</w:t>
      </w:r>
      <w:r/>
      <w:r/>
    </w:p>
    <w:p>
      <w:pPr>
        <w:pStyle w:val="ListBullet"/>
        <w:spacing w:line="240" w:lineRule="auto"/>
        <w:ind w:left="720"/>
      </w:pPr>
      <w:r/>
      <w:r>
        <w:rPr>
          <w:b/>
        </w:rPr>
        <w:t>Headline event:</w:t>
      </w:r>
      <w:r>
        <w:t xml:space="preserve"> Pride at the Pavilion returns on 30 July with cabaret host Joe Black, Brighton Gay Men’s Chorus and three glasses of English sparkling wine, tickets £70.</w:t>
      </w:r>
      <w:r/>
    </w:p>
    <w:p>
      <w:pPr>
        <w:pStyle w:val="ListBullet"/>
        <w:spacing w:line="240" w:lineRule="auto"/>
        <w:ind w:left="720"/>
      </w:pPr>
      <w:r/>
      <w:r>
        <w:rPr>
          <w:b/>
        </w:rPr>
        <w:t>Family-friendly:</w:t>
      </w:r>
      <w:r>
        <w:t xml:space="preserve"> Pavilion Pride Picnic on 1 August is alcohol-free, relaxed and runs 11am–3pm , bring your own picnic and a blanket.</w:t>
      </w:r>
      <w:r/>
    </w:p>
    <w:p>
      <w:pPr>
        <w:pStyle w:val="ListBullet"/>
        <w:spacing w:line="240" w:lineRule="auto"/>
        <w:ind w:left="720"/>
      </w:pPr>
      <w:r/>
      <w:r>
        <w:rPr>
          <w:b/>
        </w:rPr>
        <w:t>Two-for-one entry:</w:t>
      </w:r>
      <w:r>
        <w:t xml:space="preserve"> On 1–2 August, anyone displaying a rainbow gets two-for-one admission to the Royal Pavilion and Brighton Museum and Art Gallery.</w:t>
      </w:r>
      <w:r/>
    </w:p>
    <w:p>
      <w:pPr>
        <w:pStyle w:val="ListBullet"/>
        <w:spacing w:line="240" w:lineRule="auto"/>
        <w:ind w:left="720"/>
      </w:pPr>
      <w:r/>
      <w:r>
        <w:rPr>
          <w:b/>
        </w:rPr>
        <w:t>Parade presence:</w:t>
      </w:r>
      <w:r>
        <w:t xml:space="preserve"> Brighton and Hove Museums will join the Pride parade, backing the theme "Everyone here is a work of art."</w:t>
      </w:r>
      <w:r/>
    </w:p>
    <w:p>
      <w:pPr>
        <w:pStyle w:val="ListBullet"/>
        <w:spacing w:line="240" w:lineRule="auto"/>
        <w:ind w:left="720"/>
      </w:pPr>
      <w:r/>
      <w:r>
        <w:rPr>
          <w:b/>
        </w:rPr>
        <w:t>Logistics note:</w:t>
      </w:r>
      <w:r>
        <w:t xml:space="preserve"> Preston Manor closes 31 July–2 August to support Pride on the Park; other venues remain open.</w:t>
      </w:r>
      <w:r/>
      <w:r/>
    </w:p>
    <w:p>
      <w:pPr>
        <w:pStyle w:val="Heading2"/>
      </w:pPr>
      <w:r>
        <w:t>Pride at the Pavilion: a sparkling night out worth booking</w:t>
      </w:r>
      <w:r/>
    </w:p>
    <w:p>
      <w:r/>
      <w:r>
        <w:t>If you like your Pride with a theatrical tilt and a sleek, historic backdrop, this is the event to book first. Pride at the Pavilion takes over the Royal Pavilion on 30 July with cabaret star Joe Black on host duties and a set from the Brighton Gay Men’s Chorus , think bold voices in a jewel-box setting. Guests get three glasses of English sparkling from Roebuck Estates and a bowl food reception, with a cash bar for extras. Tickets are £70 and must be bought in advance, and according to event listings the evening raises funds for both Brighton and Hove Museums and Brighton and Hove Pride, so your ticket is doing double duty.</w:t>
      </w:r>
      <w:r/>
    </w:p>
    <w:p>
      <w:pPr>
        <w:pStyle w:val="Heading2"/>
      </w:pPr>
      <w:r>
        <w:t>Family fun on the North Lawn: Pavilion Pride Picnic keeps it gentle</w:t>
      </w:r>
      <w:r/>
    </w:p>
    <w:p>
      <w:r/>
      <w:r>
        <w:t>Families get their own slice of Pride on 1 August with the Pavilion Pride Picnic on the Royal Pavilion’s North Lawn. It’s an alcohol-free slot running 11am–3pm, designed to be a calm, colourful space where kids and grown-ups can relax together. Bring a blanket, pack food and expect a friendly, community atmosphere rather than a stage-heavy festival. For parents who want Pride that’s accessible and low-key, this is a smart pick.</w:t>
      </w:r>
      <w:r/>
    </w:p>
    <w:p>
      <w:pPr>
        <w:pStyle w:val="Heading2"/>
      </w:pPr>
      <w:r>
        <w:t>Museums on the march: a visible presence in the Pride parade</w:t>
      </w:r>
      <w:r/>
    </w:p>
    <w:p>
      <w:r/>
      <w:r>
        <w:t>Brighton and Hove Museums won’t just host events , they’ll be marching in the Pride parade with support from Queer Heritage South, promoting the theme "Everyone here is a work of art." That’s a neat bit of institutional solidarity, signalling that museums here aren’t passive backdrops but active participants in the city’s queer life. If you’re heading to the parade, look out for museum groups and displays that highlight local queer histories and creative communities.</w:t>
      </w:r>
      <w:r/>
    </w:p>
    <w:p>
      <w:pPr>
        <w:pStyle w:val="Heading2"/>
      </w:pPr>
      <w:r>
        <w:t>Deals and timing: how to make the most of museum offers</w:t>
      </w:r>
      <w:r/>
    </w:p>
    <w:p>
      <w:r/>
      <w:r>
        <w:t>There’s a practical sweetener: on 1 and 2 August, show a rainbow , a badge, pin, sticker or rainbow clothing , and get two-for-one entry to the Royal Pavilion and Brighton Museum and Art Gallery. It’s an easy way to see two big sites for the price of one, and it nudges visitors to explore cultural spaces that are staging Pride programming. Note that Preston Manor will be closed from 31 July to 2 August so staff can support the Pride on the Park festival, but most other museum venues will be open as usual.</w:t>
      </w:r>
      <w:r/>
    </w:p>
    <w:p>
      <w:pPr>
        <w:pStyle w:val="Heading2"/>
      </w:pPr>
      <w:r>
        <w:t>Why this programme matters for Brighton’s Pride scene</w:t>
      </w:r>
      <w:r/>
    </w:p>
    <w:p>
      <w:r/>
      <w:r>
        <w:t>Brighton’s museums leaning into Pride programme-wise reflects a wider shift: cultural institutions are carving out public, celebratory roles in city festivals rather than staying strictly academic. Brighton and Hove Museums’ chief executive has framed the Royal Pavilion as a natural venue for self-expression and celebration, and the mix of ticketed gala, family picnic, parade participation and entry offers shows a deliberate attempt to be welcoming to different audiences. For locals and visitors, that variety means you can pick an experience that suits your pace and pocket.</w:t>
      </w:r>
      <w:r/>
    </w:p>
    <w:p>
      <w:r/>
      <w:r>
        <w:t>It's a small change that can make every Pride moment feel more inclusive and memorable.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[6]</w:t>
        </w:r>
      </w:hyperlink>
      <w:r>
        <w:t xml:space="preserve">, </w:t>
      </w:r>
      <w:hyperlink r:id="rId11">
        <w:r>
          <w:rPr>
            <w:color w:val="0000EE"/>
            <w:u w:val="single"/>
          </w:rPr>
          <w:t>[7]</w:t>
        </w:r>
      </w:hyperlink>
      <w:r>
        <w:t xml:space="preserve">- Paragraph 3: </w:t>
      </w:r>
      <w:hyperlink r:id="rId11">
        <w:r>
          <w:rPr>
            <w:color w:val="0000EE"/>
            <w:u w:val="single"/>
          </w:rPr>
          <w:t>[7]</w:t>
        </w:r>
      </w:hyperlink>
      <w:r>
        <w:t xml:space="preserve">, </w:t>
      </w:r>
      <w:hyperlink r:id="rId13">
        <w:r>
          <w:rPr>
            <w:color w:val="0000EE"/>
            <w:u w:val="single"/>
          </w:rPr>
          <w:t>[5]</w:t>
        </w:r>
      </w:hyperlink>
      <w:r>
        <w:t xml:space="preserve">- Paragraph 4: </w:t>
      </w:r>
      <w:hyperlink r:id="rId11">
        <w:r>
          <w:rPr>
            <w:color w:val="0000EE"/>
            <w:u w:val="single"/>
          </w:rPr>
          <w:t>[7]</w:t>
        </w:r>
      </w:hyperlink>
      <w:r>
        <w:t xml:space="preserve">, </w:t>
      </w:r>
      <w:hyperlink r:id="rId9">
        <w:r>
          <w:rPr>
            <w:color w:val="0000EE"/>
            <w:u w:val="single"/>
          </w:rPr>
          <w:t>[1]</w:t>
        </w:r>
      </w:hyperlink>
      <w:r>
        <w:t xml:space="preserve">- Paragraph 5: </w:t>
      </w:r>
      <w:hyperlink r:id="rId9">
        <w:r>
          <w:rPr>
            <w:color w:val="0000EE"/>
            <w:u w:val="single"/>
          </w:rPr>
          <w:t>[1]</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https://www.theargus.co.uk/news/26419892.brighton-museums-unveil-full-programme-pride-2026/?ref=rss</w:t>
        </w:r>
      </w:hyperlink>
      <w:r>
        <w:t xml:space="preserve"> - Please view link - unable to able to access data</w:t>
      </w:r>
      <w:r/>
    </w:p>
    <w:p>
      <w:pPr>
        <w:pStyle w:val="ListNumber"/>
        <w:spacing w:line="240" w:lineRule="auto"/>
        <w:ind w:left="720"/>
      </w:pPr>
      <w:r/>
      <w:hyperlink r:id="rId10">
        <w:r>
          <w:rPr>
            <w:color w:val="0000EE"/>
            <w:u w:val="single"/>
          </w:rPr>
          <w:t>https://www.brighton-pride.org/pride-on-the-park-2026-headliner-annoucement/</w:t>
        </w:r>
      </w:hyperlink>
      <w:r>
        <w:t xml:space="preserve"> - Brighton &amp; Hove Pride has announced that global superstar Diana Ross will headline and close the weekend for their 35th Anniversary Extravaganza on Sunday, 2nd August 2026. Chart-topping sensation RAYE is set to headline day one on Saturday, 1st August 2026. The two-day community fundraiser will take place at Preston Park, featuring performances from various artists across both days.</w:t>
      </w:r>
      <w:r/>
    </w:p>
    <w:p>
      <w:pPr>
        <w:pStyle w:val="ListNumber"/>
        <w:spacing w:line="240" w:lineRule="auto"/>
        <w:ind w:left="720"/>
      </w:pPr>
      <w:r/>
      <w:hyperlink r:id="rId14">
        <w:r>
          <w:rPr>
            <w:color w:val="0000EE"/>
            <w:u w:val="single"/>
          </w:rPr>
          <w:t>https://www.gaydio.co.uk/manchester/events/the-guide/event/brighton-pride/</w:t>
        </w:r>
      </w:hyperlink>
      <w:r>
        <w:t xml:space="preserve"> - Brighton &amp; Hove Pride 2026 celebrates its 35th anniversary from 1st to 3rd August, with RAYE and Diana Ross headlining Pride on the Park at Preston Park. The Community Parade kicks off on Saturday from Hove Lawns, proceeding through the city to Preston Park, where Pride on the Park continues for two days of main stage action. The event is expected to attract over 300,000 people across the weekend.</w:t>
      </w:r>
      <w:r/>
    </w:p>
    <w:p>
      <w:pPr>
        <w:pStyle w:val="ListNumber"/>
        <w:spacing w:line="240" w:lineRule="auto"/>
        <w:ind w:left="720"/>
      </w:pPr>
      <w:r/>
      <w:hyperlink r:id="rId15">
        <w:r>
          <w:rPr>
            <w:color w:val="0000EE"/>
            <w:u w:val="single"/>
          </w:rPr>
          <w:t>https://www.planomato.com/en/brighton/p/brighton-pride-2026-654</w:t>
        </w:r>
      </w:hyperlink>
      <w:r>
        <w:t xml:space="preserve"> - Brighton Pride 2026 marks its 35th anniversary with events scheduled for 1st and 2nd August 2026. The weekend includes the annual community parade, themed 'The Power Of Love', and the main festival, 'Pride in the Park', at Preston Park. While the parade is free to watch, access to the festival grounds requires a ticket, with pricing estimates ranging from £58 to £64 for a single day and around £89 for a weekend pass.</w:t>
      </w:r>
      <w:r/>
    </w:p>
    <w:p>
      <w:pPr>
        <w:pStyle w:val="ListNumber"/>
        <w:spacing w:line="240" w:lineRule="auto"/>
        <w:ind w:left="720"/>
      </w:pPr>
      <w:r/>
      <w:hyperlink r:id="rId13">
        <w:r>
          <w:rPr>
            <w:color w:val="0000EE"/>
            <w:u w:val="single"/>
          </w:rPr>
          <w:t>https://www.brighton-pride.org/pride-parade/</w:t>
        </w:r>
      </w:hyperlink>
      <w:r>
        <w:t xml:space="preserve"> - The Brighton &amp; Hove Pride LGBTQ+ Community Parade 2026 returns on Saturday, 1st August, with the theme 'The Power of Love'. This marks the 35th anniversary of Pride as we know it today, celebrating bold, joyful LGBTQ+ visibility. The parade route and further details are available on the official Brighton &amp; Hove Pride website.</w:t>
      </w:r>
      <w:r/>
    </w:p>
    <w:p>
      <w:pPr>
        <w:pStyle w:val="ListNumber"/>
        <w:spacing w:line="240" w:lineRule="auto"/>
        <w:ind w:left="720"/>
      </w:pPr>
      <w:r/>
      <w:hyperlink r:id="rId12">
        <w:r>
          <w:rPr>
            <w:color w:val="0000EE"/>
            <w:u w:val="single"/>
          </w:rPr>
          <w:t>https://www.artfund.org/explore/events/2026/07/30/pride-at-the-pavilion-2026-69ea4acfa35e5</w:t>
        </w:r>
      </w:hyperlink>
      <w:r>
        <w:t xml:space="preserve"> - Pride at the Pavilion 2026 is scheduled for Thursday, 30th July 2026, at the Royal Pavilion &amp; Garden in Brighton. The event offers a glamorous evening featuring delicious food, fabulous entertainment, and premium English Sparkling wine, generously provided by Roebuck Estates. Tickets are priced at £70, with early bird tickets available at £60 until 1st May.</w:t>
      </w:r>
      <w:r/>
    </w:p>
    <w:p>
      <w:pPr>
        <w:pStyle w:val="ListNumber"/>
        <w:spacing w:line="240" w:lineRule="auto"/>
        <w:ind w:left="720"/>
      </w:pPr>
      <w:r/>
      <w:hyperlink r:id="rId11">
        <w:r>
          <w:rPr>
            <w:color w:val="0000EE"/>
            <w:u w:val="single"/>
          </w:rPr>
          <w:t>https://brightonmuseums.org.uk/event/pride-at-the-pavilion-2026/</w:t>
        </w:r>
      </w:hyperlink>
      <w:r>
        <w:t xml:space="preserve"> - Pride at the Pavilion 2026 is set for Thursday, 30th July 2026, at the Royal Pavilion &amp; Garden in Brighton. The event includes a bowl food reception, three glasses of Roebuck vintage sparkling wine or a soft option, and special performances, including the Brighton Gay Men’s Chorus. Early bird tickets are available at £60 until 1st May, with standard tickets priced at £70.</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argus.co.uk/news/26419892.brighton-museums-unveil-full-programme-pride-2026/?ref=rss" TargetMode="External"/><Relationship Id="rId10" Type="http://schemas.openxmlformats.org/officeDocument/2006/relationships/hyperlink" Target="https://www.brighton-pride.org/pride-on-the-park-2026-headliner-annoucement/" TargetMode="External"/><Relationship Id="rId11" Type="http://schemas.openxmlformats.org/officeDocument/2006/relationships/hyperlink" Target="https://brightonmuseums.org.uk/event/pride-at-the-pavilion-2026/" TargetMode="External"/><Relationship Id="rId12" Type="http://schemas.openxmlformats.org/officeDocument/2006/relationships/hyperlink" Target="https://www.artfund.org/explore/events/2026/07/30/pride-at-the-pavilion-2026-69ea4acfa35e5" TargetMode="External"/><Relationship Id="rId13" Type="http://schemas.openxmlformats.org/officeDocument/2006/relationships/hyperlink" Target="https://www.brighton-pride.org/pride-parade/" TargetMode="External"/><Relationship Id="rId14" Type="http://schemas.openxmlformats.org/officeDocument/2006/relationships/hyperlink" Target="https://www.gaydio.co.uk/manchester/events/the-guide/event/brighton-pride/" TargetMode="External"/><Relationship Id="rId15" Type="http://schemas.openxmlformats.org/officeDocument/2006/relationships/hyperlink" Target="https://www.planomato.com/en/brighton/p/brighton-pride-2026-65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