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Preview: Safety, Solidarity and Why Berlin Will Be Front and 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thoughts to Brighton as the city prepares for its biggest Pride weekend yet , a 35th anniversary marked by big acts, big crowds and a sombre focus on the recent Berlin attack, with organisers and police stressing safety and solidarity.</w:t>
      </w:r>
      <w:r/>
    </w:p>
    <w:p>
      <w:r/>
      <w:r>
        <w:t>Essential Takeaways</w:t>
      </w:r>
      <w:r/>
      <w:r/>
    </w:p>
    <w:p>
      <w:pPr>
        <w:pStyle w:val="ListBullet"/>
        <w:spacing w:line="240" w:lineRule="auto"/>
        <w:ind w:left="720"/>
      </w:pPr>
      <w:r/>
      <w:r>
        <w:rPr>
          <w:b/>
        </w:rPr>
        <w:t>High turnout expected:</w:t>
      </w:r>
      <w:r>
        <w:t xml:space="preserve"> Around 300,000 people are due to take part or watch the parade, with up to 450,000 across the city over the weekend.</w:t>
      </w:r>
      <w:r/>
    </w:p>
    <w:p>
      <w:pPr>
        <w:pStyle w:val="ListBullet"/>
        <w:spacing w:line="240" w:lineRule="auto"/>
        <w:ind w:left="720"/>
      </w:pPr>
      <w:r/>
      <w:r>
        <w:rPr>
          <w:b/>
        </w:rPr>
        <w:t>Safety measures visible:</w:t>
      </w:r>
      <w:r>
        <w:t xml:space="preserve"> Armed firearms officers will be deployed alongside uniformed and plain‑clothed police as part of a year‑long planning process to reassure attendees.</w:t>
      </w:r>
      <w:r/>
    </w:p>
    <w:p>
      <w:pPr>
        <w:pStyle w:val="ListBullet"/>
        <w:spacing w:line="240" w:lineRule="auto"/>
        <w:ind w:left="720"/>
      </w:pPr>
      <w:r/>
      <w:r>
        <w:rPr>
          <w:b/>
        </w:rPr>
        <w:t>Anniversary and history:</w:t>
      </w:r>
      <w:r>
        <w:t xml:space="preserve"> This Pride marks 35 years of the parade’s return and honours early activists and the courage it took to be visible.</w:t>
      </w:r>
      <w:r/>
    </w:p>
    <w:p>
      <w:pPr>
        <w:pStyle w:val="ListBullet"/>
        <w:spacing w:line="240" w:lineRule="auto"/>
        <w:ind w:left="720"/>
      </w:pPr>
      <w:r/>
      <w:r>
        <w:rPr>
          <w:b/>
        </w:rPr>
        <w:t>Programme highlights:</w:t>
      </w:r>
      <w:r>
        <w:t xml:space="preserve"> More than 150 LGBT+ acts are scheduled, with headliners including Raye and Diana Ross for Pride on the Park.</w:t>
      </w:r>
      <w:r/>
    </w:p>
    <w:p>
      <w:pPr>
        <w:pStyle w:val="ListBullet"/>
        <w:spacing w:line="240" w:lineRule="auto"/>
        <w:ind w:left="720"/>
      </w:pPr>
      <w:r/>
      <w:r>
        <w:rPr>
          <w:b/>
        </w:rPr>
        <w:t>Spirit and focus:</w:t>
      </w:r>
      <w:r>
        <w:t xml:space="preserve"> Organisers are framing the weekend as celebration and protest, but also a moment to reflect on Berlin and the wider pressure on LGBT+ rights.</w:t>
      </w:r>
      <w:r/>
      <w:r/>
    </w:p>
    <w:p>
      <w:r/>
      <w:r>
        <w:t>Opening hook: Berlin’s attack changes the mood</w:t>
      </w:r>
      <w:r/>
    </w:p>
    <w:p>
      <w:r/>
      <w:r>
        <w:t>Brighton’s weekend of colour and noise will carry a quieter undertow this year as organisers make the recent Berlin Pride attack a focal point for reflection. The images from Berlin , candles, flowers and flags at the Brandenburg Gate , are still fresh in people’s minds, and that emotional weight is expected to sit alongside the usual euphoria of the parade. Organisers say it’s a chance to mourn, remember and then keep showing up.</w:t>
      </w:r>
      <w:r/>
    </w:p>
    <w:p>
      <w:r/>
      <w:r>
        <w:t>Backstory and context: Why this anniversary matters</w:t>
      </w:r>
      <w:r/>
    </w:p>
    <w:p>
      <w:r/>
      <w:r>
        <w:t>Brighton’s Pride has a deep history , the first march in 1973, a gap until 1991, and now a 35th anniversary milestone that explicitly honours early activists. That story matters because it frames Pride not just as a festival but as a sustained struggle for visibility and rights. Organisers and older attendees often recall a time when being seen could mean abuse; now the parade is both celebration and a statement that the community persists.</w:t>
      </w:r>
      <w:r/>
    </w:p>
    <w:p>
      <w:r/>
      <w:r>
        <w:t>Safety and reassurance: Armed officers and planning, not panic</w:t>
      </w:r>
      <w:r/>
    </w:p>
    <w:p>
      <w:r/>
      <w:r>
        <w:t>Sussex Police will deploy armed firearms officers alongside plain‑clothed and uniformed personnel, which the force says is standard practice for events of this scale and part of months of planning. Organisers stress this isn’t a knee‑jerk reaction, but a reassurance measure to help people feel safe and enjoy themselves. If you’re coming, expect visible security but also dedicated stewarding and information points , it’s worth checking official guidance beforehand so you know where to meet friends or find help.</w:t>
      </w:r>
      <w:r/>
    </w:p>
    <w:p>
      <w:r/>
      <w:r>
        <w:t>What to see and do: Music, parade and generational divas</w:t>
      </w:r>
      <w:r/>
    </w:p>
    <w:p>
      <w:r/>
      <w:r>
        <w:t>The weekend is stacked: a city‑wide programme featuring more than 150 LGBT+ acts, a community parade through the streets, and headline performances at Pride on the Park. There’s a deliberate mix of generations on stage , contemporary pop with Raye and an iconic throwback with Diana Ross, whose links to the community and landmark moments of support add an emotional bookmark to the anniversary. Plan your day so you don’t miss the main parade and key sets.</w:t>
      </w:r>
      <w:r/>
    </w:p>
    <w:p>
      <w:r/>
      <w:r>
        <w:t>Practical tips for attendees: How to enjoy Pride and stay prepared</w:t>
      </w:r>
      <w:r/>
    </w:p>
    <w:p>
      <w:r/>
      <w:r>
        <w:t>Bring water, a small portable charger and a plan for meeting points in case your phone dies in the crowds. If you’re travelling into the city, allow extra time for transport and security checks. Respect the boundaries of private homes and local residents , Pride is huge for the city, but it’s still lived‑in Brighton. Finally, if the mood turns reflective during tributes, give space to people who need it; solidarity looks like both celebration and silence sometimes.</w:t>
      </w:r>
      <w:r/>
    </w:p>
    <w:p>
      <w:r/>
      <w:r>
        <w:t>Reaction and outlook: A festival that remembers and resists</w:t>
      </w:r>
      <w:r/>
    </w:p>
    <w:p>
      <w:r/>
      <w:r>
        <w:t>Organisers emphasise that showing up is itself an answer to violence , “we are coming out and we are not going away” is the sentiment driving this weekend. That combination of joy and defiance is what has kept Brighton Pride a defining moment in the calendar, and it’s likely to feel especially poignant this year. Look for moments of togetherness, music that heals and the small acts of remembrance scattered through the programme.</w:t>
      </w:r>
      <w:r/>
    </w:p>
    <w:p>
      <w:r/>
      <w:r>
        <w:t>It's a small change that can make every parade safer and every cheer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[7]</w:t>
        </w:r>
      </w:hyperlink>
      <w:r>
        <w:t xml:space="preserve">- Paragraph 4: </w:t>
      </w:r>
      <w:hyperlink r:id="rId14">
        <w:r>
          <w:rPr>
            <w:color w:val="0000EE"/>
            <w:u w:val="single"/>
          </w:rPr>
          <w:t>[3]</w:t>
        </w:r>
      </w:hyperlink>
      <w:r>
        <w:t xml:space="preserve">, </w:t>
      </w:r>
      <w:hyperlink r:id="rId12">
        <w:r>
          <w:rPr>
            <w:color w:val="0000EE"/>
            <w:u w:val="single"/>
          </w:rPr>
          <w:t>[5]</w:t>
        </w:r>
      </w:hyperlink>
      <w:r>
        <w:t xml:space="preserve">- Paragraph 5: </w:t>
      </w:r>
      <w:hyperlink r:id="rId15">
        <w:r>
          <w:rPr>
            <w:color w:val="0000EE"/>
            <w:u w:val="single"/>
          </w:rPr>
          <w:t>[6]</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https://www.belfasttelegraph.co.uk/news/uk/berlin-pride-attack-real-focus-for-uks-biggest-pride-festival-this-weekend/a/159432623.html</w:t>
        </w:r>
      </w:hyperlink>
      <w:r>
        <w:t xml:space="preserve"> - Please view link - unable to able to access data</w:t>
      </w:r>
      <w:r/>
    </w:p>
    <w:p>
      <w:pPr>
        <w:pStyle w:val="ListNumber"/>
        <w:spacing w:line="240" w:lineRule="auto"/>
        <w:ind w:left="720"/>
      </w:pPr>
      <w:r/>
      <w:hyperlink r:id="rId10">
        <w:r>
          <w:rPr>
            <w:color w:val="0000EE"/>
            <w:u w:val="single"/>
          </w:rPr>
          <w:t>https://www.itv.com/news/meridian/2026-07-28/armed-police-officers-to-be-deployed-for-uks-biggest-pride-festival</w:t>
        </w:r>
      </w:hyperlink>
      <w:r>
        <w:t xml:space="preserve"> - In response to the recent attack at Berlin's Pride event, armed police officers will be deployed at Brighton and Hove Pride, the UK's largest Pride festival. The attack in Berlin resulted in one death and at least 29 injuries, prompting heightened security measures in Brighton. Sussex Police have stated that public safety remains their top priority and that comprehensive plans are in place to ensure an effective policing operation during the event. (</w:t>
      </w:r>
      <w:hyperlink r:id="rId16">
        <w:r>
          <w:rPr>
            <w:color w:val="0000EE"/>
            <w:u w:val="single"/>
          </w:rPr>
          <w:t>itv.com</w:t>
        </w:r>
      </w:hyperlink>
      <w:r>
        <w:t>)</w:t>
      </w:r>
      <w:r/>
    </w:p>
    <w:p>
      <w:pPr>
        <w:pStyle w:val="ListNumber"/>
        <w:spacing w:line="240" w:lineRule="auto"/>
        <w:ind w:left="720"/>
      </w:pPr>
      <w:r/>
      <w:hyperlink r:id="rId14">
        <w:r>
          <w:rPr>
            <w:color w:val="0000EE"/>
            <w:u w:val="single"/>
          </w:rPr>
          <w:t>https://www.itv.com/news/meridian/2023-08-06/black-eyed-peas-set-comes-to-abrupt-end-at-brighton-pride</w:t>
        </w:r>
      </w:hyperlink>
      <w:r>
        <w:t xml:space="preserve"> - During Brighton and Hove Pride 2023, the Black Eyed Peas' headline set was unexpectedly cut short due to a technical issue that left the band without sound. Despite the disruption, the crowd continued to sing along, and the band concluded their performance by holding up a UK flag and a Pride flag displayed on screen. Band member Will.i.am praised the UK as a 'special place' and dedicated their penultimate song, 'Where Is The Love?', to those suffering injustices worldwide. (</w:t>
      </w:r>
      <w:hyperlink r:id="rId17">
        <w:r>
          <w:rPr>
            <w:color w:val="0000EE"/>
            <w:u w:val="single"/>
          </w:rPr>
          <w:t>itv.com</w:t>
        </w:r>
      </w:hyperlink>
      <w:r>
        <w:t>)</w:t>
      </w:r>
      <w:r/>
    </w:p>
    <w:p>
      <w:pPr>
        <w:pStyle w:val="ListNumber"/>
        <w:spacing w:line="240" w:lineRule="auto"/>
        <w:ind w:left="720"/>
      </w:pPr>
      <w:r/>
      <w:hyperlink r:id="rId13">
        <w:r>
          <w:rPr>
            <w:color w:val="0000EE"/>
            <w:u w:val="single"/>
          </w:rPr>
          <w:t>https://www.brighton-hove.gov.uk/news/2023/celebrating-decade-trans-pride</w:t>
        </w:r>
      </w:hyperlink>
      <w:r>
        <w:t xml:space="preserve"> - In August 2023, Brighton and Hove celebrated the 10th anniversary of Trans Pride, the largest event of its kind in Europe. The celebration, held at Brighton Town Hall, honoured the contributions of volunteers and activists who have created safe spaces and fostered joy for the trans and non-binary communities. The event was attended by city leaders, including the Mayor of Brighton &amp; Hove, Councillor Jackie O’Quinn, who expressed unwavering support for the trans, non-binary, and gender-diverse community. (</w:t>
      </w:r>
      <w:hyperlink r:id="rId18">
        <w:r>
          <w:rPr>
            <w:color w:val="0000EE"/>
            <w:u w:val="single"/>
          </w:rPr>
          <w:t>brighton-hove.gov.uk</w:t>
        </w:r>
      </w:hyperlink>
      <w:r>
        <w:t>)</w:t>
      </w:r>
      <w:r/>
    </w:p>
    <w:p>
      <w:pPr>
        <w:pStyle w:val="ListNumber"/>
        <w:spacing w:line="240" w:lineRule="auto"/>
        <w:ind w:left="720"/>
      </w:pPr>
      <w:r/>
      <w:hyperlink r:id="rId12">
        <w:r>
          <w:rPr>
            <w:color w:val="0000EE"/>
            <w:u w:val="single"/>
          </w:rPr>
          <w:t>https://www.brighton-pride.org/pride-at-50/</w:t>
        </w:r>
      </w:hyperlink>
      <w:r>
        <w:t xml:space="preserve"> - In 2023, Brighton and Hove Pride celebrated the 50th anniversary of the first 'Brighton Gay Pride March' organised by the Sussex Gay Liberation Front in July 1973. The event focused on remembering and uplifting early activists through exhibitions and lamppost banners across the city. Organisers highlighted the importance of standing together in solidarity with the global LGBTQ+ community, especially in light of challenges such as Uganda's new anti-LGBTQ law. (</w:t>
      </w:r>
      <w:hyperlink r:id="rId19">
        <w:r>
          <w:rPr>
            <w:color w:val="0000EE"/>
            <w:u w:val="single"/>
          </w:rPr>
          <w:t>brighton-pride.org</w:t>
        </w:r>
      </w:hyperlink>
      <w:r>
        <w:t>)</w:t>
      </w:r>
      <w:r/>
    </w:p>
    <w:p>
      <w:pPr>
        <w:pStyle w:val="ListNumber"/>
        <w:spacing w:line="240" w:lineRule="auto"/>
        <w:ind w:left="720"/>
      </w:pPr>
      <w:r/>
      <w:hyperlink r:id="rId15">
        <w:r>
          <w:rPr>
            <w:color w:val="0000EE"/>
            <w:u w:val="single"/>
          </w:rPr>
          <w:t>https://www.brightonandhovenews.org/2023/08/05/it-rained-on-their-parade-but-pride-shines-and-sparkles/</w:t>
        </w:r>
      </w:hyperlink>
      <w:r>
        <w:t xml:space="preserve"> - Despite adverse weather conditions, thousands attended Brighton and Hove Pride in August 2023, celebrating the 50th anniversary of the first 'Brighton Gay Pride March' in 1973. The parade, which made its way from Hove Lawns to Preston Park, was supported by local businesses, charities, and voluntary groups. The event raised funds for the Brighton Rainbow Fund, which supports local LGBTQ+ and HIV groups. (</w:t>
      </w:r>
      <w:hyperlink r:id="rId20">
        <w:r>
          <w:rPr>
            <w:color w:val="0000EE"/>
            <w:u w:val="single"/>
          </w:rPr>
          <w:t>brightonandhovenews.org</w:t>
        </w:r>
      </w:hyperlink>
      <w:r>
        <w:t>)</w:t>
      </w:r>
      <w:r/>
    </w:p>
    <w:p>
      <w:pPr>
        <w:pStyle w:val="ListNumber"/>
        <w:spacing w:line="240" w:lineRule="auto"/>
        <w:ind w:left="720"/>
      </w:pPr>
      <w:r/>
      <w:hyperlink r:id="rId11">
        <w:r>
          <w:rPr>
            <w:color w:val="0000EE"/>
            <w:u w:val="single"/>
          </w:rPr>
          <w:t>https://www.brightonandhovenews.org/2026/07/27/armed-police-to-be-deployed-at-brighton-pride/</w:t>
        </w:r>
      </w:hyperlink>
      <w:r>
        <w:t xml:space="preserve"> - Following the attack at Berlin's Pride event, armed police officers will be deployed at Brighton and Hove Pride in August 2026. Sussex Police have stated that public safety remains their top priority and that comprehensive plans are in place to ensure an effective policing operation during the event. The deployment includes uniformed policing, plain-clothed officers, and specialist teams, all part of the comprehensive plans for policing the event. (</w:t>
      </w:r>
      <w:hyperlink r:id="rId21">
        <w:r>
          <w:rPr>
            <w:color w:val="0000EE"/>
            <w:u w:val="single"/>
          </w:rPr>
          <w:t>brightonandhovenews.org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news/uk/berlin-pride-attack-real-focus-for-uks-biggest-pride-festival-this-weekend/a/159432623.html" TargetMode="External"/><Relationship Id="rId10" Type="http://schemas.openxmlformats.org/officeDocument/2006/relationships/hyperlink" Target="https://www.itv.com/news/meridian/2026-07-28/armed-police-officers-to-be-deployed-for-uks-biggest-pride-festival" TargetMode="External"/><Relationship Id="rId11" Type="http://schemas.openxmlformats.org/officeDocument/2006/relationships/hyperlink" Target="https://www.brightonandhovenews.org/2026/07/27/armed-police-to-be-deployed-at-brighton-pride/" TargetMode="External"/><Relationship Id="rId12" Type="http://schemas.openxmlformats.org/officeDocument/2006/relationships/hyperlink" Target="https://www.brighton-pride.org/pride-at-50/" TargetMode="External"/><Relationship Id="rId13" Type="http://schemas.openxmlformats.org/officeDocument/2006/relationships/hyperlink" Target="https://www.brighton-hove.gov.uk/news/2023/celebrating-decade-trans-pride" TargetMode="External"/><Relationship Id="rId14" Type="http://schemas.openxmlformats.org/officeDocument/2006/relationships/hyperlink" Target="https://www.itv.com/news/meridian/2023-08-06/black-eyed-peas-set-comes-to-abrupt-end-at-brighton-pride" TargetMode="External"/><Relationship Id="rId15" Type="http://schemas.openxmlformats.org/officeDocument/2006/relationships/hyperlink" Target="https://www.brightonandhovenews.org/2023/08/05/it-rained-on-their-parade-but-pride-shines-and-sparkles/" TargetMode="External"/><Relationship Id="rId16" Type="http://schemas.openxmlformats.org/officeDocument/2006/relationships/hyperlink" Target="https://www.itv.com/news/meridian/2026-07-28/armed-police-officers-to-be-deployed-for-uks-biggest-pride-festival?utm_source=openai" TargetMode="External"/><Relationship Id="rId17" Type="http://schemas.openxmlformats.org/officeDocument/2006/relationships/hyperlink" Target="https://www.itv.com/news/meridian/2023-08-06/black-eyed-peas-set-comes-to-abrupt-end-at-brighton-pride?utm_source=openai" TargetMode="External"/><Relationship Id="rId18" Type="http://schemas.openxmlformats.org/officeDocument/2006/relationships/hyperlink" Target="https://www.brighton-hove.gov.uk/news/2023/celebrating-decade-trans-pride?utm_source=openai" TargetMode="External"/><Relationship Id="rId19" Type="http://schemas.openxmlformats.org/officeDocument/2006/relationships/hyperlink" Target="https://www.brighton-pride.org/pride-at-50/?utm_source=openai" TargetMode="External"/><Relationship Id="rId20" Type="http://schemas.openxmlformats.org/officeDocument/2006/relationships/hyperlink" Target="https://www.brightonandhovenews.org/2023/08/05/it-rained-on-their-parade-but-pride-shines-and-sparkles/?utm_source=openai" TargetMode="External"/><Relationship Id="rId21" Type="http://schemas.openxmlformats.org/officeDocument/2006/relationships/hyperlink" Target="https://www.brightonandhovenews.org/2026/07/27/armed-police-to-be-deployed-at-brighton-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