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Guide: Parade Route, Line‑Up and Travel Tips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locals and visitors are already planning outfits and journeys as Brighton Pride returns for its 35th anniversary on 1–2 August 2026; this lively guide covers the parade route, headline acts, road closures and practical travel tips so you can enjoy the city’s biggest LGBTQ+ celebration with less stress.</w:t>
      </w:r>
      <w:r/>
      <w:r/>
    </w:p>
    <w:p>
      <w:pPr>
        <w:pStyle w:val="ListBullet"/>
        <w:spacing w:line="240" w:lineRule="auto"/>
        <w:ind w:left="720"/>
      </w:pPr>
      <w:r/>
      <w:r>
        <w:rPr>
          <w:b/>
        </w:rPr>
        <w:t>When and where:</w:t>
      </w:r>
      <w:r>
        <w:t xml:space="preserve"> Brighton Pride runs Saturday 1 and Sunday 2 August 2026, with the big parade starting at Hove Lawns and finishing at Preston Park, where Pride in the Park continues. </w:t>
      </w:r>
      <w:r/>
    </w:p>
    <w:p>
      <w:pPr>
        <w:pStyle w:val="ListBullet"/>
        <w:spacing w:line="240" w:lineRule="auto"/>
        <w:ind w:left="720"/>
      </w:pPr>
      <w:r/>
      <w:r>
        <w:rPr>
          <w:b/>
        </w:rPr>
        <w:t>Headline acts:</w:t>
      </w:r>
      <w:r>
        <w:t xml:space="preserve"> International names feature across two days , Jessie J, RAYE and Diana Ross among Saturday and Sunday draws , plus club and Queertown stages for electronic and queer artists. </w:t>
      </w:r>
      <w:r/>
    </w:p>
    <w:p>
      <w:pPr>
        <w:pStyle w:val="ListBullet"/>
        <w:spacing w:line="240" w:lineRule="auto"/>
        <w:ind w:left="720"/>
      </w:pPr>
      <w:r/>
      <w:r>
        <w:rPr>
          <w:b/>
        </w:rPr>
        <w:t>Road closures &amp; travel:</w:t>
      </w:r>
      <w:r>
        <w:t xml:space="preserve"> Major central routes (King’s Road, London Road, Preston Road and more) will close during the parade; organisers urge planning ahead and expect station and parking restrictions. </w:t>
      </w:r>
      <w:r/>
    </w:p>
    <w:p>
      <w:pPr>
        <w:pStyle w:val="ListBullet"/>
        <w:spacing w:line="240" w:lineRule="auto"/>
        <w:ind w:left="720"/>
      </w:pPr>
      <w:r/>
      <w:r>
        <w:rPr>
          <w:b/>
        </w:rPr>
        <w:t>Family and community spaces:</w:t>
      </w:r>
      <w:r>
        <w:t xml:space="preserve"> The festival includes family-friendly activities, Trans Pride and community stages, plus cabaret, drag and a second-year Marine Parade street party. </w:t>
      </w:r>
      <w:r/>
    </w:p>
    <w:p>
      <w:pPr>
        <w:pStyle w:val="ListBullet"/>
        <w:spacing w:line="240" w:lineRule="auto"/>
        <w:ind w:left="720"/>
      </w:pPr>
      <w:r/>
      <w:r>
        <w:rPr>
          <w:b/>
        </w:rPr>
        <w:t>Practical feel:</w:t>
      </w:r>
      <w:r>
        <w:t xml:space="preserve"> Expect big, joyful crowds, loud live music and a colourful, bustling city atmosphere , get there early, wear comfy shoes and pick a clear meeting point.</w:t>
      </w:r>
      <w:r/>
      <w:r/>
    </w:p>
    <w:p>
      <w:pPr>
        <w:pStyle w:val="Heading2"/>
      </w:pPr>
      <w:r>
        <w:t>Parade map and timings: where the procession actually goes</w:t>
      </w:r>
      <w:r/>
    </w:p>
    <w:p>
      <w:r/>
      <w:r>
        <w:t>The parade kicks off from Hove Lawns at 11:00 on Saturday and moves through King’s Road into central Brighton before finishing at Preston Park, where the main festival site opens. You can hear the music long before you see the floats, and by mid‑day the air will feel electric and warm with confetti and cheers. Brighton &amp; Hove organisers have published detailed route maps, and local pages note staggered closures that mean some streets reopen earlier than others. If you want a clear view, aim to arrive well before 11:00 and claim a spot near Gloucester Place or London Road for central viewing. For families or quieter spectating, parts of the route closer to Hove Lawns are easier to access and feel less frenetic.</w:t>
      </w:r>
      <w:r/>
    </w:p>
    <w:p>
      <w:pPr>
        <w:pStyle w:val="Heading2"/>
      </w:pPr>
      <w:r>
        <w:t>Who’s playing and what to expect at Preston Park</w:t>
      </w:r>
      <w:r/>
    </w:p>
    <w:p>
      <w:r/>
      <w:r>
        <w:t>Pride in the Park spreads headline sets across Saturday and Sunday, with big‑name pop and icon slots alongside electronic and Queertown stages. Expect a mix of stadium‑scale performances and intimate LGBTQ+ showcases , Jessie J, RAYE and Leigh‑Anne headline Saturday, while Sunday includes Diana Ross and Paris Hilton in high‑profile slots. The Dance Stage offers club energy with international DJs, and Queertown highlights rising queer artists and local favourites. Bring ear protection if you’re at the front, and scout the site map on arrival so you can hop between stages without losing your group.</w:t>
      </w:r>
      <w:r/>
    </w:p>
    <w:p>
      <w:pPr>
        <w:pStyle w:val="Heading2"/>
      </w:pPr>
      <w:r>
        <w:t>Queertown, community spaces and family zones , more than just big names</w:t>
      </w:r>
      <w:r/>
    </w:p>
    <w:p>
      <w:r/>
      <w:r>
        <w:t>Brighton Pride puts community programming front and centre with dedicated Trans Pride spaces, community stages and family areas where kids can join in quieter activities. The Legends Cabaret Tent and Cocoa Butter Club bring late‑night cabaret and queer club culture to the weekend; they’re lively, colourful and often the best place to catch surprise acts. If you’re attending with children, stick to family areas and consult the festival’s accessibility and safety pages; they’ll list quiet spaces, first aid points and lost‑child procedures.</w:t>
      </w:r>
      <w:r/>
    </w:p>
    <w:p>
      <w:pPr>
        <w:pStyle w:val="Heading2"/>
      </w:pPr>
      <w:r>
        <w:t>Street Party, timings and local nightlife</w:t>
      </w:r>
      <w:r/>
    </w:p>
    <w:p>
      <w:r/>
      <w:r>
        <w:t>Marine Parade hosts the Street Party again, running Saturday evening and through Sunday afternoon, with drag performances, DJs and bar zones dotted along the seafront. It’s louder and more club‑like than parade watching, and it stays busy well into the night on Saturday, so plan onward travel or accommodation. Local pubs and venues join the celebrations, and many host ticketed events , check individual listings to avoid long queues. For a calmer night, pick an early set or a smaller venue away from the seafront.</w:t>
      </w:r>
      <w:r/>
    </w:p>
    <w:p>
      <w:pPr>
        <w:pStyle w:val="Heading2"/>
      </w:pPr>
      <w:r>
        <w:t>Travel, closures and the easiest ways to get there</w:t>
      </w:r>
      <w:r/>
    </w:p>
    <w:p>
      <w:r/>
      <w:r>
        <w:t>Brighton Station remains the main arrival point but expect extra footfall; Preston Park and London Road stations will be closed across the weekend to manage crowd flows. Several key roads, including King’s Road, Preston Road and London Road, close for parts of Saturday with staggered reopenings, so give yourself plenty of time if travelling by car. Parking close to the park is restricted. Local travel guides and taxi services recommend using public transport where possible, pre‑booking cabs for late returns and checking live updates from Brighton Pride and Brighton &amp; Hove City Council before you leave. If you must drive, identify a park‑and‑ride option or allow a large buffer for delays.</w:t>
      </w:r>
      <w:r/>
    </w:p>
    <w:p>
      <w:pPr>
        <w:pStyle w:val="Heading2"/>
      </w:pPr>
      <w:r>
        <w:t>What to pack and how to stay safe and comfortable</w:t>
      </w:r>
      <w:r/>
    </w:p>
    <w:p>
      <w:r/>
      <w:r>
        <w:t>Pack a lightweight rain jacket, comfortable shoes and a portable phone charger , Brighton’s weather can flip and your phone will be your lifeline for maps and meet‑ups. Bring cash and cards, a reusable water bottle and sunscreen; queues at food and drink stalls can be long, so plan meeting times. Look after each other. Larger events can be overwhelming, so pick a clear meeting point in case you get separated and note first‑aid or welfare tents on arrival. Most importantly, lean into the joyful, colourful atmosphere and respect community spaces.</w:t>
      </w:r>
      <w:r/>
    </w:p>
    <w:p>
      <w:r/>
      <w:r>
        <w:t>It's a small change in planning that can make the whole weekend smoother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5">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https://sundayguardianlive.com/world/brighton-pride-2026-full-parade-route-road-closures-festival-line-up-timings-and-travel-guide-for-the-uks-biggest-lgbtq-celebration-250351/</w:t>
        </w:r>
      </w:hyperlink>
      <w:r>
        <w:t xml:space="preserve"> - Please view link - unable to able to access data</w:t>
      </w:r>
      <w:r/>
    </w:p>
    <w:p>
      <w:pPr>
        <w:pStyle w:val="ListNumber"/>
        <w:spacing w:line="240" w:lineRule="auto"/>
        <w:ind w:left="720"/>
      </w:pPr>
      <w:r/>
      <w:hyperlink r:id="rId10">
        <w:r>
          <w:rPr>
            <w:color w:val="0000EE"/>
            <w:u w:val="single"/>
          </w:rPr>
          <w:t>https://www.brighton-pride.org/residents/</w:t>
        </w:r>
      </w:hyperlink>
      <w:r>
        <w:t xml:space="preserve"> - Brighton &amp; Hove Pride's official Residents' Information page provides details about the 2026 Pride events, including the Pride Parade, Pride on the Park festival, and Pride Street Party. The Pride Parade is scheduled for Saturday, 1 August 2026, starting at 11:00 am from Hove Lawns and proceeding through the city to Preston Circus. Road closures around Preston Circus will begin at 9:30 am, with the parade expected to arrive around 1:00 pm and dispersal completed by 4:00 pm. Parking suspensions will be in place on Beaconsfield Road, Stanford Avenue, Preston Road, and throughout the parade route for the duration of the parade. Residents are advised to arrange deliveries for early on Saturday, 1 August, before the road closures commence. For more information, contact the Residents Team at residents@brighton-pride.org.</w:t>
      </w:r>
      <w:r/>
    </w:p>
    <w:p>
      <w:pPr>
        <w:pStyle w:val="ListNumber"/>
        <w:spacing w:line="240" w:lineRule="auto"/>
        <w:ind w:left="720"/>
      </w:pPr>
      <w:r/>
      <w:hyperlink r:id="rId15">
        <w:r>
          <w:rPr>
            <w:color w:val="0000EE"/>
            <w:u w:val="single"/>
          </w:rPr>
          <w:t>https://www.brighton-pride.org/travel/</w:t>
        </w:r>
      </w:hyperlink>
      <w:r>
        <w:t xml:space="preserve"> - The Brighton &amp; Hove Pride Travel Guide offers comprehensive information for attendees planning to travel to the 2026 Pride events. The festival is set for Saturday, 1 August, and Sunday, 2 August 2026. Visitors are encouraged to plan their journeys in advance, especially if departing on Saturday night, as the festival concludes at 10:30 pm, and large crowds are expected. Brighton Station will serve as the main railway station for arrivals, with Preston Park and London Road stations closed throughout the weekend to manage crowd sizes. Train services will be busier than usual, with additional trains and carriages provided. Attendees are advised to purchase tickets in advance and allow extra time for travel due to potential delays. For the latest information, check the Southern or Thameslink websites.</w:t>
      </w:r>
      <w:r/>
    </w:p>
    <w:p>
      <w:pPr>
        <w:pStyle w:val="ListNumber"/>
        <w:spacing w:line="240" w:lineRule="auto"/>
        <w:ind w:left="720"/>
      </w:pPr>
      <w:r/>
      <w:hyperlink r:id="rId14">
        <w:r>
          <w:rPr>
            <w:color w:val="0000EE"/>
            <w:u w:val="single"/>
          </w:rPr>
          <w:t>https://www.sussextaxis.co.uk/blog/brighton-pride-2026-complete-travel-road-closures-parking--taxi-guide/</w:t>
        </w:r>
      </w:hyperlink>
      <w:r>
        <w:t xml:space="preserve"> - Sussex Taxis provides a comprehensive guide for attendees of Brighton Pride 2026, covering travel, road closures, parking, and taxi services. The main celebrations are scheduled for Saturday, 1 August, and Sunday, 2 August 2026. The guide includes details about the Pride Parade, Pride on the Park festival at Preston Park, and the Pride Street Party on Marine Parade. It offers information on train services, bus and shuttle services, driving into Brighton, road closures, parking, taxi pickups and drop-offs, and airport transfers. The guide emphasizes the importance of checking official sources for the latest information, as travel arrangements can change at short notice.</w:t>
      </w:r>
      <w:r/>
    </w:p>
    <w:p>
      <w:pPr>
        <w:pStyle w:val="ListNumber"/>
        <w:spacing w:line="240" w:lineRule="auto"/>
        <w:ind w:left="720"/>
      </w:pPr>
      <w:r/>
      <w:hyperlink r:id="rId13">
        <w:r>
          <w:rPr>
            <w:color w:val="0000EE"/>
            <w:u w:val="single"/>
          </w:rPr>
          <w:t>https://www.nomadotravel.app/en/guides/brighton-pride-guide</w:t>
        </w:r>
      </w:hyperlink>
      <w:r>
        <w:t xml:space="preserve"> - Nomado Travel's Complete Visitor Guide to Brighton Pride 2026 offers essential information for attendees. The guide covers the festival's dates and headline acts, ticket purchasing, travel logistics, road closures, and a breakdown of costs. Brighton Pride 2026 is set for Saturday, 1 August, and Sunday, 2 August, with RAYE headlining on Saturday and Diana Ross on Sunday at Preston Park. The guide advises against driving to Preston Park on the day due to limited parking and significant road closures, recommending the use of public transport instead.</w:t>
      </w:r>
      <w:r/>
    </w:p>
    <w:p>
      <w:pPr>
        <w:pStyle w:val="ListNumber"/>
        <w:spacing w:line="240" w:lineRule="auto"/>
        <w:ind w:left="720"/>
      </w:pPr>
      <w:r/>
      <w:hyperlink r:id="rId11">
        <w:r>
          <w:rPr>
            <w:color w:val="0000EE"/>
            <w:u w:val="single"/>
          </w:rPr>
          <w:t>https://www.imjustbrighton.co.uk/brighton-news/brighton-pride-2026-guide</w:t>
        </w:r>
      </w:hyperlink>
      <w:r>
        <w:t xml:space="preserve"> - ImJustBrighton's Brighton Pride 2026 Guide provides detailed information about the Pride Parade and Pride on the Park festival. The Pride Parade is scheduled for Saturday, 1 August 2026, starting at 11:00 am from Hove Lawns and proceeding through the city to Preston Park. The parade is free to attend, and no ticket is required. The festival at Preston Park, Pride on the Park, is a ticketed event featuring over 150 LGBTQ+ artists and collectives performing across multiple stages. Tickets are available via AXS and Skiddle, with a low-income ticket scheme available for those who need it.</w:t>
      </w:r>
      <w:r/>
    </w:p>
    <w:p>
      <w:pPr>
        <w:pStyle w:val="ListNumber"/>
        <w:spacing w:line="240" w:lineRule="auto"/>
        <w:ind w:left="720"/>
      </w:pPr>
      <w:r/>
      <w:hyperlink r:id="rId12">
        <w:r>
          <w:rPr>
            <w:color w:val="0000EE"/>
            <w:u w:val="single"/>
          </w:rPr>
          <w:t>https://www.visitbrighton.com/blog/read/2026/06/brighton-and-hove-pride-guide-b342</w:t>
        </w:r>
      </w:hyperlink>
      <w:r>
        <w:t xml:space="preserve"> - Visit Brighton's Brighton &amp; Hove Pride Guide offers essential information for attendees of the 2026 Pride events. The guide includes details about ticket purchasing, the Pride Parade route, and the Pride Street Party on Marine Parade. Tickets for Pride on the Park are available exclusively via authorized ticket partners Skiddle and AXS. The Pride Parade begins on Hove Lawns, on the seafront, and proceeds through the city centre. The Pride Street Party takes place on Brighton’s iconic Marine Parade. The guide advises purchasing tickets from authorized resellers to ensure their validity.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undayguardianlive.com/world/brighton-pride-2026-full-parade-route-road-closures-festival-line-up-timings-and-travel-guide-for-the-uks-biggest-lgbtq-celebration-250351/" TargetMode="External"/><Relationship Id="rId10" Type="http://schemas.openxmlformats.org/officeDocument/2006/relationships/hyperlink" Target="https://www.brighton-pride.org/residents/" TargetMode="External"/><Relationship Id="rId11" Type="http://schemas.openxmlformats.org/officeDocument/2006/relationships/hyperlink" Target="https://www.imjustbrighton.co.uk/brighton-news/brighton-pride-2026-guide" TargetMode="External"/><Relationship Id="rId12" Type="http://schemas.openxmlformats.org/officeDocument/2006/relationships/hyperlink" Target="https://www.visitbrighton.com/blog/read/2026/06/brighton-and-hove-pride-guide-b342" TargetMode="External"/><Relationship Id="rId13" Type="http://schemas.openxmlformats.org/officeDocument/2006/relationships/hyperlink" Target="https://www.nomadotravel.app/en/guides/brighton-pride-guide" TargetMode="External"/><Relationship Id="rId14" Type="http://schemas.openxmlformats.org/officeDocument/2006/relationships/hyperlink" Target="https://www.sussextaxis.co.uk/blog/brighton-pride-2026-complete-travel-road-closures-parking--taxi-guide/" TargetMode="External"/><Relationship Id="rId15" Type="http://schemas.openxmlformats.org/officeDocument/2006/relationships/hyperlink" Target="https://www.brighton-pride.org/trav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