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Guide: Line‑up, Parade Route and Tickets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Brighton &amp; Hove Pride’s 35th anniversary this weekend , locals and visitors alike will find free parade fun along the seafront, headline nights in Preston Park and plenty of street parties, DJ sets and afterparties to choose from; here’s what to expect and how to make the most of it.</w:t>
      </w:r>
      <w:r/>
    </w:p>
    <w:p>
      <w:r/>
      <w:r>
        <w:t>Essential Takeaways</w:t>
      </w:r>
      <w:r/>
      <w:r/>
    </w:p>
    <w:p>
      <w:pPr>
        <w:pStyle w:val="ListBullet"/>
        <w:spacing w:line="240" w:lineRule="auto"/>
        <w:ind w:left="720"/>
      </w:pPr>
      <w:r/>
      <w:r>
        <w:rPr>
          <w:b/>
        </w:rPr>
        <w:t>Dates and highlights:</w:t>
      </w:r>
      <w:r>
        <w:t xml:space="preserve"> Brighton Pride runs Saturday 1 and Sunday 2 August 2026, with RAYE and Diana Ross headlining Pride on the Park. </w:t>
      </w:r>
      <w:r/>
    </w:p>
    <w:p>
      <w:pPr>
        <w:pStyle w:val="ListBullet"/>
        <w:spacing w:line="240" w:lineRule="auto"/>
        <w:ind w:left="720"/>
      </w:pPr>
      <w:r/>
      <w:r>
        <w:rPr>
          <w:b/>
        </w:rPr>
        <w:t>Parade:</w:t>
      </w:r>
      <w:r>
        <w:t xml:space="preserve"> The parade starts at Hove Lawns at 11am and follows the promenade through West Street, the Royal Pavilion area and London Road , it’s free and family friendly. </w:t>
      </w:r>
      <w:r/>
    </w:p>
    <w:p>
      <w:pPr>
        <w:pStyle w:val="ListBullet"/>
        <w:spacing w:line="240" w:lineRule="auto"/>
        <w:ind w:left="720"/>
      </w:pPr>
      <w:r/>
      <w:r>
        <w:rPr>
          <w:b/>
        </w:rPr>
        <w:t>Tickets:</w:t>
      </w:r>
      <w:r>
        <w:t xml:space="preserve"> Pride on the Park day tickets start from around £60–£63, with weekend Party in the Park passes from about £132.60; street party tickets and wristbands are cheaper. </w:t>
      </w:r>
      <w:r/>
    </w:p>
    <w:p>
      <w:pPr>
        <w:pStyle w:val="ListBullet"/>
        <w:spacing w:line="240" w:lineRule="auto"/>
        <w:ind w:left="720"/>
      </w:pPr>
      <w:r/>
      <w:r>
        <w:rPr>
          <w:b/>
        </w:rPr>
        <w:t>Big names and vibes:</w:t>
      </w:r>
      <w:r>
        <w:t xml:space="preserve"> Expect pop, classic soul, house and big DJ sets , RuPaul has a UK festival-exclusive DJ slot, and Paris Hilton and Mel C also appear. </w:t>
      </w:r>
      <w:r/>
    </w:p>
    <w:p>
      <w:pPr>
        <w:pStyle w:val="ListBullet"/>
        <w:spacing w:line="240" w:lineRule="auto"/>
        <w:ind w:left="720"/>
      </w:pPr>
      <w:r/>
      <w:r>
        <w:rPr>
          <w:b/>
        </w:rPr>
        <w:t>Extras:</w:t>
      </w:r>
      <w:r>
        <w:t xml:space="preserve"> Street party stages, food and bars run across Marine Parade, and multiple official afterparties keep the celebrations going late.</w:t>
      </w:r>
      <w:r/>
      <w:r/>
    </w:p>
    <w:p>
      <w:pPr>
        <w:pStyle w:val="Heading2"/>
      </w:pPr>
      <w:r>
        <w:t>Where the action is and why the route matters</w:t>
      </w:r>
      <w:r/>
    </w:p>
    <w:p>
      <w:r/>
      <w:r>
        <w:t>If you want the full seaside spectacle, the parade is your best bet , it’s free, loud and colourful, and the promenade setting gives it a proper Brighton feel: salty air, rainbow flags and a crowd that cheers every float. According to the official parade map, the procession begins at Hove Lawns near the West Pier at 11am, moves along King’s Road, passes the clock tower, skirts the Royal Pavilion and then takes the long stretch up London Road. That run up London Road is a great spot to see the procession settle into its stride, with plenty of viewing space for families and groups. For residents, organisers have published guidance on closures and stewarding so you can plan travel, and for visitors it’s worth arriving early for a good spot and to avoid last‑minute crowds.</w:t>
      </w:r>
      <w:r/>
    </w:p>
    <w:p>
      <w:pPr>
        <w:pStyle w:val="Heading2"/>
      </w:pPr>
      <w:r>
        <w:t>Who’s headlining and what the stages promise</w:t>
      </w:r>
      <w:r/>
    </w:p>
    <w:p>
      <w:r/>
      <w:r>
        <w:t>Pride on the Park is split across main and dance stages across both days, and the line‑up mixes current pop stars with iconic names and club legends. Saturday evening closes with RAYE, and the supporting roster includes Jessie J, Self Esteem, Leigh‑Anne and G Flip , a set list that swings from chart pop to fierce live energy. Sunday brings a different mood: Diana Ross closes the festival, with support from Holly Johnson, Five and a Paris Hilton set earlier in the evening. If you like DJ culture, the dance stage is stacked too, with Purple Disco Machine, Armand Van Helden and a rare UK festival DJ set from RuPaul.</w:t>
      </w:r>
      <w:r/>
    </w:p>
    <w:p>
      <w:pPr>
        <w:pStyle w:val="Heading2"/>
      </w:pPr>
      <w:r>
        <w:t>Timings you’ll want to bookmark</w:t>
      </w:r>
      <w:r/>
    </w:p>
    <w:p>
      <w:r/>
      <w:r>
        <w:t>Performance times are published for every act across both days, which is handy because there are tight overlaps between stages. On Saturday, main stage birthday starts early with Jonny Woo and runs through RAYE’s 9pm headliner slot. The dance stage peaks late with Purple Disco Machine from 8.30pm to 10pm. On Sunday the main stage runs into Diana Ross from 8.30pm, while Armand Van Helden brings the dance stage energy from 7.30pm. If you have to choose, pick the slot where the headliner plays and arrive 30–45 minutes early to get into the stage area before queues build.</w:t>
      </w:r>
      <w:r/>
    </w:p>
    <w:p>
      <w:pPr>
        <w:pStyle w:val="Heading2"/>
      </w:pPr>
      <w:r>
        <w:t>Street parties, hosts and afterparties , how to craft your weekend</w:t>
      </w:r>
      <w:r/>
    </w:p>
    <w:p>
      <w:r/>
      <w:r>
        <w:t>Marine Parade becomes a concentrated festival hub with music zones, tribute acts and hosts including Sally Vate and Pixie Polite. Street party tickets are a cheaper way to enjoy live performances and DJs from mid‑afternoon into the evening, and weekend wristbands can be a good value add if you plan to move between events. For night owls, official afterparties happen at Concorde 2, Patterns and other Brighton venues, with fundraisers and queue‑jump wristbands on offer. Pro tip: book afterparties and any premium wristbands in advance , the best ones sell quickly.</w:t>
      </w:r>
      <w:r/>
    </w:p>
    <w:p>
      <w:pPr>
        <w:pStyle w:val="Heading2"/>
      </w:pPr>
      <w:r>
        <w:t>Practical tips: travel, safety and enjoying the weekend</w:t>
      </w:r>
      <w:r/>
    </w:p>
    <w:p>
      <w:r/>
      <w:r>
        <w:t>Plan journeys ahead , parts of the seafront and several roads will be closed during the parade and events, and public transport tends to be busier than usual. Pack water, sun protection and comfortable shoes; Preston Park is huge but can get muddy if it rains. If you’re going with kids, identify meeting points and check family‑friendly zones. For those wanting quieter moments, explore the lanes off Western Road where cafes and shops offer a calmer pace between headline sets. And remember: many events support community funds, so a ticket often helps local causes as well as getting you in.</w:t>
      </w:r>
      <w:r/>
    </w:p>
    <w:p>
      <w:r/>
      <w:r>
        <w:t>It’s a weekend of big performances, seaside atmosphere and proper community spirit , pick your favourite stage and enjoy the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[4]</w:t>
        </w:r>
      </w:hyperlink>
      <w:r>
        <w:t xml:space="preserve">- Paragraph 6: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https://www.mirror.co.uk/news/uk-news/brighton-pride-2026-performance-times-37498363</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https://www.brighton-pride.org/pride-parade/</w:t>
        </w:r>
      </w:hyperlink>
      <w:r>
        <w:t xml:space="preserve"> - The Brighton &amp; Hove Pride LGBTQ+ Community Parade 2026 is scheduled for Saturday, 1st August, with the theme 'The Power of Love'. The parade will commence at 11:00 am from Hove Lawns and proceed through the city to Preston Park. The route is free for the public to watch, and detailed information about the parade route is available on the official Brighton &amp; Hove Pride website. (</w:t>
      </w:r>
      <w:hyperlink r:id="rId16">
        <w:r>
          <w:rPr>
            <w:color w:val="0000EE"/>
            <w:u w:val="single"/>
          </w:rPr>
          <w:t>brighton-pride.org</w:t>
        </w:r>
      </w:hyperlink>
      <w:r>
        <w:t>)</w:t>
      </w:r>
      <w:r/>
    </w:p>
    <w:p>
      <w:pPr>
        <w:pStyle w:val="ListNumber"/>
        <w:spacing w:line="240" w:lineRule="auto"/>
        <w:ind w:left="720"/>
      </w:pPr>
      <w:r/>
      <w:hyperlink r:id="rId12">
        <w:r>
          <w:rPr>
            <w:color w:val="0000EE"/>
            <w:u w:val="single"/>
          </w:rPr>
          <w:t>https://www.brighton-pride.org/pride-on-the-park-2026-headliner-annoucement/</w:t>
        </w:r>
      </w:hyperlink>
      <w:r>
        <w:t xml:space="preserve"> - Brighton &amp; Hove Pride has announced that global superstar Diana Ross will headline the Pride on the Park festival on Sunday, 2nd August 2026, marking her Brighton Pride debut. Chart-topping sensation RAYE is set to headline on Saturday, 1st August 2026. The festival will take place at Preston Park and is part of the 35th anniversary celebrations. (</w:t>
      </w:r>
      <w:hyperlink r:id="rId17">
        <w:r>
          <w:rPr>
            <w:color w:val="0000EE"/>
            <w:u w:val="single"/>
          </w:rPr>
          <w:t>brighton-pride.org</w:t>
        </w:r>
      </w:hyperlink>
      <w:r>
        <w:t>)</w:t>
      </w:r>
      <w:r/>
    </w:p>
    <w:p>
      <w:pPr>
        <w:pStyle w:val="ListNumber"/>
        <w:spacing w:line="240" w:lineRule="auto"/>
        <w:ind w:left="720"/>
      </w:pPr>
      <w:r/>
      <w:hyperlink r:id="rId13">
        <w:r>
          <w:rPr>
            <w:color w:val="0000EE"/>
            <w:u w:val="single"/>
          </w:rPr>
          <w:t>https://www.planomato.com/en/brighton/p/brighton-pride-2026-654</w:t>
        </w:r>
      </w:hyperlink>
      <w:r>
        <w:t xml:space="preserve"> - Brighton Pride 2026, marking its 35th anniversary, is scheduled for the weekend of 1st and 2nd August 2026. The event includes the annual community parade, which is free to watch, and the 'Pride in the Park' festival at Preston Park. While official pricing hasn't been confirmed, estimates suggest tickets may range between £58 and £64 for a single day, with weekend passes potentially costing around £89. (</w:t>
      </w:r>
      <w:hyperlink r:id="rId18">
        <w:r>
          <w:rPr>
            <w:color w:val="0000EE"/>
            <w:u w:val="single"/>
          </w:rPr>
          <w:t>planomato.com</w:t>
        </w:r>
      </w:hyperlink>
      <w:r>
        <w:t>)</w:t>
      </w:r>
      <w:r/>
    </w:p>
    <w:p>
      <w:pPr>
        <w:pStyle w:val="ListNumber"/>
        <w:spacing w:line="240" w:lineRule="auto"/>
        <w:ind w:left="720"/>
      </w:pPr>
      <w:r/>
      <w:hyperlink r:id="rId11">
        <w:r>
          <w:rPr>
            <w:color w:val="0000EE"/>
            <w:u w:val="single"/>
          </w:rPr>
          <w:t>https://www.brighton-pride.org/pride-parade-route/</w:t>
        </w:r>
      </w:hyperlink>
      <w:r>
        <w:t xml:space="preserve"> - The Brighton Pride LGBTQ+ Community Parade Route for 2026 has been announced. The parade will start at Hove Lawns at 11:00 am on Saturday, 1st August, and proceed through the city to Preston Park. Detailed information about the parade route is available on the official Brighton &amp; Hove Pride website. (</w:t>
      </w:r>
      <w:hyperlink r:id="rId19">
        <w:r>
          <w:rPr>
            <w:color w:val="0000EE"/>
            <w:u w:val="single"/>
          </w:rPr>
          <w:t>brighton-pride.org</w:t>
        </w:r>
      </w:hyperlink>
      <w:r>
        <w:t>)</w:t>
      </w:r>
      <w:r/>
    </w:p>
    <w:p>
      <w:pPr>
        <w:pStyle w:val="ListNumber"/>
        <w:spacing w:line="240" w:lineRule="auto"/>
        <w:ind w:left="720"/>
      </w:pPr>
      <w:r/>
      <w:hyperlink r:id="rId15">
        <w:r>
          <w:rPr>
            <w:color w:val="0000EE"/>
            <w:u w:val="single"/>
          </w:rPr>
          <w:t>https://www.brighton-pride.org/residents/</w:t>
        </w:r>
      </w:hyperlink>
      <w:r>
        <w:t xml:space="preserve"> - Residents' information for Brighton &amp; Hove Pride 2026 is available on the official website. The Pride on the Park festival will take place on Saturday, 1st August, and Sunday, 2nd August, 2026, in Preston Park. The Pride Community Parade will start at 11:00 am from Hove Lawns and proceed through the city to Preston Park. Detailed information about road closures and other logistics is provided for residents. (</w:t>
      </w:r>
      <w:hyperlink r:id="rId20">
        <w:r>
          <w:rPr>
            <w:color w:val="0000EE"/>
            <w:u w:val="single"/>
          </w:rPr>
          <w:t>brighton-pride.org</w:t>
        </w:r>
      </w:hyperlink>
      <w:r>
        <w:t>)</w:t>
      </w:r>
      <w:r/>
    </w:p>
    <w:p>
      <w:pPr>
        <w:pStyle w:val="ListNumber"/>
        <w:spacing w:line="240" w:lineRule="auto"/>
        <w:ind w:left="720"/>
      </w:pPr>
      <w:r/>
      <w:hyperlink r:id="rId14">
        <w:r>
          <w:rPr>
            <w:color w:val="0000EE"/>
            <w:u w:val="single"/>
          </w:rPr>
          <w:t>https://www.planomato.com/en/brighton/p/rupaul-brighton-hove-pride-2026</w:t>
        </w:r>
      </w:hyperlink>
      <w:r>
        <w:t xml:space="preserve"> - Drag superstar RuPaul is scheduled to perform a DJ set during the Brighton &amp; Hove Pride 2026 festival at Preston Park. The event is part of the 35th anniversary celebrations and will take place on the weekend of 1st and 2nd August 2026. (</w:t>
      </w:r>
      <w:hyperlink r:id="rId21">
        <w:r>
          <w:rPr>
            <w:color w:val="0000EE"/>
            <w:u w:val="single"/>
          </w:rPr>
          <w:t>planomato.com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news/uk-news/brighton-pride-2026-performance-times-37498363" TargetMode="External"/><Relationship Id="rId10" Type="http://schemas.openxmlformats.org/officeDocument/2006/relationships/hyperlink" Target="https://www.brighton-pride.org/pride-parade/" TargetMode="External"/><Relationship Id="rId11" Type="http://schemas.openxmlformats.org/officeDocument/2006/relationships/hyperlink" Target="https://www.brighton-pride.org/pride-parade-route/" TargetMode="External"/><Relationship Id="rId12" Type="http://schemas.openxmlformats.org/officeDocument/2006/relationships/hyperlink" Target="https://www.brighton-pride.org/pride-on-the-park-2026-headliner-annoucement/" TargetMode="External"/><Relationship Id="rId13" Type="http://schemas.openxmlformats.org/officeDocument/2006/relationships/hyperlink" Target="https://www.planomato.com/en/brighton/p/brighton-pride-2026-654" TargetMode="External"/><Relationship Id="rId14" Type="http://schemas.openxmlformats.org/officeDocument/2006/relationships/hyperlink" Target="https://www.planomato.com/en/brighton/p/rupaul-brighton-hove-pride-2026" TargetMode="External"/><Relationship Id="rId15" Type="http://schemas.openxmlformats.org/officeDocument/2006/relationships/hyperlink" Target="https://www.brighton-pride.org/residents/" TargetMode="External"/><Relationship Id="rId16" Type="http://schemas.openxmlformats.org/officeDocument/2006/relationships/hyperlink" Target="https://www.brighton-pride.org/pride-parade/?utm_source=openai" TargetMode="External"/><Relationship Id="rId17" Type="http://schemas.openxmlformats.org/officeDocument/2006/relationships/hyperlink" Target="https://www.brighton-pride.org/pride-on-the-park-2026-headliner-annoucement/?utm_source=openai" TargetMode="External"/><Relationship Id="rId18" Type="http://schemas.openxmlformats.org/officeDocument/2006/relationships/hyperlink" Target="https://www.planomato.com/en/brighton/p/brighton-pride-2026-654?utm_source=openai" TargetMode="External"/><Relationship Id="rId19" Type="http://schemas.openxmlformats.org/officeDocument/2006/relationships/hyperlink" Target="https://www.brighton-pride.org/pride-parade-route/?utm_source=openai" TargetMode="External"/><Relationship Id="rId20" Type="http://schemas.openxmlformats.org/officeDocument/2006/relationships/hyperlink" Target="https://www.brighton-pride.org/residents/?utm_source=openai" TargetMode="External"/><Relationship Id="rId21" Type="http://schemas.openxmlformats.org/officeDocument/2006/relationships/hyperlink" Target="https://www.planomato.com/en/brighton/p/rupaul-brighton-hove-pride-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