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Books by Queer Men: Reddit’s Crowd-Pleasers and Hidden Gems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turning to a viral Reddit thread to swap favourite books by queer men, and the result is a lively mix of classics, new hits and under-the-radar gems that proves there’s something for every mood, romance, satire, sci‑fi, horror and literary drama.</w:t>
      </w:r>
      <w:r/>
    </w:p>
    <w:p>
      <w:r/>
      <w:r>
        <w:t>Essential Takeaways</w:t>
      </w:r>
      <w:r/>
      <w:r/>
    </w:p>
    <w:p>
      <w:pPr>
        <w:pStyle w:val="ListBullet"/>
        <w:spacing w:line="240" w:lineRule="auto"/>
        <w:ind w:left="720"/>
      </w:pPr>
      <w:r/>
      <w:r>
        <w:rPr>
          <w:b/>
        </w:rPr>
        <w:t>Top picks:</w:t>
      </w:r>
      <w:r>
        <w:t xml:space="preserve"> KD Edwards’ Tarot Sequence and TJ Klune’s queer fantasy-romances got major love for emotional storytelling and world-building.</w:t>
      </w:r>
      <w:r/>
    </w:p>
    <w:p>
      <w:pPr>
        <w:pStyle w:val="ListBullet"/>
        <w:spacing w:line="240" w:lineRule="auto"/>
        <w:ind w:left="720"/>
      </w:pPr>
      <w:r/>
      <w:r>
        <w:rPr>
          <w:b/>
        </w:rPr>
        <w:t>Funny and sharp:</w:t>
      </w:r>
      <w:r>
        <w:t xml:space="preserve"> David Sedaris’ essay collection Me Talk Pretty One Day is a go-to for wry, autobiographical humour and a light, conversational tone.</w:t>
      </w:r>
      <w:r/>
    </w:p>
    <w:p>
      <w:pPr>
        <w:pStyle w:val="ListBullet"/>
        <w:spacing w:line="240" w:lineRule="auto"/>
        <w:ind w:left="720"/>
      </w:pPr>
      <w:r/>
      <w:r>
        <w:rPr>
          <w:b/>
        </w:rPr>
        <w:t>Literary heavyweights:</w:t>
      </w:r>
      <w:r>
        <w:t xml:space="preserve"> Ocean Vuong’s On Earth We Are Briefly Gorgeous and classics from James Baldwin, Truman Capote and E.M. Forster appear across recommendations.</w:t>
      </w:r>
      <w:r/>
    </w:p>
    <w:p>
      <w:pPr>
        <w:pStyle w:val="ListBullet"/>
        <w:spacing w:line="240" w:lineRule="auto"/>
        <w:ind w:left="720"/>
      </w:pPr>
      <w:r/>
      <w:r>
        <w:rPr>
          <w:b/>
        </w:rPr>
        <w:t>Genre variety:</w:t>
      </w:r>
      <w:r>
        <w:t xml:space="preserve"> Readers named sci‑fi and fantasy authors like Simon Jimenez, Yoon Ha Lee and Clive Barker for horror, showing wide taste.</w:t>
      </w:r>
      <w:r/>
    </w:p>
    <w:p>
      <w:pPr>
        <w:pStyle w:val="ListBullet"/>
        <w:spacing w:line="240" w:lineRule="auto"/>
        <w:ind w:left="720"/>
      </w:pPr>
      <w:r/>
      <w:r>
        <w:rPr>
          <w:b/>
        </w:rPr>
        <w:t>Local voices matter:</w:t>
      </w:r>
      <w:r>
        <w:t xml:space="preserve"> Australian author Holden Sheppard’s Invisible Boys resonated strongly with readers seeking authentic regional queer coming‑of‑age stories.</w:t>
      </w:r>
      <w:r/>
      <w:r/>
    </w:p>
    <w:p>
      <w:pPr>
        <w:pStyle w:val="Heading2"/>
      </w:pPr>
      <w:r>
        <w:t>Why one Reddit post turned into a mini reading festival</w:t>
      </w:r>
      <w:r/>
    </w:p>
    <w:p>
      <w:r/>
      <w:r>
        <w:t>A simple question, “Favourite books by queer men?”, sparked over 150 comments and dozens of titles, and it’s easy to see why people piled in. There’s pleasure in swapping stories that changed you, and the thread reads like a map of how queer lives and imaginations are being charted in literature today. Expect a mix of the funny, the heart-aching and the unsettling; readers mention books that smell faintly of nostalgia, others that leave a ringing silence.</w:t>
      </w:r>
      <w:r/>
    </w:p>
    <w:p>
      <w:r/>
      <w:r>
        <w:t>If you want to join in, look for posts that list a short reason for the pick; they tend to point you to what feeling the book delivers, comfort, challenge, catharsis.</w:t>
      </w:r>
      <w:r/>
    </w:p>
    <w:p>
      <w:pPr>
        <w:pStyle w:val="Heading2"/>
      </w:pPr>
      <w:r>
        <w:t>Comfort and comedy: why David Sedaris keeps coming up</w:t>
      </w:r>
      <w:r/>
    </w:p>
    <w:p>
      <w:r/>
      <w:r>
        <w:t>Sedaris’ Me Talk Pretty One Day is a single-volume stop for many who want comedy with bite. It’s a collection of personal essays that balances self-mockery with sharp cultural observation, so it’s easy to dip in for a quick laugh or read straight through for sustained, rueful amusement. If you’re new to Sedaris, begin with the essays that centre on language, family and the small humiliations that become universal. They’re light on plot but heavy on personality, perfect for commutes or a weekend sofa binge.</w:t>
      </w:r>
      <w:r/>
    </w:p>
    <w:p>
      <w:pPr>
        <w:pStyle w:val="Heading2"/>
      </w:pPr>
      <w:r>
        <w:t>Queer fantasy and romance are having a moment</w:t>
      </w:r>
      <w:r/>
    </w:p>
    <w:p>
      <w:r/>
      <w:r>
        <w:t>Several readers championed modern queer fantasy-romance, with KD Edwards’ Tarot Sequence and TJ Klune’s work rising to the top. These stories combine lush world-building with intimate relationships, so they feel both epic and immediate. If you love vivid settings and emotional payoff, start with a single novel in a series to test the tone before committing to a long run. Fans say these books reward patience, with satisfying character arcs that make the fantastical feel tenderly human.</w:t>
      </w:r>
      <w:r/>
    </w:p>
    <w:p>
      <w:pPr>
        <w:pStyle w:val="Heading2"/>
      </w:pPr>
      <w:r>
        <w:t>Big literary names and why they still matter</w:t>
      </w:r>
      <w:r/>
    </w:p>
    <w:p>
      <w:r/>
      <w:r>
        <w:t>The thread didn’t just celebrate new releases; it circled back to landmark texts. Ocean Vuong’s On Earth We Are Briefly Gorgeous shows how prose can be both an elegy and a reckoning, written as a son’s letter to his illiterate mother and probing identity, masculinity and migration. And then there are the sturdy classics, James Baldwin’s Giovanni’s Room, Forster’s Maurice, Capote’s early work, that keep being recommended because they continue to speak to queer lives across generations. These books are often quieter but with a long emotional echo.</w:t>
      </w:r>
      <w:r/>
    </w:p>
    <w:p>
      <w:pPr>
        <w:pStyle w:val="Heading2"/>
      </w:pPr>
      <w:r>
        <w:t>Genre picks for every taste: horror, sci‑fi and local voices</w:t>
      </w:r>
      <w:r/>
    </w:p>
    <w:p>
      <w:r/>
      <w:r>
        <w:t>Fans recommended horror and speculative fiction names like Clive Barker for bone-deep dread and Simon Jimenez or Yoon Ha Lee for inventive sci‑fi. Those come with a different promise: that genre can be a safe way to explore queer themes through metaphor and idea. Meanwhile, regional voices matter, a number of Australian readers praised Holden Sheppard’s Invisible Boys for its authentic portrayal of small-town queer adolescence. If you want to broaden your shelf, alternate a literary heavy-hitter with a speculative or local author to keep your reading fresh.</w:t>
      </w:r>
      <w:r/>
    </w:p>
    <w:p>
      <w:pPr>
        <w:pStyle w:val="Heading2"/>
      </w:pPr>
      <w:r>
        <w:t>How to pick what to read next from the list</w:t>
      </w:r>
      <w:r/>
    </w:p>
    <w:p>
      <w:r/>
      <w:r>
        <w:t>Decide what you want first: laughter, comfort, a punch to the gut, or imaginative escape. Sample an essay or short story if you’re unsure, or ask for a quick plot summary from friends who recommended a title. Look up tone and trigger warnings if you’re sensitive to grief or violence. And don’t be afraid of series, many queer fantasy romances build slowly but repay the commitment.</w:t>
      </w:r>
      <w:r/>
    </w:p>
    <w:p>
      <w:r/>
      <w:r>
        <w:t>It’s a small change that can make every read feel like a discovery.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https://www.queerty.com/gay-guys-share-their-favorite-books-by-queer-men-20260730/</w:t>
        </w:r>
      </w:hyperlink>
      <w:r>
        <w:t xml:space="preserve"> - Please view link - unable to able to access data</w:t>
      </w:r>
      <w:r/>
    </w:p>
    <w:p>
      <w:pPr>
        <w:pStyle w:val="ListNumber"/>
        <w:spacing w:line="240" w:lineRule="auto"/>
        <w:ind w:left="720"/>
      </w:pPr>
      <w:r/>
      <w:hyperlink r:id="rId10">
        <w:r>
          <w:rPr>
            <w:color w:val="0000EE"/>
            <w:u w:val="single"/>
          </w:rPr>
          <w:t>https://www.goodreads.com/book/show/815187.Me_Talk_Pretty_One_Day</w:t>
        </w:r>
      </w:hyperlink>
      <w:r>
        <w:t xml:space="preserve"> - David Sedaris's 'Me Talk Pretty One Day' is a collection of autobiographical essays that blend humour with poignant reflections on his life. The book is divided into two parts: the first covers his upbringing in North Carolina and early adulthood, while the second focuses on his experiences living in France and learning the language. Sedaris's sharp wit and keen observations make this work a standout in contemporary humour literature.</w:t>
      </w:r>
      <w:r/>
    </w:p>
    <w:p>
      <w:pPr>
        <w:pStyle w:val="ListNumber"/>
        <w:spacing w:line="240" w:lineRule="auto"/>
        <w:ind w:left="720"/>
      </w:pPr>
      <w:r/>
      <w:hyperlink r:id="rId12">
        <w:r>
          <w:rPr>
            <w:color w:val="0000EE"/>
            <w:u w:val="single"/>
          </w:rPr>
          <w:t>https://www.firstimpressionsreviews.com/me-talk-pretty-one-day/review/</w:t>
        </w:r>
      </w:hyperlink>
      <w:r>
        <w:t xml:space="preserve"> - In this review, the author praises David Sedaris's 'Me Talk Pretty One Day' for its humour and insightful commentary. The collection of essays delves into Sedaris's life experiences, including his move to Paris and attempts to learn French. The reviewer highlights Sedaris's ability to find comedy in everyday situations and his unique perspective on cultural differences, making the book both entertaining and thought-provoking.</w:t>
      </w:r>
      <w:r/>
    </w:p>
    <w:p>
      <w:pPr>
        <w:pStyle w:val="ListNumber"/>
        <w:spacing w:line="240" w:lineRule="auto"/>
        <w:ind w:left="720"/>
      </w:pPr>
      <w:r/>
      <w:hyperlink r:id="rId11">
        <w:r>
          <w:rPr>
            <w:color w:val="0000EE"/>
            <w:u w:val="single"/>
          </w:rPr>
          <w:t>https://www.litlovers.com/reading-guides/non-fiction/me-talk-pretty-one-day-sedaris</w:t>
        </w:r>
      </w:hyperlink>
      <w:r>
        <w:t xml:space="preserve"> - This reading guide provides an overview of David Sedaris's 'Me Talk Pretty One Day,' offering insights into the book's themes and structure. The collection of essays is noted for its humour and exploration of language and identity. The guide includes discussion questions and author information, making it a valuable resource for readers seeking a deeper understanding of Sedaris's work.</w:t>
      </w:r>
      <w:r/>
    </w:p>
    <w:p>
      <w:pPr>
        <w:pStyle w:val="ListNumber"/>
        <w:spacing w:line="240" w:lineRule="auto"/>
        <w:ind w:left="720"/>
      </w:pPr>
      <w:r/>
      <w:hyperlink r:id="rId14">
        <w:r>
          <w:rPr>
            <w:color w:val="0000EE"/>
            <w:u w:val="single"/>
          </w:rPr>
          <w:t>https://www.bookreporter.com/reviews/me-talk-pretty-one-day</w:t>
        </w:r>
      </w:hyperlink>
      <w:r>
        <w:t xml:space="preserve"> - In this review, the author discusses David Sedaris's 'Me Talk Pretty One Day,' highlighting the book's humour and candidness. The collection of essays covers various aspects of Sedaris's life, including his family dynamics and experiences living abroad. The reviewer commends Sedaris's storytelling and his ability to find humour in the mundane, making the book an enjoyable read.</w:t>
      </w:r>
      <w:r/>
    </w:p>
    <w:p>
      <w:pPr>
        <w:pStyle w:val="ListNumber"/>
        <w:spacing w:line="240" w:lineRule="auto"/>
        <w:ind w:left="720"/>
      </w:pPr>
      <w:r/>
      <w:hyperlink r:id="rId13">
        <w:r>
          <w:rPr>
            <w:color w:val="0000EE"/>
            <w:u w:val="single"/>
          </w:rPr>
          <w:t>https://www.litlovers.com/book-reviews/wonderfully-written/me-talk-pretty-one-day-review</w:t>
        </w:r>
      </w:hyperlink>
      <w:r>
        <w:t xml:space="preserve"> - This review praises David Sedaris's 'Me Talk Pretty One Day' for its humour and engaging storytelling. The collection of essays offers a glimpse into Sedaris's life, including his move to France and challenges with language acquisition. The reviewer notes Sedaris's unique voice and ability to find comedy in everyday situations, making the book both entertaining and insightful.</w:t>
      </w:r>
      <w:r/>
    </w:p>
    <w:p>
      <w:pPr>
        <w:pStyle w:val="ListNumber"/>
        <w:spacing w:line="240" w:lineRule="auto"/>
        <w:ind w:left="720"/>
      </w:pPr>
      <w:r/>
      <w:hyperlink r:id="rId15">
        <w:r>
          <w:rPr>
            <w:color w:val="0000EE"/>
            <w:u w:val="single"/>
          </w:rPr>
          <w:t>https://www.kirkusreviews.com/audiobook-reviews/david-sedaris/me-talk-pretty-one-day/</w:t>
        </w:r>
      </w:hyperlink>
      <w:r>
        <w:t xml:space="preserve"> - In this review, the author discusses the audiobook version of David Sedaris's 'Me Talk Pretty One Day,' noting Sedaris's deadpan delivery as a perfect complement to the bizarre anecdotes in the collection. The review highlights the essays' exploration of family dynamics, cultural differences, and language acquisition, commending Sedaris's ability to blend humour with poignant observations.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gay-guys-share-their-favorite-books-by-queer-men-20260730/" TargetMode="External"/><Relationship Id="rId10" Type="http://schemas.openxmlformats.org/officeDocument/2006/relationships/hyperlink" Target="https://www.goodreads.com/book/show/815187.Me_Talk_Pretty_One_Day" TargetMode="External"/><Relationship Id="rId11" Type="http://schemas.openxmlformats.org/officeDocument/2006/relationships/hyperlink" Target="https://www.litlovers.com/reading-guides/non-fiction/me-talk-pretty-one-day-sedaris" TargetMode="External"/><Relationship Id="rId12" Type="http://schemas.openxmlformats.org/officeDocument/2006/relationships/hyperlink" Target="https://www.firstimpressionsreviews.com/me-talk-pretty-one-day/review/" TargetMode="External"/><Relationship Id="rId13" Type="http://schemas.openxmlformats.org/officeDocument/2006/relationships/hyperlink" Target="https://www.litlovers.com/book-reviews/wonderfully-written/me-talk-pretty-one-day-review" TargetMode="External"/><Relationship Id="rId14" Type="http://schemas.openxmlformats.org/officeDocument/2006/relationships/hyperlink" Target="https://www.bookreporter.com/reviews/me-talk-pretty-one-day" TargetMode="External"/><Relationship Id="rId15" Type="http://schemas.openxmlformats.org/officeDocument/2006/relationships/hyperlink" Target="https://www.kirkusreviews.com/audiobook-reviews/david-sedaris/me-talk-pretty-one-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