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Black-Affirming Back-to-School Cookout in Atlanta This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parents are turning out for a free, family-friendly cookout in southwest Atlanta that centres Black transgender, non-binary, and gender-expansive children and their chosen families; it’s happening Aug. 1 with food, performances, organisational stalls, and free school backpacks, so it matters for anyone wanting supportive, practical community.</w:t>
      </w:r>
      <w:r/>
    </w:p>
    <w:p>
      <w:r/>
      <w:r>
        <w:t>Essential Takeaways</w:t>
      </w:r>
      <w:r/>
      <w:r/>
    </w:p>
    <w:p>
      <w:pPr>
        <w:pStyle w:val="ListBullet"/>
        <w:spacing w:line="240" w:lineRule="auto"/>
        <w:ind w:left="720"/>
      </w:pPr>
      <w:r/>
      <w:r>
        <w:rPr>
          <w:b/>
        </w:rPr>
        <w:t>What:</w:t>
      </w:r>
      <w:r>
        <w:t xml:space="preserve"> Thicker Than Water is a free community cookout and school supply drive focused on Black affirming and chosen families.</w:t>
      </w:r>
      <w:r/>
    </w:p>
    <w:p>
      <w:pPr>
        <w:pStyle w:val="ListBullet"/>
        <w:spacing w:line="240" w:lineRule="auto"/>
        <w:ind w:left="720"/>
      </w:pPr>
      <w:r/>
      <w:r>
        <w:rPr>
          <w:b/>
        </w:rPr>
        <w:t>Where and when:</w:t>
      </w:r>
      <w:r>
        <w:t xml:space="preserve"> Cleopas R. Johnson Park in Southwest Atlanta, starting at 11 a.m., with performances from 3:30 p.m.</w:t>
      </w:r>
      <w:r/>
    </w:p>
    <w:p>
      <w:pPr>
        <w:pStyle w:val="ListBullet"/>
        <w:spacing w:line="240" w:lineRule="auto"/>
        <w:ind w:left="720"/>
      </w:pPr>
      <w:r/>
      <w:r>
        <w:rPr>
          <w:b/>
        </w:rPr>
        <w:t>Perks:</w:t>
      </w:r>
      <w:r>
        <w:t xml:space="preserve"> Free food while supplies last, organisational tabling, and backpacks provided by Ariana Grande’s Brighter Days Ahead Foundation.</w:t>
      </w:r>
      <w:r/>
    </w:p>
    <w:p>
      <w:pPr>
        <w:pStyle w:val="ListBullet"/>
        <w:spacing w:line="240" w:lineRule="auto"/>
        <w:ind w:left="720"/>
      </w:pPr>
      <w:r/>
      <w:r>
        <w:rPr>
          <w:b/>
        </w:rPr>
        <w:t>Showcase:</w:t>
      </w:r>
      <w:r>
        <w:t xml:space="preserve"> Afternoon performances at the Russell Innovation Center for Entrepreneurs featuring Angelica Ross, 2AM Ricky, Tim’m West, Hanifa Walidah, and DJ Boston Chery.</w:t>
      </w:r>
      <w:r/>
    </w:p>
    <w:p>
      <w:pPr>
        <w:pStyle w:val="ListBullet"/>
        <w:spacing w:line="240" w:lineRule="auto"/>
        <w:ind w:left="720"/>
      </w:pPr>
      <w:r/>
      <w:r>
        <w:rPr>
          <w:b/>
        </w:rPr>
        <w:t>How to join:</w:t>
      </w:r>
      <w:r>
        <w:t xml:space="preserve"> Guests can register to attend or volunteer via the Gender Liberation Movement website.</w:t>
      </w:r>
      <w:r/>
      <w:r/>
    </w:p>
    <w:p>
      <w:pPr>
        <w:pStyle w:val="Heading2"/>
      </w:pPr>
      <w:r>
        <w:t>A community cookout aimed at chosen families , and it feels warm</w:t>
      </w:r>
      <w:r/>
    </w:p>
    <w:p>
      <w:r/>
      <w:r>
        <w:t>The headline moment is simple: a down-to-earth cookout that puts Black transgender, non-binary, and gender-expansive kids at the centre. The scene promises a picnic vibe with folding tables, the mild sizzle of a grill, and people swapping stories as kids run around. According to the event page, organisers want this to be a place where affirming families can connect and pick up practical supplies, not just a performance space.</w:t>
      </w:r>
      <w:r/>
    </w:p>
    <w:p>
      <w:r/>
      <w:r>
        <w:t>This is community-led organising in action. The Gender Liberation Movement is hosting the event, and you’ll find local groups tabling to offer resources and support. If you’re coming with a family, bring a blanket, a hat, and a little patience for crowds; the free food runs while supplies last, and many guests are asked to bring their own picnics too.</w:t>
      </w:r>
      <w:r/>
    </w:p>
    <w:p>
      <w:pPr>
        <w:pStyle w:val="Heading2"/>
      </w:pPr>
      <w:r>
        <w:t>Back-to-school help that’s more than symbolic</w:t>
      </w:r>
      <w:r/>
    </w:p>
    <w:p>
      <w:r/>
      <w:r>
        <w:t>The timing matters. With the school year approaching, a free backpack or basic supplies can remove a real barrier for families who face discrimination and extra costs. Ariana Grande’s Brighter Days Ahead Foundation is supplying backpacks, which gives the drive a boost so kids can start classes with the tools they need.</w:t>
      </w:r>
      <w:r/>
    </w:p>
    <w:p>
      <w:r/>
      <w:r>
        <w:t>Practical tip: register online before you go so organisers can estimate turnout and supplies. If you’re donating, check the host page for the most-needed items , pencils and notebooks go fast, and organisers often ask for age-appropriate supplies.</w:t>
      </w:r>
      <w:r/>
    </w:p>
    <w:p>
      <w:pPr>
        <w:pStyle w:val="Heading2"/>
      </w:pPr>
      <w:r>
        <w:t>The programme mixes grassroots energy with a show-stopping lineup</w:t>
      </w:r>
      <w:r/>
    </w:p>
    <w:p>
      <w:r/>
      <w:r>
        <w:t>By early afternoon the mood pivots from hanging out to performance mode. The Russell Innovation Center for Entrepreneurs, just across the street, will host a showcase from 3:30 p.m. Expect a mix of spoken-word, music, and DJs , Angelica Ross and other named performers bring star power, while local acts give the day a community heartbeat.</w:t>
      </w:r>
      <w:r/>
    </w:p>
    <w:p>
      <w:r/>
      <w:r>
        <w:t>That balance matters: it keeps the day useful and joyful. If you’re sensitive to big crowds, plan to arrive early for quieter moments and step across to the showcase when you’re ready for louder, staged performances.</w:t>
      </w:r>
      <w:r/>
    </w:p>
    <w:p>
      <w:pPr>
        <w:pStyle w:val="Heading2"/>
      </w:pPr>
      <w:r>
        <w:t>Who’s it for , and how to take part</w:t>
      </w:r>
      <w:r/>
    </w:p>
    <w:p>
      <w:r/>
      <w:r>
        <w:t>This is explicitly for Black affirming and chosen families, including caregivers of transgender, non-binary, and gender-expansive young people. Volunteers are welcome, and roles range from setup to running a tabling stall. Registration is straightforward on the Gender Liberation Movement site, and the event hosts an Action Network listing with details for attendees.</w:t>
      </w:r>
      <w:r/>
    </w:p>
    <w:p>
      <w:r/>
      <w:r>
        <w:t>If you want to help but can’t make it, check the organiser pages for remote support options or donation drop-offs. Small contributions , a set of pens, a children’s novel, or a wrapped lunch , go a long way at community drives.</w:t>
      </w:r>
      <w:r/>
    </w:p>
    <w:p>
      <w:pPr>
        <w:pStyle w:val="Heading2"/>
      </w:pPr>
      <w:r>
        <w:t>Why events like this matter beyond one weekend</w:t>
      </w:r>
      <w:r/>
    </w:p>
    <w:p>
      <w:r/>
      <w:r>
        <w:t>Events like Thicker Than Water do three things at once: they provide material help, build visible networks of support, and create a public reminder that affirming spaces exist. That combination reduces isolation and gives families practical and emotional breathing room.</w:t>
      </w:r>
      <w:r/>
    </w:p>
    <w:p>
      <w:r/>
      <w:r>
        <w:t>Look ahead: if this event resonates, keep an eye on the Gender Liberation Movement’s calendar for similar gatherings and volunteer opportunities. It’s the sort of grassroots momentum that scales when people show up.</w:t>
      </w:r>
      <w:r/>
    </w:p>
    <w:p>
      <w:r/>
      <w:r>
        <w:t>It's a small change that can make every first day of school a little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https://roughdraftatlanta.com/2026/07/31/black-lgbt-cookout-atlanta/</w:t>
        </w:r>
      </w:hyperlink>
      <w:r>
        <w:t xml:space="preserve"> - Please view link - unable to able to access data</w:t>
      </w:r>
      <w:r/>
    </w:p>
    <w:p>
      <w:pPr>
        <w:pStyle w:val="ListNumber"/>
        <w:spacing w:line="240" w:lineRule="auto"/>
        <w:ind w:left="720"/>
      </w:pPr>
      <w:r/>
      <w:hyperlink r:id="rId10">
        <w:r>
          <w:rPr>
            <w:color w:val="0000EE"/>
            <w:u w:val="single"/>
          </w:rPr>
          <w:t>https://genderlib.org/cookout</w:t>
        </w:r>
      </w:hyperlink>
      <w:r>
        <w:t xml:space="preserve"> - The Gender Liberation Movement is hosting 'Thicker Than Water: A Cookout for Black Affirming &amp; Chosen Families' on August 1, 2026, at Cleopas R. Johnson Park in Southwest Atlanta. The event features a community cookout, organizational tabling, and a school supply drive, with free backpacks provided by Ariana Grande’s Brighter Days Ahead Foundation. Free food will be available from 2 Pieces of Toast while supplies last, and attendees are encouraged to bring their own food. The event also includes an afternoon performance showcase at the Russell Innovation Center for Entrepreneurs, featuring artists such as Angelica Ross, 2AM Ricky, Tim’m West, Hanifa Walidah, and DJ Boston Chery. The cookout begins at 11 a.m., with performances starting at 3:30 p.m. Guests can register to attend or volunteer on the Gender Liberation Movement’s website.</w:t>
      </w:r>
      <w:r/>
    </w:p>
    <w:p>
      <w:pPr>
        <w:pStyle w:val="ListNumber"/>
        <w:spacing w:line="240" w:lineRule="auto"/>
        <w:ind w:left="720"/>
      </w:pPr>
      <w:r/>
      <w:hyperlink r:id="rId11">
        <w:r>
          <w:rPr>
            <w:color w:val="0000EE"/>
            <w:u w:val="single"/>
          </w:rPr>
          <w:t>https://actionnetwork.org/events/thicker-than-water-black-affirming-chosen-families-cookout?source=direct_link</w:t>
        </w:r>
      </w:hyperlink>
      <w:r>
        <w:t xml:space="preserve"> - The 'Thicker Than Water: Black Affirming + Chosen Families Cookout' is scheduled for August 1, 2026, from 11:00 AM to 5:00 PM at Cleopas R. Johnson Park, 550 Atlanta Student Movement Blvd, Atlanta, GA 30314. Organised by the Gender Liberation Movement, the Rustin Institute, Solutions Not Punishments Collaborative, and New Disabled South, the event aims to bring together Black families with queer, trans, and nonbinary children, as well as chosen families. Attendees can expect food, music, community engagement, and a school supply drive for queer youth. The event is free to attend, with food available on-site while supplies last. For more information or to RSVP, contact info@genderlib.org.</w:t>
      </w:r>
      <w:r/>
    </w:p>
    <w:p>
      <w:pPr>
        <w:pStyle w:val="ListNumber"/>
        <w:spacing w:line="240" w:lineRule="auto"/>
        <w:ind w:left="720"/>
      </w:pPr>
      <w:r/>
      <w:hyperlink r:id="rId12">
        <w:r>
          <w:rPr>
            <w:color w:val="0000EE"/>
            <w:u w:val="single"/>
          </w:rPr>
          <w:t>https://rustininstitute.org/2026-at-a-glance</w:t>
        </w:r>
      </w:hyperlink>
      <w:r>
        <w:t xml:space="preserve"> - The Rustin Institute, in collaboration with the Gender Liberation Movement and other organisations, is hosting 'Thicker Than Water: A Cookout for Black Affirming and Chosen Families' on July 18, 2026, from 11 a.m. to 5 p.m. The event aims to bring together Black affirming and chosen families for a day of community engagement and celebration. Attendees can expect food, music, and opportunities to connect with others. The event is free to attend, with food available on-site while supplies last. For more details or to RSVP, visit the Rustin Institute's website.</w:t>
      </w:r>
      <w:r/>
    </w:p>
    <w:p>
      <w:pPr>
        <w:pStyle w:val="ListNumber"/>
        <w:spacing w:line="240" w:lineRule="auto"/>
        <w:ind w:left="720"/>
      </w:pPr>
      <w:r/>
      <w:hyperlink r:id="rId13">
        <w:r>
          <w:rPr>
            <w:color w:val="0000EE"/>
            <w:u w:val="single"/>
          </w:rPr>
          <w:t>https://happeningnext.com/event/2026-abpw-black-excellence-dinner-andamp-influencers-awards-gala-eid1ef0kx7mgeca</w:t>
        </w:r>
      </w:hyperlink>
      <w:r>
        <w:t xml:space="preserve"> - The 2026 ABPW Black Excellence Dinner &amp; Influencers Awards Gala is scheduled for September 4, 2026, at The Starling Atlanta Midtown, Curio Collection by Hilton. This annual Atlanta Black Pride event celebrates and honours influential members of the LGBTQIA community. Hosted by TV Personality Derek J, the event features a runway fashion show, celebrity performances, and awards presentations honouring Black LGBTQIA+ leaders. Guests will enjoy complimentary Titos cocktails and appetizers. Tickets range from USD 176.31 to USD 1,396.46. For more information or to purchase tickets, visit the event's website.</w:t>
      </w:r>
      <w:r/>
    </w:p>
    <w:p>
      <w:pPr>
        <w:pStyle w:val="ListNumber"/>
        <w:spacing w:line="240" w:lineRule="auto"/>
        <w:ind w:left="720"/>
      </w:pPr>
      <w:r/>
      <w:hyperlink r:id="rId14">
        <w:r>
          <w:rPr>
            <w:color w:val="0000EE"/>
            <w:u w:val="single"/>
          </w:rPr>
          <w:t>https://ra.co/events/2466816</w:t>
        </w:r>
      </w:hyperlink>
      <w:r>
        <w:t xml:space="preserve"> - Alt X Smothered &amp; Covered (Pride Edition) is a collaborative event between Atlanta's favourite alternative experience for Black queer folks, ALT, and Smothered + Covered. Scheduled for June 20, 2026, at 404.EXE, the event offers an underground genre-fluid party featuring high-energy global club sounds, including Jersey Club, Nola Bounce, Juke, Ballroom Vogue, Baile Funk, Bouyon, ATL+Miami Bass, Booty Anthems, Dembow, Soca, and more. DJ sets include K Squared, Your DJ Besties (Jordy Wonderland x Shakakhan), Boston Chery, and Calpyso. The event is 21+ and runs from 10 p.m. to 3 a.m. Tickets are priced at $16. For more details, visit the event's page.</w:t>
      </w:r>
      <w:r/>
    </w:p>
    <w:p>
      <w:pPr>
        <w:pStyle w:val="ListNumber"/>
        <w:spacing w:line="240" w:lineRule="auto"/>
        <w:ind w:left="720"/>
      </w:pPr>
      <w:r/>
      <w:hyperlink r:id="rId15">
        <w:r>
          <w:rPr>
            <w:color w:val="0000EE"/>
            <w:u w:val="single"/>
          </w:rPr>
          <w:t>https://events.eventnoire.com/e/carefreeblackgirl-cookout-atl-2/tickets</w:t>
        </w:r>
      </w:hyperlink>
      <w:r>
        <w:t xml:space="preserve"> - CareFree Fest ATL is a free-entry event scheduled for September 3, 2026, from 5:00 PM to 11:00 PM at Guardian Works, Atlanta, GA. Organised by CareFreeBlackGirl and Impulse ATL, the event features Black DJs, live performances, local vendors, creative and wellness activations, games, giveaways, photo moments, delicious food, and incredible community. The festival aims to celebrate Black joy and provide a vibrant, safe space for self-expression and celebration. For more information or to register, visit the event's ticketing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7/31/black-lgbt-cookout-atlanta/" TargetMode="External"/><Relationship Id="rId10" Type="http://schemas.openxmlformats.org/officeDocument/2006/relationships/hyperlink" Target="https://genderlib.org/cookout" TargetMode="External"/><Relationship Id="rId11" Type="http://schemas.openxmlformats.org/officeDocument/2006/relationships/hyperlink" Target="https://actionnetwork.org/events/thicker-than-water-black-affirming-chosen-families-cookout?source=direct_link" TargetMode="External"/><Relationship Id="rId12" Type="http://schemas.openxmlformats.org/officeDocument/2006/relationships/hyperlink" Target="https://rustininstitute.org/2026-at-a-glance" TargetMode="External"/><Relationship Id="rId13" Type="http://schemas.openxmlformats.org/officeDocument/2006/relationships/hyperlink" Target="https://happeningnext.com/event/2026-abpw-black-excellence-dinner-andamp-influencers-awards-gala-eid1ef0kx7mgeca" TargetMode="External"/><Relationship Id="rId14" Type="http://schemas.openxmlformats.org/officeDocument/2006/relationships/hyperlink" Target="https://ra.co/events/2466816" TargetMode="External"/><Relationship Id="rId15" Type="http://schemas.openxmlformats.org/officeDocument/2006/relationships/hyperlink" Target="https://events.eventnoire.com/e/carefreeblackgirl-cookout-atl-2/tic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