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 Gossip Roundup: Why Celebrity Confessions Still Matter for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social media are tuning into celebrity confessions this July , reality stars and influencers have been sharing bisexual and asexual identities across TV and TikTok, and it’s quietly shifting how people think about sexuality and visibility. Here’s a breezy, useful guide to what happened and why it matters.</w:t>
      </w:r>
      <w:r/>
    </w:p>
    <w:p>
      <w:r/>
      <w:r>
        <w:t>Essential Takeaways</w:t>
      </w:r>
      <w:r/>
      <w:r/>
    </w:p>
    <w:p>
      <w:pPr>
        <w:pStyle w:val="ListBullet"/>
        <w:spacing w:line="240" w:lineRule="auto"/>
        <w:ind w:left="720"/>
      </w:pPr>
      <w:r/>
      <w:r>
        <w:rPr>
          <w:b/>
        </w:rPr>
        <w:t>Notable revelations:</w:t>
      </w:r>
      <w:r>
        <w:t xml:space="preserve"> Several public figures recently spoke about being bisexual or asexual, sparking conversation and empathy.</w:t>
      </w:r>
      <w:r/>
    </w:p>
    <w:p>
      <w:pPr>
        <w:pStyle w:val="ListBullet"/>
        <w:spacing w:line="240" w:lineRule="auto"/>
        <w:ind w:left="720"/>
      </w:pPr>
      <w:r/>
      <w:r>
        <w:rPr>
          <w:b/>
        </w:rPr>
        <w:t>Fluidity on show:</w:t>
      </w:r>
      <w:r>
        <w:t xml:space="preserve"> Celebrities emphasised sexuality can change with life phases, a point that feels both personal and instructive.</w:t>
      </w:r>
      <w:r/>
    </w:p>
    <w:p>
      <w:pPr>
        <w:pStyle w:val="ListBullet"/>
        <w:spacing w:line="240" w:lineRule="auto"/>
        <w:ind w:left="720"/>
      </w:pPr>
      <w:r/>
      <w:r>
        <w:rPr>
          <w:b/>
        </w:rPr>
        <w:t>Editing matters:</w:t>
      </w:r>
      <w:r>
        <w:t xml:space="preserve"> Reality producers sometimes cut or downplay LGBTQ+ moments, meaning social clips and livestreams are vital for the truth.</w:t>
      </w:r>
      <w:r/>
    </w:p>
    <w:p>
      <w:pPr>
        <w:pStyle w:val="ListBullet"/>
        <w:spacing w:line="240" w:lineRule="auto"/>
        <w:ind w:left="720"/>
      </w:pPr>
      <w:r/>
      <w:r>
        <w:rPr>
          <w:b/>
        </w:rPr>
        <w:t>Emotional tone:</w:t>
      </w:r>
      <w:r>
        <w:t xml:space="preserve"> Reactions were mixed but often supportive , posts felt raw, celebratory, or explanatory.</w:t>
      </w:r>
      <w:r/>
    </w:p>
    <w:p>
      <w:pPr>
        <w:pStyle w:val="ListBullet"/>
        <w:spacing w:line="240" w:lineRule="auto"/>
        <w:ind w:left="720"/>
      </w:pPr>
      <w:r/>
      <w:r>
        <w:rPr>
          <w:b/>
        </w:rPr>
        <w:t>Practical effect:</w:t>
      </w:r>
      <w:r>
        <w:t xml:space="preserve"> These disclosures don’t rewrite law, but they do nudge public opinion and make space for people to recognise themselves.</w:t>
      </w:r>
      <w:r/>
      <w:r/>
    </w:p>
    <w:p>
      <w:pPr>
        <w:pStyle w:val="Heading2"/>
      </w:pPr>
      <w:r>
        <w:t>Reality TV: a surprising classroom on identity</w:t>
      </w:r>
      <w:r/>
    </w:p>
    <w:p>
      <w:r/>
      <w:r>
        <w:t>Reality shows are still where we get very human, unscripted moments that land hard. Akanksha Chamola’s conversations on the prison‑themed Lock Upp gave viewers an intimate glimpse into her past relationships with women and, days later, her move towards identifying as asexual. Those shifts feel tactile , the way she explains life changes with divorce, stress and personal priorities is plain and relatable.</w:t>
      </w:r>
      <w:r/>
    </w:p>
    <w:p>
      <w:r/>
      <w:r>
        <w:t>According to Hindustan Times and other outlets, Akanksha’s comments underline a wider point: sexuality isn’t always fixed, and TV can capture that evolution. For viewers, the takeaway is practical , if you’re wondering about labels, it’s okay for them to change with your life.</w:t>
      </w:r>
      <w:r/>
    </w:p>
    <w:p>
      <w:pPr>
        <w:pStyle w:val="Heading2"/>
      </w:pPr>
      <w:r>
        <w:t>TikTok and post‑coming‑out energy: small moments, big impact</w:t>
      </w:r>
      <w:r/>
    </w:p>
    <w:p>
      <w:r/>
      <w:r>
        <w:t>Social platforms remain where the afterglow happens. Layla Taylor, who recently came out to her Mormon‑focussed followers, posted clips that suggested a new girlfriend and a distinctly joyous, defiant vibe. Those micro‑moments , a dance, an emoji reply , are tiny but culturally powerful.</w:t>
      </w:r>
      <w:r/>
    </w:p>
    <w:p>
      <w:r/>
      <w:r>
        <w:t>People reported on Layla’s posts, showing how TikTok’s immediacy lets people control their narrative, not producers. If you’re supporting someone who’s just come out, a quick like, kind comment or share can mean more than you think.</w:t>
      </w:r>
      <w:r/>
    </w:p>
    <w:p>
      <w:pPr>
        <w:pStyle w:val="Heading2"/>
      </w:pPr>
      <w:r>
        <w:t>When producers edit: the invisible cuts that change public perception</w:t>
      </w:r>
      <w:r/>
    </w:p>
    <w:p>
      <w:r/>
      <w:r>
        <w:t>Editing choices shape whose stories we see. Love Island USA alum Amora Robinson said on a TikTok livestream that she’d repeatedly identified as bi on the show, but that those lines weren’t aired. AOL covered her clarification, highlighting an old problem: producers sometimes sanitise or reframe queer experiences.</w:t>
      </w:r>
      <w:r/>
    </w:p>
    <w:p>
      <w:r/>
      <w:r>
        <w:t>That matters because representation in broadcast media still reaches more people than any social clip. Practically, it means viewers should be sceptical of a single edited narrative , often the fuller truth shows up later, on social feeds or interviews.</w:t>
      </w:r>
      <w:r/>
    </w:p>
    <w:p>
      <w:pPr>
        <w:pStyle w:val="Heading2"/>
      </w:pPr>
      <w:r>
        <w:t>The language of change: bisexual to asexual, and why that’s okay</w:t>
      </w:r>
      <w:r/>
    </w:p>
    <w:p>
      <w:r/>
      <w:r>
        <w:t>One striking pattern this month was candid talk about shifting identities. Reports from the Times of India and Mid‑Day show Akanksha moving from identifying as bisexual previously to describing herself as asexual now. She framed it as part of a life phase, prompted by divorce and reduced interest in sexual intimacy.</w:t>
      </w:r>
      <w:r/>
    </w:p>
    <w:p>
      <w:r/>
      <w:r>
        <w:t>That frankness helps normalise nuanced identities. If you’re confused by labels, remember , many people’s sexual and romantic desires shift. The practical tip is to let your language be provisional: choose words that fit now, and allow them to change without shame.</w:t>
      </w:r>
      <w:r/>
    </w:p>
    <w:p>
      <w:pPr>
        <w:pStyle w:val="Heading2"/>
      </w:pPr>
      <w:r>
        <w:t>Why gossip still matters: small disclosures, big cultural ripples</w:t>
      </w:r>
      <w:r/>
    </w:p>
    <w:p>
      <w:r/>
      <w:r>
        <w:t>Gossip isn’t frivolous when it gives people words for themselves. Public figures who name their sexuality create vocabulary that others borrow. Coverage across outlets and platforms turns private moments into public reference points, and that’s how hearts and minds slowly shift.</w:t>
      </w:r>
      <w:r/>
    </w:p>
    <w:p>
      <w:r/>
      <w:r>
        <w:t>Industry reaction has been mixed, but overall supportive notes have shown up alongside criticism. That balance is healthy , it means the conversation is real, messy and moving forward.</w:t>
      </w:r>
      <w:r/>
    </w:p>
    <w:p>
      <w:r/>
      <w:r>
        <w:t>It's a small change that can make every confession safer and more recognisable for someone listening.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2">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https://bicommunitynews.co.uk/2026/07/31/bi-gossip-july-2026/?utm_source=rss&amp;utm_medium=rss&amp;utm_campaign=bi-gossip-july-2026</w:t>
        </w:r>
      </w:hyperlink>
      <w:r>
        <w:t xml:space="preserve"> - Please view link - unable to able to access data</w:t>
      </w:r>
      <w:r/>
    </w:p>
    <w:p>
      <w:pPr>
        <w:pStyle w:val="ListNumber"/>
        <w:spacing w:line="240" w:lineRule="auto"/>
        <w:ind w:left="720"/>
      </w:pPr>
      <w:r/>
      <w:hyperlink r:id="rId10">
        <w:r>
          <w:rPr>
            <w:color w:val="0000EE"/>
            <w:u w:val="single"/>
          </w:rPr>
          <w:t>https://www.hindustantimes.com/entertainment/tv/akanksha-chamola-says-she-has-become-asexual-days-after-revealing-she-will-divorce-gaurav-khanna-101783955337566.html/</w:t>
        </w:r>
      </w:hyperlink>
      <w:r>
        <w:t xml:space="preserve"> - Akanksha Chamola, a contestant on 'Lock Upp' season 2, announced her intention to divorce her husband, actor Gaurav Khanna. She revealed that she was bisexual before marriage and now identifies as asexual, stating that her sexuality changes with life phases and she currently has no desire for sexual relationships.</w:t>
      </w:r>
      <w:r/>
    </w:p>
    <w:p>
      <w:pPr>
        <w:pStyle w:val="ListNumber"/>
        <w:spacing w:line="240" w:lineRule="auto"/>
        <w:ind w:left="720"/>
      </w:pPr>
      <w:r/>
      <w:hyperlink r:id="rId12">
        <w:r>
          <w:rPr>
            <w:color w:val="0000EE"/>
            <w:u w:val="single"/>
          </w:rPr>
          <w:t>https://timesofindia.indiatimes.com/tv/news/hindi/lock-upp-2-akanksha-chamola-admits-she-is-biseual-says-main-shaadi-se-pehle-biseual-thi-i-have-had-some-relationships-with-girls/articleshow/132184566.cms</w:t>
        </w:r>
      </w:hyperlink>
      <w:r>
        <w:t xml:space="preserve"> - In 'Lock Upp' season 2, Akanksha Chamola disclosed her bisexuality, stating she had relationships with women before her marriage to Gaurav Khanna. She expressed that she admires and is attracted to women, viewing them as her 'safe space' in a male-dominated world.</w:t>
      </w:r>
      <w:r/>
    </w:p>
    <w:p>
      <w:pPr>
        <w:pStyle w:val="ListNumber"/>
        <w:spacing w:line="240" w:lineRule="auto"/>
        <w:ind w:left="720"/>
      </w:pPr>
      <w:r/>
      <w:hyperlink r:id="rId15">
        <w:r>
          <w:rPr>
            <w:color w:val="0000EE"/>
            <w:u w:val="single"/>
          </w:rPr>
          <w:t>https://timesofindia.indiatimes.com/tv/news/hindi/lock-upp-2-after-announcing-divorce-from-gaurav-khanna-akanksha-chamola-opens-up-about-becoming-asexual/amp_articleshow/132373028.cms</w:t>
        </w:r>
      </w:hyperlink>
      <w:r>
        <w:t xml:space="preserve"> - Following her divorce announcement from Gaurav Khanna on 'Lock Upp' season 2, Akanksha Chamola shared that she now identifies as asexual. She explained that her sexuality changes with life phases and currently, she has no desire for sexual relationships with either men or women.</w:t>
      </w:r>
      <w:r/>
    </w:p>
    <w:p>
      <w:pPr>
        <w:pStyle w:val="ListNumber"/>
        <w:spacing w:line="240" w:lineRule="auto"/>
        <w:ind w:left="720"/>
      </w:pPr>
      <w:r/>
      <w:hyperlink r:id="rId14">
        <w:r>
          <w:rPr>
            <w:color w:val="0000EE"/>
            <w:u w:val="single"/>
          </w:rPr>
          <w:t>https://timesofindia.indiatimes.com/tv/news/hindi/shiny-doshi-stands-by-akanksha-chamola-after-her-biseuality-reveal-proud-of-you-for-speaking-your-truth/amp_articleshow/132215059.cms</w:t>
        </w:r>
      </w:hyperlink>
      <w:r>
        <w:t xml:space="preserve"> - Actor Shiny Doshi expressed support for her friend Akanksha Chamola after Akanksha revealed her bisexuality on 'Lock Upp' season 2. Shiny praised Akanksha for her honesty and courage, stating she is proud of her for speaking her truth with grace and strength.</w:t>
      </w:r>
      <w:r/>
    </w:p>
    <w:p>
      <w:pPr>
        <w:pStyle w:val="ListNumber"/>
        <w:spacing w:line="240" w:lineRule="auto"/>
        <w:ind w:left="720"/>
      </w:pPr>
      <w:r/>
      <w:hyperlink r:id="rId11">
        <w:r>
          <w:rPr>
            <w:color w:val="0000EE"/>
            <w:u w:val="single"/>
          </w:rPr>
          <w:t>https://www.mid-day.com/entertainment/web-series/article/lock-upp-akanksha-chamola-reveals-she-is-bisexual-i-have-had-relationships-with-girls-23638223</w:t>
        </w:r>
      </w:hyperlink>
      <w:r>
        <w:t xml:space="preserve"> - Akanksha Chamola, a contestant on 'Lock Upp' season 2, admitted to being bisexual, stating she had relationships with women before her marriage to Gaurav Khanna. She expressed that she admires and is attracted to women, viewing them as her 'safe space' in a male-dominated world.</w:t>
      </w:r>
      <w:r/>
    </w:p>
    <w:p>
      <w:pPr>
        <w:pStyle w:val="ListNumber"/>
        <w:spacing w:line="240" w:lineRule="auto"/>
        <w:ind w:left="720"/>
      </w:pPr>
      <w:r/>
      <w:hyperlink r:id="rId13">
        <w:r>
          <w:rPr>
            <w:color w:val="0000EE"/>
            <w:u w:val="single"/>
          </w:rPr>
          <w:t>https://www.mid-day.com/entertainment/web-series/article/lock-upp-akanksha-chamola-says-she-asexual-days-after-bisexuality-revelation-23639606</w:t>
        </w:r>
      </w:hyperlink>
      <w:r>
        <w:t xml:space="preserve"> - Akanksha Chamola, a contestant on 'Lock Upp' season 2, revealed she now identifies as asexual, stating she no longer desires physical intimacy or a partner. This follows her earlier announcement of divorcing her husband, Gaurav Khanna, and her previous revelation of being bisexual.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communitynews.co.uk/2026/07/31/bi-gossip-july-2026/?utm_source=rss&amp;utm_medium=rss&amp;utm_campaign=bi-gossip-july-2026" TargetMode="External"/><Relationship Id="rId10" Type="http://schemas.openxmlformats.org/officeDocument/2006/relationships/hyperlink" Target="https://www.hindustantimes.com/entertainment/tv/akanksha-chamola-says-she-has-become-asexual-days-after-revealing-she-will-divorce-gaurav-khanna-101783955337566.html/" TargetMode="External"/><Relationship Id="rId11" Type="http://schemas.openxmlformats.org/officeDocument/2006/relationships/hyperlink" Target="https://www.mid-day.com/entertainment/web-series/article/lock-upp-akanksha-chamola-reveals-she-is-bisexual-i-have-had-relationships-with-girls-23638223" TargetMode="External"/><Relationship Id="rId12" Type="http://schemas.openxmlformats.org/officeDocument/2006/relationships/hyperlink" Target="https://timesofindia.indiatimes.com/tv/news/hindi/lock-upp-2-akanksha-chamola-admits-she-is-biseual-says-main-shaadi-se-pehle-biseual-thi-i-have-had-some-relationships-with-girls/articleshow/132184566.cms" TargetMode="External"/><Relationship Id="rId13" Type="http://schemas.openxmlformats.org/officeDocument/2006/relationships/hyperlink" Target="https://www.mid-day.com/entertainment/web-series/article/lock-upp-akanksha-chamola-says-she-asexual-days-after-bisexuality-revelation-23639606" TargetMode="External"/><Relationship Id="rId14" Type="http://schemas.openxmlformats.org/officeDocument/2006/relationships/hyperlink" Target="https://timesofindia.indiatimes.com/tv/news/hindi/shiny-doshi-stands-by-akanksha-chamola-after-her-biseuality-reveal-proud-of-you-for-speaking-your-truth/amp_articleshow/132215059.cms" TargetMode="External"/><Relationship Id="rId15" Type="http://schemas.openxmlformats.org/officeDocument/2006/relationships/hyperlink" Target="https://timesofindia.indiatimes.com/tv/news/hindi/lock-upp-2-after-announcing-divorce-from-gaurav-khanna-akanksha-chamola-opens-up-about-becoming-asexual/amp_articleshow/132373028.c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