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Annapolis Pride 2026 Plans: Ryan Cassata to Lead Parade and Festival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locals are already marking calendars as Annapolis Pride announces Ryan Cassata as Grand Marshal and headline entertainer for the Saturday, Oct. 3 parade and festival , a high-energy, visible celebration of the local LGBTQIA+ community that promises music, speeches, and community spirit.</w:t>
      </w:r>
      <w:r/>
    </w:p>
    <w:p>
      <w:r/>
      <w:r>
        <w:t>Essential Takeaways</w:t>
      </w:r>
      <w:r/>
      <w:r/>
    </w:p>
    <w:p>
      <w:pPr>
        <w:pStyle w:val="ListBullet"/>
        <w:spacing w:line="240" w:lineRule="auto"/>
        <w:ind w:left="720"/>
      </w:pPr>
      <w:r/>
      <w:r>
        <w:rPr>
          <w:b/>
        </w:rPr>
        <w:t>Grand Marshal named:</w:t>
      </w:r>
      <w:r>
        <w:t xml:space="preserve"> Ryan Cassata, award-winning singer-songwriter and trans activist, will lead the parade and headline the festival.</w:t>
      </w:r>
      <w:r/>
    </w:p>
    <w:p>
      <w:pPr>
        <w:pStyle w:val="ListBullet"/>
        <w:spacing w:line="240" w:lineRule="auto"/>
        <w:ind w:left="720"/>
      </w:pPr>
      <w:r/>
      <w:r>
        <w:rPr>
          <w:b/>
        </w:rPr>
        <w:t>When and where:</w:t>
      </w:r>
      <w:r>
        <w:t xml:space="preserve"> Parade starts at 11 a.m. on Saturday, 3 October; festival follows at noon at the Bates Athletic Complex.</w:t>
      </w:r>
      <w:r/>
    </w:p>
    <w:p>
      <w:pPr>
        <w:pStyle w:val="ListBullet"/>
        <w:spacing w:line="240" w:lineRule="auto"/>
        <w:ind w:left="720"/>
      </w:pPr>
      <w:r/>
      <w:r>
        <w:rPr>
          <w:b/>
        </w:rPr>
        <w:t>Route and vibe:</w:t>
      </w:r>
      <w:r>
        <w:t xml:space="preserve"> Parade begins at Calvert and Bladen, circles Church Circle, continues up West Street and finishes at Amos Garrett Blvd , easy to watch and family-friendly.</w:t>
      </w:r>
      <w:r/>
    </w:p>
    <w:p>
      <w:pPr>
        <w:pStyle w:val="ListBullet"/>
        <w:spacing w:line="240" w:lineRule="auto"/>
        <w:ind w:left="720"/>
      </w:pPr>
      <w:r/>
      <w:r>
        <w:rPr>
          <w:b/>
        </w:rPr>
        <w:t>Theme and art:</w:t>
      </w:r>
      <w:r>
        <w:t xml:space="preserve"> 2026 theme is "United In Pride, Together We Thrive," with a new logo by queer artist Oli Bennan; expect colourful, community-led programming.</w:t>
      </w:r>
      <w:r/>
    </w:p>
    <w:p>
      <w:pPr>
        <w:pStyle w:val="ListBullet"/>
        <w:spacing w:line="240" w:lineRule="auto"/>
        <w:ind w:left="720"/>
      </w:pPr>
      <w:r/>
      <w:r>
        <w:rPr>
          <w:b/>
        </w:rPr>
        <w:t>Visibility and impact:</w:t>
      </w:r>
      <w:r>
        <w:t xml:space="preserve"> Cassata’s presence underscores a focus on trans representation and education at this year’s event.</w:t>
      </w:r>
      <w:r/>
      <w:r/>
    </w:p>
    <w:p>
      <w:pPr>
        <w:pStyle w:val="Heading2"/>
      </w:pPr>
      <w:r>
        <w:t>A headline pick that signals purpose and punch</w:t>
      </w:r>
      <w:r/>
    </w:p>
    <w:p>
      <w:r/>
      <w:r>
        <w:t>Ryan Cassata’s appointment as Grand Marshal is both a musical booking and a statement. He’s known for a warm, authentic stage presence and a lived story that’s been shared on national platforms, so his name brings attention and gravitas. Organisers told local outlets they wanted someone who could entertain and speak to the broader social stakes , and Cassata fits the bill.</w:t>
      </w:r>
      <w:r/>
    </w:p>
    <w:p>
      <w:pPr>
        <w:pStyle w:val="Heading2"/>
      </w:pPr>
      <w:r>
        <w:t>When to go and what to expect on the day</w:t>
      </w:r>
      <w:r/>
    </w:p>
    <w:p>
      <w:r/>
      <w:r>
        <w:t>Plan to arrive early: the parade steps off at 11 a.m. and moves through downtown, which makes for easy viewing along Church Circle and West Street. The festival begins at noon at Bates Athletic Complex, with room for stages, stalls, and activities. According to event pages, you’ll find food, local vendors and community groups , everything that turns a parade into a proper street party.</w:t>
      </w:r>
      <w:r/>
    </w:p>
    <w:p>
      <w:pPr>
        <w:pStyle w:val="Heading2"/>
      </w:pPr>
      <w:r>
        <w:t>Why this matters: representation, education and music</w:t>
      </w:r>
      <w:r/>
    </w:p>
    <w:p>
      <w:r/>
      <w:r>
        <w:t>Cassata’s career mixes music with advocacy, and his appearance highlights trans visibility at a time when such representation feels urgent. He’s performed widely, from SXSW to Jazz at Lincoln Center, and has used his platform in schools and national forums. That background suggests the festival will be part celebration, part civic conversation , expect remarks and sets that balance joy and context.</w:t>
      </w:r>
      <w:r/>
    </w:p>
    <w:p>
      <w:pPr>
        <w:pStyle w:val="Heading2"/>
      </w:pPr>
      <w:r>
        <w:t>Theme, look and local creative energy</w:t>
      </w:r>
      <w:r/>
    </w:p>
    <w:p>
      <w:r/>
      <w:r>
        <w:t>This year’s theme, "United In Pride, Together We Thrive," and a specially designed logo by Oli Bennan promise a cohesive look across promotions and floats. It’s the sort of theme that helps small groups and larger organisations coordinate banners and costumes, so if you’re marching or watching, pick colours and messages that connect to the theme for fuller impact.</w:t>
      </w:r>
      <w:r/>
    </w:p>
    <w:p>
      <w:pPr>
        <w:pStyle w:val="Heading2"/>
      </w:pPr>
      <w:r>
        <w:t>How to make the most of Annapolis Pride</w:t>
      </w:r>
      <w:r/>
    </w:p>
    <w:p>
      <w:r/>
      <w:r>
        <w:t>If you’re attending, wear layers , October weather can surprise you , and bring a small chair or blanket for the festival. If you want to join a contingent, check parade registration details on the organisers’ pages and book vendor space early. For families, early arrival means better spots and calmer crowds; volunteers and local info booths will help if you’re unsure where to go.</w:t>
      </w:r>
      <w:r/>
    </w:p>
    <w:p>
      <w:r/>
      <w:r>
        <w:t>It's a small change that can make every presence at Pride feel louder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11">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https://whatsupmag.com/news/annapolis-pride-announces-parade-grand-marshal/</w:t>
        </w:r>
      </w:hyperlink>
      <w:r>
        <w:t xml:space="preserve"> - Please view link - unable to able to access data</w:t>
      </w:r>
      <w:r/>
    </w:p>
    <w:p>
      <w:pPr>
        <w:pStyle w:val="ListNumber"/>
        <w:spacing w:line="240" w:lineRule="auto"/>
        <w:ind w:left="720"/>
      </w:pPr>
      <w:r/>
      <w:hyperlink r:id="rId9">
        <w:r>
          <w:rPr>
            <w:color w:val="0000EE"/>
            <w:u w:val="single"/>
          </w:rPr>
          <w:t>https://whatsupmag.com/news/annapolis-pride-announces-parade-grand-marshal/</w:t>
        </w:r>
      </w:hyperlink>
      <w:r>
        <w:t xml:space="preserve"> - Annapolis Pride has announced that singer-songwriter and LGBTQ activist Ryan Cassata will serve as the Grand Marshal and lead entertainer for the 2026 Annapolis Pride Parade and Festival, scheduled for Saturday, October 3. The parade will commence at 11 a.m., followed by the festival at noon. Board Chair Jake Trudeau expressed excitement over Cassata's involvement, highlighting his contributions to the transgender liberation movement and his role as an influential speaker and performer. Cassata emphasized the importance of trans visibility and representation, particularly for female-to-male transgender individuals. His career includes over 850 performances, eight albums, and appearances on major platforms such as CNN, Rolling Stone, and The New York Times.</w:t>
      </w:r>
      <w:r/>
    </w:p>
    <w:p>
      <w:pPr>
        <w:pStyle w:val="ListNumber"/>
        <w:spacing w:line="240" w:lineRule="auto"/>
        <w:ind w:left="720"/>
      </w:pPr>
      <w:r/>
      <w:hyperlink r:id="rId11">
        <w:r>
          <w:rPr>
            <w:color w:val="0000EE"/>
            <w:u w:val="single"/>
          </w:rPr>
          <w:t>https://www.annapolispride.org/annapolis-pride-parade-festival/</w:t>
        </w:r>
      </w:hyperlink>
      <w:r>
        <w:t xml:space="preserve"> - Annapolis Pride is a grassroots, volunteer organization focused on creating a safe and welcoming environment for the LGBTQ+ community in Annapolis and Anne Arundel County. The 2026 Annapolis Pride Parade and Festival is scheduled for October 3, 2026, from 11:00 AM to 5:00 PM. The parade will begin at 11:00 AM near St. John's College, and the festival will start at noon on Bates Field. The event aims to celebrate, advocate, and empower the LGBTQ+ community through various activities and performances. (</w:t>
      </w:r>
      <w:hyperlink r:id="rId15">
        <w:r>
          <w:rPr>
            <w:color w:val="0000EE"/>
            <w:u w:val="single"/>
          </w:rPr>
          <w:t>annapolispride.org</w:t>
        </w:r>
      </w:hyperlink>
      <w:r>
        <w:t>)</w:t>
      </w:r>
      <w:r/>
    </w:p>
    <w:p>
      <w:pPr>
        <w:pStyle w:val="ListNumber"/>
        <w:spacing w:line="240" w:lineRule="auto"/>
        <w:ind w:left="720"/>
      </w:pPr>
      <w:r/>
      <w:hyperlink r:id="rId12">
        <w:r>
          <w:rPr>
            <w:color w:val="0000EE"/>
            <w:u w:val="single"/>
          </w:rPr>
          <w:t>https://www.annapolispride.org/parade-info/</w:t>
        </w:r>
      </w:hyperlink>
      <w:r>
        <w:t xml:space="preserve"> - Annapolis Pride provides detailed information about the upcoming Parade and Festival, including registration applications for parade participants, festival vendors, and food vendors. The event features three stages of entertainment, a float contest with awards for different categories, and various volunteer opportunities. The organization emphasizes accessibility, offering ASL interpreters at stages and designated areas for individuals with mobility issues. For real-time updates, attendees can text PRIDE25 to 38276. (</w:t>
      </w:r>
      <w:hyperlink r:id="rId16">
        <w:r>
          <w:rPr>
            <w:color w:val="0000EE"/>
            <w:u w:val="single"/>
          </w:rPr>
          <w:t>annapolispride.org</w:t>
        </w:r>
      </w:hyperlink>
      <w:r>
        <w:t>)</w:t>
      </w:r>
      <w:r/>
    </w:p>
    <w:p>
      <w:pPr>
        <w:pStyle w:val="ListNumber"/>
        <w:spacing w:line="240" w:lineRule="auto"/>
        <w:ind w:left="720"/>
      </w:pPr>
      <w:r/>
      <w:hyperlink r:id="rId10">
        <w:r>
          <w:rPr>
            <w:color w:val="0000EE"/>
            <w:u w:val="single"/>
          </w:rPr>
          <w:t>https://www.eyeonannapolis.net/2025/11/annapolis-pride-sets-october-3-date-for-2026-parade-and-festival/</w:t>
        </w:r>
      </w:hyperlink>
      <w:r>
        <w:t xml:space="preserve"> - Annapolis Pride has announced that the 2026 Annapolis Pride Parade and Festival will take place on Saturday, October 3, 2026. This decision follows positive feedback from attendees who preferred the October timing after the 2025 event was rescheduled due to severe weather. Board Chair Jake Trudeau mentioned that additional details, including start times and programming specifics, will be announced early next year after planning discussions with the City of Annapolis and partner organizations. (</w:t>
      </w:r>
      <w:hyperlink r:id="rId17">
        <w:r>
          <w:rPr>
            <w:color w:val="0000EE"/>
            <w:u w:val="single"/>
          </w:rPr>
          <w:t>eyeonannapolis.net</w:t>
        </w:r>
      </w:hyperlink>
      <w:r>
        <w:t>)</w:t>
      </w:r>
      <w:r/>
    </w:p>
    <w:p>
      <w:pPr>
        <w:pStyle w:val="ListNumber"/>
        <w:spacing w:line="240" w:lineRule="auto"/>
        <w:ind w:left="720"/>
      </w:pPr>
      <w:r/>
      <w:hyperlink r:id="rId14">
        <w:r>
          <w:rPr>
            <w:color w:val="0000EE"/>
            <w:u w:val="single"/>
          </w:rPr>
          <w:t>https://www.annapolis.gov/m/newsflash/Home/Detail/2026</w:t>
        </w:r>
      </w:hyperlink>
      <w:r>
        <w:t xml:space="preserve"> - The City of Annapolis has announced that the fifth annual Annapolis Pride Parade and Festival will take place on Saturday, October 18, 2025. The parade will begin at 10 a.m. at the intersection of Calvert and Bladen Streets, with the route traveling along Calvert Street to Northwest Street to Church Circle, continuing on West Street to the conclusion at Amos Garrett Blvd. The festival will take place at Maryland Hall and in the Bates Athletic Complex until approximately 4 p.m. Road closures and parking information are provided for attendees. (</w:t>
      </w:r>
      <w:hyperlink r:id="rId18">
        <w:r>
          <w:rPr>
            <w:color w:val="0000EE"/>
            <w:u w:val="single"/>
          </w:rPr>
          <w:t>annapolis.gov</w:t>
        </w:r>
      </w:hyperlink>
      <w:r>
        <w:t>)</w:t>
      </w:r>
      <w:r/>
    </w:p>
    <w:p>
      <w:pPr>
        <w:pStyle w:val="ListNumber"/>
        <w:spacing w:line="240" w:lineRule="auto"/>
        <w:ind w:left="720"/>
      </w:pPr>
      <w:r/>
      <w:hyperlink r:id="rId13">
        <w:r>
          <w:rPr>
            <w:color w:val="0000EE"/>
            <w:u w:val="single"/>
          </w:rPr>
          <w:t>https://www.annapolispride.org/event/annapolis-st-patricks-day-parade/</w:t>
        </w:r>
      </w:hyperlink>
      <w:r>
        <w:t xml:space="preserve"> - The City of Annapolis will host its annual St. Patrick's Day Parade on Sunday, March 8, 2026, starting at 1 p.m. on West Street at Amos Garrett Boulevard. The parade will proceed around Church Circle before heading through Northwest, Calvert, and St. John's streets. Shuttles from Navy-Marine Corps Memorial Stadium to the staging area and downtown area for parade watchers will be available. Note that Shamrock the Dock will not be held in 2026 due to construction at City Dock. (</w:t>
      </w:r>
      <w:hyperlink r:id="rId19">
        <w:r>
          <w:rPr>
            <w:color w:val="0000EE"/>
            <w:u w:val="single"/>
          </w:rPr>
          <w:t>annapolispride.org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hatsupmag.com/news/annapolis-pride-announces-parade-grand-marshal/" TargetMode="External"/><Relationship Id="rId10" Type="http://schemas.openxmlformats.org/officeDocument/2006/relationships/hyperlink" Target="https://www.eyeonannapolis.net/2025/11/annapolis-pride-sets-october-3-date-for-2026-parade-and-festival/" TargetMode="External"/><Relationship Id="rId11" Type="http://schemas.openxmlformats.org/officeDocument/2006/relationships/hyperlink" Target="https://www.annapolispride.org/annapolis-pride-parade-festival/" TargetMode="External"/><Relationship Id="rId12" Type="http://schemas.openxmlformats.org/officeDocument/2006/relationships/hyperlink" Target="https://www.annapolispride.org/parade-info/" TargetMode="External"/><Relationship Id="rId13" Type="http://schemas.openxmlformats.org/officeDocument/2006/relationships/hyperlink" Target="https://www.annapolispride.org/event/annapolis-st-patricks-day-parade/" TargetMode="External"/><Relationship Id="rId14" Type="http://schemas.openxmlformats.org/officeDocument/2006/relationships/hyperlink" Target="https://www.annapolis.gov/m/newsflash/Home/Detail/2026" TargetMode="External"/><Relationship Id="rId15" Type="http://schemas.openxmlformats.org/officeDocument/2006/relationships/hyperlink" Target="https://www.annapolispride.org/?utm_source=openai" TargetMode="External"/><Relationship Id="rId16" Type="http://schemas.openxmlformats.org/officeDocument/2006/relationships/hyperlink" Target="https://www.annapolispride.org/parade-info/?utm_source=openai" TargetMode="External"/><Relationship Id="rId17" Type="http://schemas.openxmlformats.org/officeDocument/2006/relationships/hyperlink" Target="https://www.eyeonannapolis.net/2025/11/annapolis-pride-sets-october-3-date-for-2026-parade-and-festival/?utm_source=openai" TargetMode="External"/><Relationship Id="rId18" Type="http://schemas.openxmlformats.org/officeDocument/2006/relationships/hyperlink" Target="https://www.annapolis.gov/m/newsflash/Home/Detail/2026?utm_source=openai" TargetMode="External"/><Relationship Id="rId19" Type="http://schemas.openxmlformats.org/officeDocument/2006/relationships/hyperlink" Target="https://www.annapolispride.org/event/annapolis-st-patricks-day-para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