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Polls Show Decline in US Support for Same-Sex Marriage — What That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Shifts are emerging: a fresh Economist/YouGov poll finds majority support for same‑sex marriage but at a notably lower level than recent highs, signalling a bump in public ambivalence that matters for politics, culture and everyday conversations.</w:t>
      </w:r>
      <w:r/>
    </w:p>
    <w:p>
      <w:r/>
      <w:r>
        <w:t>Essential Takeaways</w:t>
      </w:r>
      <w:r/>
      <w:r/>
    </w:p>
    <w:p>
      <w:pPr>
        <w:pStyle w:val="ListBullet"/>
        <w:spacing w:line="240" w:lineRule="auto"/>
        <w:ind w:left="720"/>
      </w:pPr>
      <w:r/>
      <w:r>
        <w:rPr>
          <w:b/>
        </w:rPr>
        <w:t>Current snapshot:</w:t>
      </w:r>
      <w:r>
        <w:t xml:space="preserve"> 54% of Americans in the Economist/YouGov poll say same‑sex marriage should be legal, 32% oppose and 13% are unsure, a modest majority but down from some recent surveys. </w:t>
      </w:r>
      <w:r/>
    </w:p>
    <w:p>
      <w:pPr>
        <w:pStyle w:val="ListBullet"/>
        <w:spacing w:line="240" w:lineRule="auto"/>
        <w:ind w:left="720"/>
      </w:pPr>
      <w:r/>
      <w:r>
        <w:rPr>
          <w:b/>
        </w:rPr>
        <w:t>Not a single trend:</w:t>
      </w:r>
      <w:r>
        <w:t xml:space="preserve"> Other trackers , including Gallup and PRRI , showed higher peaks near the mid‑60s or 70s in previous years, so variation between polls is significant. </w:t>
      </w:r>
      <w:r/>
    </w:p>
    <w:p>
      <w:pPr>
        <w:pStyle w:val="ListBullet"/>
        <w:spacing w:line="240" w:lineRule="auto"/>
        <w:ind w:left="720"/>
      </w:pPr>
      <w:r/>
      <w:r>
        <w:rPr>
          <w:b/>
        </w:rPr>
        <w:t>Possible drivers:</w:t>
      </w:r>
      <w:r>
        <w:t xml:space="preserve"> Cultural flashpoints around gender, public celebration of Pride, and debates over trans rights are being cited by commentators as factors nudging opinion. </w:t>
      </w:r>
      <w:r/>
    </w:p>
    <w:p>
      <w:pPr>
        <w:pStyle w:val="ListBullet"/>
        <w:spacing w:line="240" w:lineRule="auto"/>
        <w:ind w:left="720"/>
      </w:pPr>
      <w:r/>
      <w:r>
        <w:rPr>
          <w:b/>
        </w:rPr>
        <w:t>What it feels like:</w:t>
      </w:r>
      <w:r>
        <w:t xml:space="preserve"> The change is gradual rather than sudden; many voters report mixed feelings and uncertainty, which can translate into weaker public assent than in earlier years.</w:t>
      </w:r>
      <w:r/>
      <w:r/>
    </w:p>
    <w:p>
      <w:pPr>
        <w:pStyle w:val="Heading2"/>
      </w:pPr>
      <w:r>
        <w:t>What the new poll actually found and why it feels different</w:t>
      </w:r>
      <w:r/>
    </w:p>
    <w:p>
      <w:r/>
      <w:r>
        <w:t>The Economist/YouGov survey of about 1,559 adults in late July puts legal support for same‑sex marriage at 54%. That still means more people favour it than oppose it, but the number is below the peaks measured by some polls in recent years. You can almost hear the difference: where earlier surveys recorded broad, confident majorities, this one registers more hesitation and a larger undecided slice. According to poll archives and reporting, that sort of wobble has shown up in several surveys and is worth watching.</w:t>
      </w:r>
      <w:r/>
    </w:p>
    <w:p>
      <w:pPr>
        <w:pStyle w:val="Heading2"/>
      </w:pPr>
      <w:r>
        <w:t>How this compares with Gallup and other long‑running trackers</w:t>
      </w:r>
      <w:r/>
    </w:p>
    <w:p>
      <w:r/>
      <w:r>
        <w:t>Gallup and the Public Religion Research Institute have been charting attitudes for decades and showed record highs around 2022–2023, when support climbed into the 60s and even 70s. Gallup’s reports this year, however, recorded a slide from those record highs, mirroring the more recent Economist/YouGov results. Those differences matter because polling firms ask questions in slightly different ways and sample different groups, so you shouldn’t treat one survey as gospel. Still, the pattern , peaks followed by small declines , suggests a shifting conversation rather than a dramatic reversal.</w:t>
      </w:r>
      <w:r/>
    </w:p>
    <w:p>
      <w:pPr>
        <w:pStyle w:val="Heading2"/>
      </w:pPr>
      <w:r>
        <w:t>Why commentators link culture wars and visibility to shifting views</w:t>
      </w:r>
      <w:r/>
    </w:p>
    <w:p>
      <w:r/>
      <w:r>
        <w:t>Socially conservative thinkers have pointed to high‑profile cultural disputes , Pride events, corporate DEI initiatives, debates over gender identity in sports and schools , as reasons some voters are pulling back. Their argument, as reported in opinion pieces, is that changes perceived as broader than marriage itself have made some people uneasy. Whether you agree or not, the political reality is that when cultural issues become symbolically charged, they can influence how people answer poll questions about specific policies like marriage.</w:t>
      </w:r>
      <w:r/>
    </w:p>
    <w:p>
      <w:pPr>
        <w:pStyle w:val="Heading2"/>
      </w:pPr>
      <w:r>
        <w:t>What this means for politics, policy and everyday life</w:t>
      </w:r>
      <w:r/>
    </w:p>
    <w:p>
      <w:r/>
      <w:r>
        <w:t>For politicians, a slimmer majority can change calculus: issues that once seemed settled may return to the campaign trail, while courts and legislatures remain alert to public mood. For employers, schools and community groups, the trend underscores the importance of clear communication and respectful dialogue, because more people are uncertain and more likely to be swayed by events or messaging. Practically, if you’re trying to make sense of the polls, look at multi‑year trends, question wording and demographic breakdowns , those reveal whether changes are driven by age, region or partisan shifts.</w:t>
      </w:r>
      <w:r/>
    </w:p>
    <w:p>
      <w:pPr>
        <w:pStyle w:val="Heading2"/>
      </w:pPr>
      <w:r>
        <w:t>How to read future polls and what to watch next</w:t>
      </w:r>
      <w:r/>
    </w:p>
    <w:p>
      <w:r/>
      <w:r>
        <w:t>Expect more noise: single polls will keep bouncing around. The best approach is to track several reputable surveys over time and note whether the undecided share is shrinking or growing. If younger cohorts continue to support marriage strongly while older groups waver, the long‑term trend may remain upward even with short‑term dips. Conversely, if opposition widens across ages, the politics could get more contested. Either way, public opinion is not static and the conversation will keep evolving.</w:t>
      </w:r>
      <w:r/>
    </w:p>
    <w:p>
      <w:r/>
      <w:r>
        <w:t>It's a small change that can shape how people talk about family, identity and rights for years to come.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https://www.christianpost.com/news/americans-support-for-same-sex-marriage-declining-poll.html</w:t>
        </w:r>
      </w:hyperlink>
      <w:r>
        <w:t xml:space="preserve"> - Please view link - unable to able to access data</w:t>
      </w:r>
      <w:r/>
    </w:p>
    <w:p>
      <w:pPr>
        <w:pStyle w:val="ListNumber"/>
        <w:spacing w:line="240" w:lineRule="auto"/>
        <w:ind w:left="720"/>
      </w:pPr>
      <w:r/>
      <w:hyperlink r:id="rId10">
        <w:r>
          <w:rPr>
            <w:color w:val="0000EE"/>
            <w:u w:val="single"/>
          </w:rPr>
          <w:t>https://news.gallup.com/poll/710810/support-lgbtq-issues-remains-down-peak.aspx</w:t>
        </w:r>
      </w:hyperlink>
      <w:r>
        <w:t xml:space="preserve"> - A Gallup poll from June 2026 indicates that support for legal same-sex marriage in the U.S. has declined by six percentage points from its peak in 2022-2023, now standing at 65%. Additionally, the moral acceptance of gay and lesbian relations has decreased to 62%, the lowest since 2016. The perceived morality of changing one's gender has also dropped by eight points since 2021. These trends suggest a modest reversal in the previously rising support for LGBTQ+ issues in the U.S.</w:t>
      </w:r>
      <w:r/>
    </w:p>
    <w:p>
      <w:pPr>
        <w:pStyle w:val="ListNumber"/>
        <w:spacing w:line="240" w:lineRule="auto"/>
        <w:ind w:left="720"/>
      </w:pPr>
      <w:r/>
      <w:hyperlink r:id="rId12">
        <w:r>
          <w:rPr>
            <w:color w:val="0000EE"/>
            <w:u w:val="single"/>
          </w:rPr>
          <w:t>https://news.gallup.com/poll/350486/record-high-support-same-sex-marriage.aspx</w:t>
        </w:r>
      </w:hyperlink>
      <w:r>
        <w:t xml:space="preserve"> - A Gallup poll from June 2021 reports that 70% of Americans support same-sex marriage, marking a new high in Gallup's trend since 1996. This figure represents a 10 percentage point increase since 2015, when the U.S. Supreme Court ruled that all states must recognize same-sex marriages. The support is notably high among Democrats (83%), independents (73%), and Republicans (55%).</w:t>
      </w:r>
      <w:r/>
    </w:p>
    <w:p>
      <w:pPr>
        <w:pStyle w:val="ListNumber"/>
        <w:spacing w:line="240" w:lineRule="auto"/>
        <w:ind w:left="720"/>
      </w:pPr>
      <w:r/>
      <w:hyperlink r:id="rId11">
        <w:r>
          <w:rPr>
            <w:color w:val="0000EE"/>
            <w:u w:val="single"/>
          </w:rPr>
          <w:t>https://news.gallup.com/poll/646202/sex-relations-marriage-supported.aspx</w:t>
        </w:r>
      </w:hyperlink>
      <w:r>
        <w:t xml:space="preserve"> - A Gallup poll from June 2024 reveals that 69% of Americans believe that marriage between same-sex couples should be legal, and 64% view gay or lesbian relations as morally acceptable. These figures have been consistently above 60% since 2017. The data also shows a slight decline in support among Republicans, with backing dipping below 50%.</w:t>
      </w:r>
      <w:r/>
    </w:p>
    <w:p>
      <w:pPr>
        <w:pStyle w:val="ListNumber"/>
        <w:spacing w:line="240" w:lineRule="auto"/>
        <w:ind w:left="720"/>
      </w:pPr>
      <w:r/>
      <w:hyperlink r:id="rId13">
        <w:r>
          <w:rPr>
            <w:color w:val="0000EE"/>
            <w:u w:val="single"/>
          </w:rPr>
          <w:t>https://news.gallup.com/poll/257705/support-gay-marriage-stable.aspx</w:t>
        </w:r>
      </w:hyperlink>
      <w:r>
        <w:t xml:space="preserve"> - A Gallup poll from May 2019 indicates that 63% of Americans support same-sex marriage, consistent with the 64% to 67% range recorded since 2017. The poll also shows that 63% of Americans view gay or lesbian relations as morally acceptable. Support for same-sex marriage has more than doubled since Gallup first polled on the issue in 1996, when only 27% were in favour.</w:t>
      </w:r>
      <w:r/>
    </w:p>
    <w:p>
      <w:pPr>
        <w:pStyle w:val="ListNumber"/>
        <w:spacing w:line="240" w:lineRule="auto"/>
        <w:ind w:left="720"/>
      </w:pPr>
      <w:r/>
      <w:hyperlink r:id="rId14">
        <w:r>
          <w:rPr>
            <w:color w:val="0000EE"/>
            <w:u w:val="single"/>
          </w:rPr>
          <w:t>https://news.gallup.com/poll/183272/record-high-americans-support-sex-marriage.aspx</w:t>
        </w:r>
      </w:hyperlink>
      <w:r>
        <w:t xml:space="preserve"> - A Gallup poll from May 2015 reports that 60% of Americans support same-sex marriage, marking the highest level since Gallup first asked the question in 1996. This figure represents a five-percentage-point increase from the previous year. Support for same-sex marriage has been rising steadily over the past two decades, with a significant increase among Republicans, whose support has risen to 37%.</w:t>
      </w:r>
      <w:r/>
    </w:p>
    <w:p>
      <w:pPr>
        <w:pStyle w:val="ListNumber"/>
        <w:spacing w:line="240" w:lineRule="auto"/>
        <w:ind w:left="720"/>
      </w:pPr>
      <w:r/>
      <w:hyperlink r:id="rId15">
        <w:r>
          <w:rPr>
            <w:color w:val="0000EE"/>
            <w:u w:val="single"/>
          </w:rPr>
          <w:t>https://news.gallup.com/poll/191645/americans-support-gay-marriage-remains-high.aspx</w:t>
        </w:r>
      </w:hyperlink>
      <w:r>
        <w:t xml:space="preserve"> - A Gallup poll from May 2016 shows that 61% of Americans support same-sex marriage, consistent with the 58% and 60% recorded in 2015. The poll also indicates that support is up among each political party and age group. Despite the Supreme Court's decision legalising same-sex marriage nationwide, the issue remains contentious at state and local levels, among religious groups, and within the Republican Party.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istianpost.com/news/americans-support-for-same-sex-marriage-declining-poll.html" TargetMode="External"/><Relationship Id="rId10" Type="http://schemas.openxmlformats.org/officeDocument/2006/relationships/hyperlink" Target="https://news.gallup.com/poll/710810/support-lgbtq-issues-remains-down-peak.aspx" TargetMode="External"/><Relationship Id="rId11" Type="http://schemas.openxmlformats.org/officeDocument/2006/relationships/hyperlink" Target="https://news.gallup.com/poll/646202/sex-relations-marriage-supported.aspx" TargetMode="External"/><Relationship Id="rId12" Type="http://schemas.openxmlformats.org/officeDocument/2006/relationships/hyperlink" Target="https://news.gallup.com/poll/350486/record-high-support-same-sex-marriage.aspx" TargetMode="External"/><Relationship Id="rId13" Type="http://schemas.openxmlformats.org/officeDocument/2006/relationships/hyperlink" Target="https://news.gallup.com/poll/257705/support-gay-marriage-stable.aspx" TargetMode="External"/><Relationship Id="rId14" Type="http://schemas.openxmlformats.org/officeDocument/2006/relationships/hyperlink" Target="https://news.gallup.com/poll/183272/record-high-americans-support-sex-marriage.aspx" TargetMode="External"/><Relationship Id="rId15" Type="http://schemas.openxmlformats.org/officeDocument/2006/relationships/hyperlink" Target="https://news.gallup.com/poll/191645/americans-support-gay-marriage-remains-high.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