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Music Festival Moments: Madonna’s Club Confessions Leads a Star-Studded Weekend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heads: Madonna will headline WorldPride Music Festival in Amsterdam with a special Club Confessions set on August 1, joining Bebe Rexha, Purple Disco Machine, Oliver Heldens and more for a two-day AFAS Live party that promises bold music, community and celebration.</w:t>
      </w:r>
      <w:r/>
    </w:p>
    <w:p>
      <w:r/>
      <w:r>
        <w:t>Essential Takeaways</w:t>
      </w:r>
      <w:r/>
      <w:r/>
    </w:p>
    <w:p>
      <w:pPr>
        <w:pStyle w:val="ListBullet"/>
        <w:spacing w:line="240" w:lineRule="auto"/>
        <w:ind w:left="720"/>
      </w:pPr>
      <w:r/>
      <w:r>
        <w:rPr>
          <w:b/>
        </w:rPr>
        <w:t>Headline act:</w:t>
      </w:r>
      <w:r>
        <w:t xml:space="preserve"> Madonna brings her Club Confessions experience to WorldPride on August 1, timed with Amsterdam’s Canal Parade, offering a dancefloor-focused, DJ-led show.</w:t>
      </w:r>
      <w:r/>
    </w:p>
    <w:p>
      <w:pPr>
        <w:pStyle w:val="ListBullet"/>
        <w:spacing w:line="240" w:lineRule="auto"/>
        <w:ind w:left="720"/>
      </w:pPr>
      <w:r/>
      <w:r>
        <w:rPr>
          <w:b/>
        </w:rPr>
        <w:t>Big names:</w:t>
      </w:r>
      <w:r>
        <w:t xml:space="preserve"> The festival across July 31–August 1 also features Bebe Rexha, Purple Disco Machine, Oliver Heldens, Paris Hilton and house stalwart Honey Dijon.</w:t>
      </w:r>
      <w:r/>
    </w:p>
    <w:p>
      <w:pPr>
        <w:pStyle w:val="ListBullet"/>
        <w:spacing w:line="240" w:lineRule="auto"/>
        <w:ind w:left="720"/>
      </w:pPr>
      <w:r/>
      <w:r>
        <w:rPr>
          <w:b/>
        </w:rPr>
        <w:t>Venue vibe:</w:t>
      </w:r>
      <w:r>
        <w:t xml:space="preserve"> AFAS Live will host the two-night event, expected to feel intimate yet electric , easy to access, high-energy sound, strong visual moments.</w:t>
      </w:r>
      <w:r/>
    </w:p>
    <w:p>
      <w:pPr>
        <w:pStyle w:val="ListBullet"/>
        <w:spacing w:line="240" w:lineRule="auto"/>
        <w:ind w:left="720"/>
      </w:pPr>
      <w:r/>
      <w:r>
        <w:rPr>
          <w:b/>
        </w:rPr>
        <w:t>Community focus:</w:t>
      </w:r>
      <w:r>
        <w:t xml:space="preserve"> Promoter Jake Resnicow and Insomniac frame the festival as a celebration of inclusivity and global connection.</w:t>
      </w:r>
      <w:r/>
    </w:p>
    <w:p>
      <w:pPr>
        <w:pStyle w:val="ListBullet"/>
        <w:spacing w:line="240" w:lineRule="auto"/>
        <w:ind w:left="720"/>
      </w:pPr>
      <w:r/>
      <w:r>
        <w:rPr>
          <w:b/>
        </w:rPr>
        <w:t>Practical tip:</w:t>
      </w:r>
      <w:r>
        <w:t xml:space="preserve"> Tickets and full lineup details are available via the festival site; plan for Canal Parade crowds if you’re attending Madonna’s set.</w:t>
      </w:r>
      <w:r/>
      <w:r/>
    </w:p>
    <w:p>
      <w:pPr>
        <w:pStyle w:val="Heading2"/>
      </w:pPr>
      <w:r>
        <w:t>Madonna bringing Club Confessions to WorldPride is a statement moment</w:t>
      </w:r>
      <w:r/>
    </w:p>
    <w:p>
      <w:r/>
      <w:r>
        <w:t>Madonna’s decision to present Club Confessions at WorldPride is both theatrical and heartfelt, a club-ready set that privileges dancefloor intimacy over arena spectacle. The show is built around DJ-led energy, so expect slick transitions and moments that make you want to move , a perfect fit for Pride’s celebratory spirit. According to coverage of the festival announcement, this will be Madonna’s first WorldPride appearance since New York in 2019, which gives the Amsterdam show extra emotional weight for long-time fans.</w:t>
      </w:r>
      <w:r/>
    </w:p>
    <w:p>
      <w:pPr>
        <w:pStyle w:val="Heading2"/>
      </w:pPr>
      <w:r>
        <w:t>Why AFAS Live is a smart stage for Pride music</w:t>
      </w:r>
      <w:r/>
    </w:p>
    <w:p>
      <w:r/>
      <w:r>
        <w:t>AFAS Live offers a compact, sonically punchy environment that suits DJ-driven performances and pop sets alike. Organisers are promising a two-night transformation of the venue, with production aimed at creating communal moments rather than just spectacle. If you prefer to be close to the action, AFAS Live’s floor layout is friendlier than a huge stadium, and the overall vibe tends to feel warmer and more immediate.</w:t>
      </w:r>
      <w:r/>
    </w:p>
    <w:p>
      <w:pPr>
        <w:pStyle w:val="Heading2"/>
      </w:pPr>
      <w:r>
        <w:t>The lineup mixes pop, house and disco , something for nearly everyone</w:t>
      </w:r>
      <w:r/>
    </w:p>
    <w:p>
      <w:r/>
      <w:r>
        <w:t>Beyond Madonna, the bill spans pop star energy and club culture mains: Bebe Rexha brings radio-ready hooks, Purple Disco Machine supplies sleek nu-disco grooves, Oliver Heldens offers bassy house, and Paris Hilton’s DJ set taps nostalgia and party glamour. Honey Dijon’s inclusion signals real house credibility; she’s set to join Madonna on the Club Confessions night. For anyone shopping around for a Pride weekend musical mix, this is a deliberately diverse bill that mirrors how people actually celebrate together.</w:t>
      </w:r>
      <w:r/>
    </w:p>
    <w:p>
      <w:pPr>
        <w:pStyle w:val="Heading2"/>
      </w:pPr>
      <w:r>
        <w:t>What organisers say , community at the core</w:t>
      </w:r>
      <w:r/>
    </w:p>
    <w:p>
      <w:r/>
      <w:r>
        <w:t>Producer Jake Resnicow framed the festival as a chance to create that instant, welcoming Pride community where strangers become friends on the dancefloor. Pasquale Rotella of Insomniac echoed the sentiment, highlighting a shared commitment to culture and authenticity. That language matters: festivals built with community at their heart often put accessibility and safer-space policies front and centre, so it’s worth checking the event pages for details on entry, accessibility and wellbeing support.</w:t>
      </w:r>
      <w:r/>
    </w:p>
    <w:p>
      <w:pPr>
        <w:pStyle w:val="Heading2"/>
      </w:pPr>
      <w:r>
        <w:t>How to plan your WorldPride music weekend</w:t>
      </w:r>
      <w:r/>
    </w:p>
    <w:p>
      <w:r/>
      <w:r>
        <w:t>If you’re heading to Amsterdam, book tickets early , Madonna’s Club Confessions is timed to overlap with the Canal Parade, so expect crowds across the city. Arrive early for AFAS Live to avoid queues and to catch special guests that sometimes appear between headline sets. If you want a calmer experience, consider the earlier day slots or split your weekend: one day for pop-heavy sets, another for the DJ-led club night. And yes, pack comfortable shoes; you’ll be on your feet.</w:t>
      </w:r>
      <w:r/>
    </w:p>
    <w:p>
      <w:r/>
      <w:r>
        <w:t>It's a small change that can make every set feel more inclusive and unforgettable.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https://djlifemag.com/2026/07/worldpride-amsterdam-26-madonna-purple-disco-machine-bebe-rexha-oliver-heldens-more/</w:t>
        </w:r>
      </w:hyperlink>
      <w:r>
        <w:t xml:space="preserve"> - Please view link - unable to able to access data</w:t>
      </w:r>
      <w:r/>
    </w:p>
    <w:p>
      <w:pPr>
        <w:pStyle w:val="ListNumber"/>
        <w:spacing w:line="240" w:lineRule="auto"/>
        <w:ind w:left="720"/>
      </w:pPr>
      <w:r/>
      <w:hyperlink r:id="rId10">
        <w:r>
          <w:rPr>
            <w:color w:val="0000EE"/>
            <w:u w:val="single"/>
          </w:rPr>
          <w:t>https://worldpridefest.com/artist-lineup/</w:t>
        </w:r>
      </w:hyperlink>
      <w:r>
        <w:t xml:space="preserve"> - The World Pride Festival's 2026 artist lineup features Bebe Rexha, Paris Hilton, Honey Dijon, LP Giobbi, Oliver Heldens, Purple Disco Machine, Hayla, MNEK, Anne Louise 2, Cristobal Pesce, Leland &amp; Friends, Sagi Kariv, Dani Brasil, Filipe Guerra, Jennifer Cooke, Jimi The Kween, Josh Harrison, Mario Beckman, Matt Suave, Blue Star, Dilybags, Diskommander, Hendrik Milan, Junior Rivas, and Rafa Gorge. This diverse roster promises an unforgettable musical experience at the festival.</w:t>
      </w:r>
      <w:r/>
    </w:p>
    <w:p>
      <w:pPr>
        <w:pStyle w:val="ListNumber"/>
        <w:spacing w:line="240" w:lineRule="auto"/>
        <w:ind w:left="720"/>
      </w:pPr>
      <w:r/>
      <w:hyperlink r:id="rId12">
        <w:r>
          <w:rPr>
            <w:color w:val="0000EE"/>
            <w:u w:val="single"/>
          </w:rPr>
          <w:t>https://www.songkick.com/festivals/3792397-world-pride-music-presents-world-pride-music-2026/id/43283610-world-pride-music-festival-presents-world-pride-music-festival-2026-2026</w:t>
        </w:r>
      </w:hyperlink>
      <w:r>
        <w:t xml:space="preserve"> - The World Pride Music Festival 2026 is scheduled from July 31 to August 2 at AFAS Live in Amsterdam. The event boasts a star-studded lineup, including Bebe Rexha, Purple Disco Machine, Oliver Heldens, MNEK, LP Giobbi, Paris Hilton, Honey Dijon, Hayla, Leland, Cristobal Pesce, Sagi Kariv, and Jimi The Kween. The venue, AFAS Live, is located at Johan Cruijff Boulevard 590, 1101DS, Amsterdam, Netherlands, with a capacity of 5,500.</w:t>
      </w:r>
      <w:r/>
    </w:p>
    <w:p>
      <w:pPr>
        <w:pStyle w:val="ListNumber"/>
        <w:spacing w:line="240" w:lineRule="auto"/>
        <w:ind w:left="720"/>
      </w:pPr>
      <w:r/>
      <w:hyperlink r:id="rId15">
        <w:r>
          <w:rPr>
            <w:color w:val="0000EE"/>
            <w:u w:val="single"/>
          </w:rPr>
          <w:t>https://www.tixr.com/groups/worldpride/events/world-pride-music-festival-2026-147225</w:t>
        </w:r>
      </w:hyperlink>
      <w:r>
        <w:t xml:space="preserve"> - World Pride Music Festival 2026, taking place from July 31 to August 2 at AFAS Live in Amsterdam, offers various ticket options, including General Admission starting at €100, VIP at €599, and Ultra VIP at €549. The festival is designed for attendees aged 18 and over, promising an unforgettable two-night celebration of music, unity, and pride.</w:t>
      </w:r>
      <w:r/>
    </w:p>
    <w:p>
      <w:pPr>
        <w:pStyle w:val="ListNumber"/>
        <w:spacing w:line="240" w:lineRule="auto"/>
        <w:ind w:left="720"/>
      </w:pPr>
      <w:r/>
      <w:hyperlink r:id="rId11">
        <w:r>
          <w:rPr>
            <w:color w:val="0000EE"/>
            <w:u w:val="single"/>
          </w:rPr>
          <w:t>https://www.out.com/gay-entertainment/worldpride-2026-lineup</w:t>
        </w:r>
      </w:hyperlink>
      <w:r>
        <w:t xml:space="preserve"> - The WorldPride 2026 lineup includes Bebe Rexha, Purple Disco Machine, Oliver Heldens, MNEK, LP Giobbi, Paris Hilton, Honey Dijon, Hayla, Leland, Cristobal Pesce, and more. The event aims to promote diversity and solidarity within the LGBTQ+ community, offering a queer space that celebrates visibility, unity, and freedom.</w:t>
      </w:r>
      <w:r/>
    </w:p>
    <w:p>
      <w:pPr>
        <w:pStyle w:val="ListNumber"/>
        <w:spacing w:line="240" w:lineRule="auto"/>
        <w:ind w:left="720"/>
      </w:pPr>
      <w:r/>
      <w:hyperlink r:id="rId13">
        <w:r>
          <w:rPr>
            <w:color w:val="0000EE"/>
            <w:u w:val="single"/>
          </w:rPr>
          <w:t>https://www.technoairlines.com/festival/world-pride-music-festival-amsterdam-netherlands-2026</w:t>
        </w:r>
      </w:hyperlink>
      <w:r>
        <w:t xml:space="preserve"> - The World Pride Music Festival in Amsterdam is set to push musical boundaries with driving rhythms and multi-sensory visual aesthetics. The festival arena will feature jaw-dropping stage setups, crystal-clear sound designs, and unique interactive photo hubs, creating an atmosphere of absolute inclusivity combined with world-class production.</w:t>
      </w:r>
      <w:r/>
    </w:p>
    <w:p>
      <w:pPr>
        <w:pStyle w:val="ListNumber"/>
        <w:spacing w:line="240" w:lineRule="auto"/>
        <w:ind w:left="720"/>
      </w:pPr>
      <w:r/>
      <w:hyperlink r:id="rId14">
        <w:r>
          <w:rPr>
            <w:color w:val="0000EE"/>
            <w:u w:val="single"/>
          </w:rPr>
          <w:t>https://www.vogue.com/slideshow/madonna-club-confessions-album-launch-new-york</w:t>
        </w:r>
      </w:hyperlink>
      <w:r>
        <w:t xml:space="preserve"> - Madonna returned to the New York dance floor to launch her new album 'Confessions II' at the Knockdown Center. Clad in a pinky-purple satin set by Diesel, she performed alongside collaborator Stuart Price, marking a significant moment in her career as she became the first artist to have number one hits in four different decades.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jlifemag.com/2026/07/worldpride-amsterdam-26-madonna-purple-disco-machine-bebe-rexha-oliver-heldens-more/" TargetMode="External"/><Relationship Id="rId10" Type="http://schemas.openxmlformats.org/officeDocument/2006/relationships/hyperlink" Target="https://worldpridefest.com/artist-lineup/" TargetMode="External"/><Relationship Id="rId11" Type="http://schemas.openxmlformats.org/officeDocument/2006/relationships/hyperlink" Target="https://www.out.com/gay-entertainment/worldpride-2026-lineup" TargetMode="External"/><Relationship Id="rId12" Type="http://schemas.openxmlformats.org/officeDocument/2006/relationships/hyperlink" Target="https://www.songkick.com/festivals/3792397-world-pride-music-presents-world-pride-music-2026/id/43283610-world-pride-music-festival-presents-world-pride-music-festival-2026-2026" TargetMode="External"/><Relationship Id="rId13" Type="http://schemas.openxmlformats.org/officeDocument/2006/relationships/hyperlink" Target="https://www.technoairlines.com/festival/world-pride-music-festival-amsterdam-netherlands-2026" TargetMode="External"/><Relationship Id="rId14" Type="http://schemas.openxmlformats.org/officeDocument/2006/relationships/hyperlink" Target="https://www.vogue.com/slideshow/madonna-club-confessions-album-launch-new-york" TargetMode="External"/><Relationship Id="rId15" Type="http://schemas.openxmlformats.org/officeDocument/2006/relationships/hyperlink" Target="https://www.tixr.com/groups/worldpride/events/world-pride-music-festival-2026-1472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