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Welcome: How Comunidad Ministry Made LGBTQ+ Catholics Visible in Long Beach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small, steady joys: Congregants and allies in Long Beach are marking 40 years of Comunidad, a grassroots ministry that’s helped LGBTQ+ Catholics feel seen, supported and spiritually at home , and the milestone matters for anyone wondering how faith and queer identity can coexist.</w:t>
      </w:r>
      <w:r/>
    </w:p>
    <w:p>
      <w:r/>
      <w:r>
        <w:t>Essential Takeaways</w:t>
      </w:r>
      <w:r/>
      <w:r/>
    </w:p>
    <w:p>
      <w:pPr>
        <w:pStyle w:val="ListBullet"/>
        <w:spacing w:line="240" w:lineRule="auto"/>
        <w:ind w:left="720"/>
      </w:pPr>
      <w:r/>
      <w:r>
        <w:rPr>
          <w:b/>
        </w:rPr>
        <w:t>Forty years strong:</w:t>
      </w:r>
      <w:r>
        <w:t xml:space="preserve"> Comunidad at Saint Matthew’s in Long Beach has been serving LGBTQ+ Catholics and their families for four decades, offering worship, pastoral support and community.</w:t>
      </w:r>
      <w:r/>
    </w:p>
    <w:p>
      <w:pPr>
        <w:pStyle w:val="ListBullet"/>
        <w:spacing w:line="240" w:lineRule="auto"/>
        <w:ind w:left="720"/>
      </w:pPr>
      <w:r/>
      <w:r>
        <w:rPr>
          <w:b/>
        </w:rPr>
        <w:t>Archdiocesan roots:</w:t>
      </w:r>
      <w:r>
        <w:t xml:space="preserve"> The county-wide Catholic Ministry for Lesbian and Gay People traces a key moment to Archbishop Roger Mahony’s 1986 call for lesbians and gays to form supportive faith communities.</w:t>
      </w:r>
      <w:r/>
    </w:p>
    <w:p>
      <w:pPr>
        <w:pStyle w:val="ListBullet"/>
        <w:spacing w:line="240" w:lineRule="auto"/>
        <w:ind w:left="720"/>
      </w:pPr>
      <w:r/>
      <w:r>
        <w:rPr>
          <w:b/>
        </w:rPr>
        <w:t>Visible liturgy:</w:t>
      </w:r>
      <w:r>
        <w:t xml:space="preserve"> Anniversary masses and rainbow-proud services offer a sensory, emotional experience , singing together, processions, and visible symbols that signal welcome.</w:t>
      </w:r>
      <w:r/>
    </w:p>
    <w:p>
      <w:pPr>
        <w:pStyle w:val="ListBullet"/>
        <w:spacing w:line="240" w:lineRule="auto"/>
        <w:ind w:left="720"/>
      </w:pPr>
      <w:r/>
      <w:r>
        <w:rPr>
          <w:b/>
        </w:rPr>
        <w:t>Plural spiritual life:</w:t>
      </w:r>
      <w:r>
        <w:t xml:space="preserve"> Many participants hold multiple spiritual identities; involvement with Comunidad doesn’t require exclusive allegiance to one tradition.</w:t>
      </w:r>
      <w:r/>
    </w:p>
    <w:p>
      <w:pPr>
        <w:pStyle w:val="ListBullet"/>
        <w:spacing w:line="240" w:lineRule="auto"/>
        <w:ind w:left="720"/>
      </w:pPr>
      <w:r/>
      <w:r>
        <w:rPr>
          <w:b/>
        </w:rPr>
        <w:t>Practical path in parish life:</w:t>
      </w:r>
      <w:r>
        <w:t xml:space="preserve"> The ministry operates through parish-level outreach, connecting people to regular Mass, pastoral care and wider LA-area ministries.</w:t>
      </w:r>
      <w:r/>
      <w:r/>
    </w:p>
    <w:p>
      <w:pPr>
        <w:pStyle w:val="Heading2"/>
      </w:pPr>
      <w:r>
        <w:t>A quiet revolution in a sunlit nave</w:t>
      </w:r>
      <w:r/>
    </w:p>
    <w:p>
      <w:r/>
      <w:r>
        <w:t>Walk into Saint Matthew’s on a Sunday when Comunidad is gathered and you’ll feel it first in the sound: full voices, communal hymns, a nervous laugh here, a tear there. That mix of ritual and real feeling is what makes this ministry so powerful. According to the group’s website, Comunidad forms part of a broader Catholic outreach in Los Angeles that intentionally supports LGBTQ+ people, their families and allies.</w:t>
      </w:r>
      <w:r/>
    </w:p>
    <w:p>
      <w:r/>
      <w:r>
        <w:t>The ministry’s anniversary Masses are not just ceremonies; they’re moments of recognition. Parishioners describe the sight of rainbow banners hanging beside altar linens as small but profound: a public acknowledgement that faith needn’t erase who you are. For queer Catholics who’ve drifted away or been pushed out, those services can feel like coming home.</w:t>
      </w:r>
      <w:r/>
    </w:p>
    <w:p>
      <w:pPr>
        <w:pStyle w:val="Heading2"/>
      </w:pPr>
      <w:r>
        <w:t>How a single sermon grew into a network</w:t>
      </w:r>
      <w:r/>
    </w:p>
    <w:p>
      <w:r/>
      <w:r>
        <w:t>The ministry’s genealogy matters. In February 1986, then-Archbishop Roger Mahony reportedly invited lesbians and gays to form a supportive community, and that call eventually helped spawn the Catholic Ministry for Lesbian and Gay People across the archdiocese. From that seed, more than twenty welcoming ministries now operate across greater Los Angeles, each anchored at parish level.</w:t>
      </w:r>
      <w:r/>
    </w:p>
    <w:p>
      <w:r/>
      <w:r>
        <w:t>That backstory explains why Comunidad has grassroots credibility: it began as a pastoral response, not a top-down programme. Communities like this tend to be nimble , they borrow from psychology and pastoral practice, pay attention to lived experience, and adapt liturgically. For anyone wondering whether institutional religion can change, Comunidad is a live example of slow, local evolution.</w:t>
      </w:r>
      <w:r/>
    </w:p>
    <w:p>
      <w:pPr>
        <w:pStyle w:val="Heading2"/>
      </w:pPr>
      <w:r>
        <w:t>Faith with fingernail marks and incense</w:t>
      </w:r>
      <w:r/>
    </w:p>
    <w:p>
      <w:r/>
      <w:r>
        <w:t>Many people in Comunidad describe holding multiple spiritual identities. Some are devout Catholics who also practise other faith traditions, while others show up only on Christmas and Easter but still claim church as part of who they are. That plural approach is normal here: people draw comfort from ritual and the cultural memory of Catholicism while also exploring other spiritual paths.</w:t>
      </w:r>
      <w:r/>
    </w:p>
    <w:p>
      <w:r/>
      <w:r>
        <w:t>Practically, that means Comunidad’s events are welcoming to a range of believers: contemplative prayer, vocal hymns, and even moments framed in social justice language. If you’re deciding whether to join, start with a service or a social event , you’ll get a sense quickly whether the group’s tone and pace fit you.</w:t>
      </w:r>
      <w:r/>
    </w:p>
    <w:p>
      <w:pPr>
        <w:pStyle w:val="Heading2"/>
      </w:pPr>
      <w:r>
        <w:t>Why visibility in worship still matters</w:t>
      </w:r>
      <w:r/>
    </w:p>
    <w:p>
      <w:r/>
      <w:r>
        <w:t>It’s tempting to treat rainbow decor as mere symbolism. In reality, visible welcome in liturgy changes how people feel about participating. For many queer Catholics, being recognised during Mass , a singer’s faltering voice, the congregation joining in “And I will raise you up” , is confirmation that their spiritual life counts. That feeling matters as much as any policy statement.</w:t>
      </w:r>
      <w:r/>
    </w:p>
    <w:p>
      <w:r/>
      <w:r>
        <w:t>This kind of pastoral presence also offers practical benefits: support networks, pastoral counselling, and connection to broader diocesan resources. For parents and allies, parish-based ministries make it easier to have faith-centred conversations about identity and acceptance within an already familiar cultural framework.</w:t>
      </w:r>
      <w:r/>
    </w:p>
    <w:p>
      <w:pPr>
        <w:pStyle w:val="Heading2"/>
      </w:pPr>
      <w:r>
        <w:t>What Comunidad’s next 40 years could look like</w:t>
      </w:r>
      <w:r/>
    </w:p>
    <w:p>
      <w:r/>
      <w:r>
        <w:t>Groups like Comunidad rarely make headlines, but they accumulate change through regular care: weekly meetings, outreach, sacramental hospitality. Looking ahead, expect continued local growth, deeper ties with other welcoming parishes, and perhaps more visibility in archdiocesan conversations about LGBTQ+ pastoral care.</w:t>
      </w:r>
      <w:r/>
    </w:p>
    <w:p>
      <w:r/>
      <w:r>
        <w:t>If you’re curious to get involved, check the parish schedule for services or outreach events and bring a friend. You don’t need to have all the answers , you only need to show up, sing, and be present.</w:t>
      </w:r>
      <w:r/>
    </w:p>
    <w:p>
      <w:r/>
      <w:r>
        <w:t>It's a small change that can make every worshipper feel recognised and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https://feminismandreligion.com/2026/07/30/congratulations-to-comunidad-lgbtq-catholic-ministry-by-marie-cartier/</w:t>
        </w:r>
      </w:hyperlink>
      <w:r>
        <w:t xml:space="preserve"> - Please view link - unable to able to access data</w:t>
      </w:r>
      <w:r/>
    </w:p>
    <w:p>
      <w:pPr>
        <w:pStyle w:val="ListNumber"/>
        <w:spacing w:line="240" w:lineRule="auto"/>
        <w:ind w:left="720"/>
      </w:pPr>
      <w:r/>
      <w:hyperlink r:id="rId10">
        <w:r>
          <w:rPr>
            <w:color w:val="0000EE"/>
            <w:u w:val="single"/>
          </w:rPr>
          <w:t>https://www.comunidadlb.org/</w:t>
        </w:r>
      </w:hyperlink>
      <w:r>
        <w:t xml:space="preserve"> - Comunidad is a ministry at St. Matthew's Church in Long Beach, California, dedicated to serving LGBTQ+ Catholics. Established over forty years ago, it offers a welcoming environment for LGBTQ+ individuals, their families, and allies within the Catholic Archdiocese of Los Angeles. The ministry's mission is to support all LGBTQ+ people in nurturing their faith in Christ, embodying the belief that 'God's doors are open to all.' Their 40th Anniversary Mass was celebrated by Cardinal Roger Mahony on June 28th, 2026.</w:t>
      </w:r>
      <w:r/>
    </w:p>
    <w:p>
      <w:pPr>
        <w:pStyle w:val="ListNumber"/>
        <w:spacing w:line="240" w:lineRule="auto"/>
        <w:ind w:left="720"/>
      </w:pPr>
      <w:r/>
      <w:hyperlink r:id="rId12">
        <w:r>
          <w:rPr>
            <w:color w:val="0000EE"/>
            <w:u w:val="single"/>
          </w:rPr>
          <w:t>https://www.cmlgp.org/</w:t>
        </w:r>
      </w:hyperlink>
      <w:r>
        <w:t xml:space="preserve"> - The Catholic Ministry with Lesbian and Gay Persons is a Southern California-wide initiative aimed at welcoming LGBTQ+ Catholics. Their mission is to support all LGBTQ+ individuals, along with their parents, families, and allies, in the Catholic Archdiocese of Los Angeles who wish to nurture their faith in Christ. The ministry's slogan is 'God's doors are open to all.' There are over twenty ministries in the greater Los Angeles area that specifically welcome lesbian, gay, and transgender individuals.</w:t>
      </w:r>
      <w:r/>
    </w:p>
    <w:p>
      <w:pPr>
        <w:pStyle w:val="ListNumber"/>
        <w:spacing w:line="240" w:lineRule="auto"/>
        <w:ind w:left="720"/>
      </w:pPr>
      <w:r/>
      <w:hyperlink r:id="rId11">
        <w:r>
          <w:rPr>
            <w:color w:val="0000EE"/>
            <w:u w:val="single"/>
          </w:rPr>
          <w:t>https://www.hnmparish.org/pride</w:t>
        </w:r>
      </w:hyperlink>
      <w:r>
        <w:t xml:space="preserve"> - Holy Name of Mary Parish in San Dimas, California, hosts the 'No Barriers to Christ' LGBTQ+ Ministry. Their mission is to develop a community of faith where all are welcome, regardless of orientation or gender identity. Events include Pride/Anniversary Masses and receptions, such as the one held on June 28th, 2026, at St. Matthew's in Long Beach, celebrated by Cardinal Mahony. The ministry aims to create a loving and welcoming environment for all, with ongoing education on LGBTQ+ issues.</w:t>
      </w:r>
      <w:r/>
    </w:p>
    <w:p>
      <w:pPr>
        <w:pStyle w:val="ListNumber"/>
        <w:spacing w:line="240" w:lineRule="auto"/>
        <w:ind w:left="720"/>
      </w:pPr>
      <w:r/>
      <w:hyperlink r:id="rId13">
        <w:r>
          <w:rPr>
            <w:color w:val="0000EE"/>
            <w:u w:val="single"/>
          </w:rPr>
          <w:t>https://www.routledge.com/Baby-You-Are-My-Religion-The-Lesbian-Bar-as-Sacred-Space/Cartier/p/book/9781138369290</w:t>
        </w:r>
      </w:hyperlink>
      <w:r>
        <w:t xml:space="preserve"> - Marie Cartier's book, 'Baby, You Are My Religion: The Lesbian Bar as Sacred Space,' explores how lesbian bars from the 1940s to the 1980s served as spiritual havens for queer women. Drawing on over 100 oral histories, Cartier reveals these bars as 'churches in exile' for women cast out of traditional religion. The second edition, published in 2027, includes a new subtitle and addresses the disappearance of lesbian bars and the continuing need for sacred queer spaces post-millennium.</w:t>
      </w:r>
      <w:r/>
    </w:p>
    <w:p>
      <w:pPr>
        <w:pStyle w:val="ListNumber"/>
        <w:spacing w:line="240" w:lineRule="auto"/>
        <w:ind w:left="720"/>
      </w:pPr>
      <w:r/>
      <w:hyperlink r:id="rId14">
        <w:r>
          <w:rPr>
            <w:color w:val="0000EE"/>
            <w:u w:val="single"/>
          </w:rPr>
          <w:t>https://www.walmart.com/ip/19033762616</w:t>
        </w:r>
      </w:hyperlink>
      <w:r>
        <w:t xml:space="preserve"> - Walmart offers a hardcover edition of Marie Cartier's book, 'Baby, You Are My Religion: The Lesbian Bar as Sacred Space.' The book is available for pre-order, with an expected release date of August 31, 2026. It is priced at $202.00 and includes free shipping. The book delves into the role of lesbian bars as spiritual havens for queer women, drawing on over 100 oral histories to explore their function as 'churches in exile' for women cast out of traditional religion.</w:t>
      </w:r>
      <w:r/>
    </w:p>
    <w:p>
      <w:pPr>
        <w:pStyle w:val="ListNumber"/>
        <w:spacing w:line="240" w:lineRule="auto"/>
        <w:ind w:left="720"/>
      </w:pPr>
      <w:r/>
      <w:hyperlink r:id="rId15">
        <w:r>
          <w:rPr>
            <w:color w:val="0000EE"/>
            <w:u w:val="single"/>
          </w:rPr>
          <w:t>https://www.williamdam.dk/baby-you-are-my-religion__1052618</w:t>
        </w:r>
      </w:hyperlink>
      <w:r>
        <w:t xml:space="preserve"> - WilliamDam.dk offers a hardcover edition of Marie Cartier's book, 'Baby, You Are My Religion: The Lesbian Bar as Sacred Space.' The book is expected to be in stock by August 31, 2026, and is priced at 1,350 DKK. It explores how lesbian bars from the 1940s to the 1980s served as spiritual havens for queer women, drawing on over 100 oral histories to reveal these bars as 'churches in exile' for women cast out of traditional religion.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eminismandreligion.com/2026/07/30/congratulations-to-comunidad-lgbtq-catholic-ministry-by-marie-cartier/" TargetMode="External"/><Relationship Id="rId10" Type="http://schemas.openxmlformats.org/officeDocument/2006/relationships/hyperlink" Target="https://www.comunidadlb.org/" TargetMode="External"/><Relationship Id="rId11" Type="http://schemas.openxmlformats.org/officeDocument/2006/relationships/hyperlink" Target="https://www.hnmparish.org/pride" TargetMode="External"/><Relationship Id="rId12" Type="http://schemas.openxmlformats.org/officeDocument/2006/relationships/hyperlink" Target="https://www.cmlgp.org/" TargetMode="External"/><Relationship Id="rId13" Type="http://schemas.openxmlformats.org/officeDocument/2006/relationships/hyperlink" Target="https://www.routledge.com/Baby-You-Are-My-Religion-The-Lesbian-Bar-as-Sacred-Space/Cartier/p/book/9781138369290" TargetMode="External"/><Relationship Id="rId14" Type="http://schemas.openxmlformats.org/officeDocument/2006/relationships/hyperlink" Target="https://www.walmart.com/ip/19033762616" TargetMode="External"/><Relationship Id="rId15" Type="http://schemas.openxmlformats.org/officeDocument/2006/relationships/hyperlink" Target="https://www.williamdam.dk/baby-you-are-my-religion__10526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