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Navigate Being a 40-Year-Old Daddy on Grindr Without Feeling Guilty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attention shifts as you age: a 40-year-old man suddenly swamped by flirty 20-somethings on Grindr has people debating ethics, boundaries and what “daddy” even means , and it matters because consent, power and respect still set the rules.</w:t>
      </w:r>
      <w:r/>
    </w:p>
    <w:p>
      <w:r/>
      <w:r>
        <w:t>Essential Takeaways</w:t>
      </w:r>
      <w:r/>
      <w:r/>
    </w:p>
    <w:p>
      <w:pPr>
        <w:pStyle w:val="ListBullet"/>
        <w:spacing w:line="240" w:lineRule="auto"/>
        <w:ind w:left="720"/>
      </w:pPr>
      <w:r/>
      <w:r>
        <w:rPr>
          <w:b/>
        </w:rPr>
        <w:t>Surprising surge:</w:t>
      </w:r>
      <w:r>
        <w:t xml:space="preserve"> Older men often report more messages and interest from younger users on hookup apps, thanks to perceived stability and confidence.</w:t>
      </w:r>
      <w:r/>
    </w:p>
    <w:p>
      <w:pPr>
        <w:pStyle w:val="ListBullet"/>
        <w:spacing w:line="240" w:lineRule="auto"/>
        <w:ind w:left="720"/>
      </w:pPr>
      <w:r/>
      <w:r>
        <w:rPr>
          <w:b/>
        </w:rPr>
        <w:t>It’s legal, but nuanced:</w:t>
      </w:r>
      <w:r>
        <w:t xml:space="preserve"> Adults in their 20s are consenting, yet age gaps can create power dynamics that deserve attention.</w:t>
      </w:r>
      <w:r/>
    </w:p>
    <w:p>
      <w:pPr>
        <w:pStyle w:val="ListBullet"/>
        <w:spacing w:line="240" w:lineRule="auto"/>
        <w:ind w:left="720"/>
      </w:pPr>
      <w:r/>
      <w:r>
        <w:rPr>
          <w:b/>
        </w:rPr>
        <w:t>Duty of care:</w:t>
      </w:r>
      <w:r>
        <w:t xml:space="preserve"> Setting clear boundaries and expectations helps prevent misunderstandings and preserves dignity for both people.</w:t>
      </w:r>
      <w:r/>
    </w:p>
    <w:p>
      <w:pPr>
        <w:pStyle w:val="ListBullet"/>
        <w:spacing w:line="240" w:lineRule="auto"/>
        <w:ind w:left="720"/>
      </w:pPr>
      <w:r/>
      <w:r>
        <w:rPr>
          <w:b/>
        </w:rPr>
        <w:t>Not all stereotypes fit:</w:t>
      </w:r>
      <w:r>
        <w:t xml:space="preserve"> Young partners aren’t always chasing money; many genuinely prefer older aesthetics like grey hair or experience.</w:t>
      </w:r>
      <w:r/>
    </w:p>
    <w:p>
      <w:pPr>
        <w:pStyle w:val="ListBullet"/>
        <w:spacing w:line="240" w:lineRule="auto"/>
        <w:ind w:left="720"/>
      </w:pPr>
      <w:r/>
      <w:r>
        <w:rPr>
          <w:b/>
        </w:rPr>
        <w:t>Practical tip:</w:t>
      </w:r>
      <w:r>
        <w:t xml:space="preserve"> Be upfront about intentions , casual, friends-with-benefits or something more , and check in emotionally afterwards.</w:t>
      </w:r>
      <w:r/>
      <w:r/>
    </w:p>
    <w:p>
      <w:pPr>
        <w:pStyle w:val="Heading2"/>
      </w:pPr>
      <w:r>
        <w:t>Why 40-year-olds suddenly feel like the hottest commodity</w:t>
      </w:r>
      <w:r/>
    </w:p>
    <w:p>
      <w:r/>
      <w:r>
        <w:t>There’s a distinct, slightly smug tingle that comes when your inbox starts filling with twenty-somethings; it feels flattering and disorienting at once. According to discussions across queer media, men in their forties often get more attention on apps like Grindr because younger users read experience and stability into older profiles. The effect is sensory as well as social , confident photos, calm bios, that quiet polish , and it lands.</w:t>
      </w:r>
      <w:r/>
    </w:p>
    <w:p>
      <w:r/>
      <w:r>
        <w:t>Queer culture has laboured under changing aesthetics for decades, and outlets from lifestyle blogs to mainstream papers have flagged the so-called “Daddy Era.” That’s partly pop-culture shorthand for older men becoming more visibly desired, from celebrities to everyday daters. The practical bit: if you suddenly have options, take a breath before you act.</w:t>
      </w:r>
      <w:r/>
    </w:p>
    <w:p>
      <w:pPr>
        <w:pStyle w:val="Heading2"/>
      </w:pPr>
      <w:r>
        <w:t>The ethics: why “they’re adults” isn’t the whole answer</w:t>
      </w:r>
      <w:r/>
    </w:p>
    <w:p>
      <w:r/>
      <w:r>
        <w:t>Legally, 23 and 24-year-olds are adults and entitled to their choices, and many commenters on Reddit point this out. But consent and legality are only the baseline; power imbalance can still sneak in. Older partners often hold more life experience, career stability, and a wider social network, and that can tilt interactions if left unchecked.</w:t>
      </w:r>
      <w:r/>
    </w:p>
    <w:p>
      <w:r/>
      <w:r>
        <w:t>Industry voices and commentators advise treating younger partners with particular care. Simple rules help: be honest about what you want, avoid playing games, and don’t leverage your age as a status trophy. If you’re asking yourself whether you’re taking advantage, that self-awareness is a good sign , it suggests you’ll act with respect.</w:t>
      </w:r>
      <w:r/>
    </w:p>
    <w:p>
      <w:pPr>
        <w:pStyle w:val="Heading2"/>
      </w:pPr>
      <w:r>
        <w:t>Why younger guys really do message older men , it’s not always about cash</w:t>
      </w:r>
      <w:r/>
    </w:p>
    <w:p>
      <w:r/>
      <w:r>
        <w:t>Popular explanations sometimes default to crass stereotypes , that younger partners want money or status. Specialists and firsthand accounts dispute that narrow view. Many younger gay men simply find the aesthetic of maturity attractive: greying hair, confidence, amusing war stories about the pre-smartphone nightclub heyday.</w:t>
      </w:r>
      <w:r/>
    </w:p>
    <w:p>
      <w:r/>
      <w:r>
        <w:t>Grindr’s own community writing and cultural coverage point to tribes and labels , “daddy,” “twink,” “otter” , that help people signal preferences quickly. So those messages you’re getting might be shorthand for “I like older men,” rather than a transactional offer. Still, keep an eye out for red flags and shallow flattery masquerading as interest.</w:t>
      </w:r>
      <w:r/>
    </w:p>
    <w:p>
      <w:pPr>
        <w:pStyle w:val="Heading2"/>
      </w:pPr>
      <w:r>
        <w:t>How to set boundaries that feel good, not shameful</w:t>
      </w:r>
      <w:r/>
    </w:p>
    <w:p>
      <w:r/>
      <w:r>
        <w:t>Practicality beats moralising. If you don’t want a relationship with someone in their early twenties, say so kindly and clearly on your profile or in chat. If you’re okay with casual hookups, be explicit about expectations: condoms, exclusivity, messaging frequency, and what emotional aftercare looks like. That protects both parties and reduces the chance of someone getting hurt.</w:t>
      </w:r>
      <w:r/>
    </w:p>
    <w:p>
      <w:r/>
      <w:r>
        <w:t>If you do decide to meet, choose neutral public spaces first, let a friend know where you’re going, and trust your instincts. Older partners can also model mature behaviour by checking in after a hookup and ensuring the younger person didn’t feel pressured. It’s small steps that make a big difference.</w:t>
      </w:r>
      <w:r/>
    </w:p>
    <w:p>
      <w:pPr>
        <w:pStyle w:val="Heading2"/>
      </w:pPr>
      <w:r>
        <w:t>Balancing desire, reputation and legacy</w:t>
      </w:r>
      <w:r/>
    </w:p>
    <w:p>
      <w:r/>
      <w:r>
        <w:t>There’s a performative side to being a desirable older man; it can feel like joining a club with its own wardrobe and in-jokes. But this era also offers a chance to be better than the clichés , to show that older queer men can be mentors, lovers and allies without being predatory. Writers and community members suggest leaning into transparency and practising empathy.</w:t>
      </w:r>
      <w:r/>
    </w:p>
    <w:p>
      <w:r/>
      <w:r>
        <w:t>If queer culture has long prized nonconformity, then subverting ageist assumptions is part of that legacy , but not at the cost of another person’s wellbeing. In short: enjoy the attention if you want it, but don’t treat it as an excuse to abdicate responsibility.</w:t>
      </w:r>
      <w:r/>
    </w:p>
    <w:p>
      <w:r/>
      <w:r>
        <w:t>It's a small change that can make every encounter feel fairer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[3]</w:t>
        </w:r>
      </w:hyperlink>
      <w:r>
        <w:t xml:space="preserve">- Paragraph 3: </w:t>
      </w:r>
      <w:hyperlink r:id="rId13">
        <w:r>
          <w:rPr>
            <w:color w:val="0000EE"/>
            <w:u w:val="single"/>
          </w:rPr>
          <w:t>[5]</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https://www.queerty.com/40-year-old-feels-guilty-about-all-of-the-hot-twinks-hitting-him-up-asks-the-internet-for-help-20260730/</w:t>
        </w:r>
      </w:hyperlink>
      <w:r>
        <w:t xml:space="preserve"> - Please view link - unable to able to access data</w:t>
      </w:r>
      <w:r/>
    </w:p>
    <w:p>
      <w:pPr>
        <w:pStyle w:val="ListNumber"/>
        <w:spacing w:line="240" w:lineRule="auto"/>
        <w:ind w:left="720"/>
      </w:pPr>
      <w:r/>
      <w:hyperlink r:id="rId10">
        <w:r>
          <w:rPr>
            <w:color w:val="0000EE"/>
            <w:u w:val="single"/>
          </w:rPr>
          <w:t>https://www.grindr.com/blog/daddies</w:t>
        </w:r>
      </w:hyperlink>
      <w:r>
        <w:t xml:space="preserve"> - This article from Grindr explores the 'Daddy' archetype within the gay community, discussing its prevalence and the various types of daddies. It delves into theories explaining why younger men are attracted to older men, including the desire for role models and the influence of adult entertainment. The piece also touches on the challenges older men face in the dating scene, such as being typecast in specific roles and the impact of societal expectations on their dating experiences.</w:t>
      </w:r>
      <w:r/>
    </w:p>
    <w:p>
      <w:pPr>
        <w:pStyle w:val="ListNumber"/>
        <w:spacing w:line="240" w:lineRule="auto"/>
        <w:ind w:left="720"/>
      </w:pPr>
      <w:r/>
      <w:hyperlink r:id="rId11">
        <w:r>
          <w:rPr>
            <w:color w:val="0000EE"/>
            <w:u w:val="single"/>
          </w:rPr>
          <w:t>https://www.indy100.com/celebrities/gay-men-daddy-older-man-age-gap-grindr-tribe-twink-stanley-tucci-9577701</w:t>
        </w:r>
      </w:hyperlink>
      <w:r>
        <w:t xml:space="preserve"> - This article examines the rise of the 'Daddy' archetype in the gay community, highlighting how older men are increasingly in demand. It features personal accounts from men who have experienced this shift, discussing the use of 'Daddy' on dating apps like Grindr and the cultural implications of this trend. The piece also references the popularity of 'Daddy' content in adult entertainment and the broader societal acceptance of age-gap relationships.</w:t>
      </w:r>
      <w:r/>
    </w:p>
    <w:p>
      <w:pPr>
        <w:pStyle w:val="ListNumber"/>
        <w:spacing w:line="240" w:lineRule="auto"/>
        <w:ind w:left="720"/>
      </w:pPr>
      <w:r/>
      <w:hyperlink r:id="rId12">
        <w:r>
          <w:rPr>
            <w:color w:val="0000EE"/>
            <w:u w:val="single"/>
          </w:rPr>
          <w:t>https://www.queerty.com/age-gaps-gay-relationships-hot-fraught-guys-say-20220814/</w:t>
        </w:r>
      </w:hyperlink>
      <w:r>
        <w:t xml:space="preserve"> - This Queerty article discusses the complexities of age-gap relationships within the gay community. It presents perspectives from Reddit users who share their experiences and opinions on dating individuals significantly older or younger than themselves. The piece addresses concerns about maturity, life experiences, and societal perceptions, providing a nuanced view of the dynamics involved in such relationships.</w:t>
      </w:r>
      <w:r/>
    </w:p>
    <w:p>
      <w:pPr>
        <w:pStyle w:val="ListNumber"/>
        <w:spacing w:line="240" w:lineRule="auto"/>
        <w:ind w:left="720"/>
      </w:pPr>
      <w:r/>
      <w:hyperlink r:id="rId13">
        <w:r>
          <w:rPr>
            <w:color w:val="0000EE"/>
            <w:u w:val="single"/>
          </w:rPr>
          <w:t>https://www.intomore.com/culture/dating/the-gays-are-asking-is-it-okay-to-hook-up-with-someone-three-times-your-age/</w:t>
        </w:r>
      </w:hyperlink>
      <w:r>
        <w:t xml:space="preserve"> - This article from INTO explores the experiences of a young man who engaged in a sexual encounter with someone nearly 50 years his senior. It delves into the feelings of both parties involved, the societal perceptions of such age differences, and the broader conversation about age-gap relationships in the LGBTQ+ community. The piece includes insights from experts and personal anecdotes to provide a comprehensive view of the topic.</w:t>
      </w:r>
      <w:r/>
    </w:p>
    <w:p>
      <w:pPr>
        <w:pStyle w:val="ListNumber"/>
        <w:spacing w:line="240" w:lineRule="auto"/>
        <w:ind w:left="720"/>
      </w:pPr>
      <w:r/>
      <w:hyperlink r:id="rId14">
        <w:r>
          <w:rPr>
            <w:color w:val="0000EE"/>
            <w:u w:val="single"/>
          </w:rPr>
          <w:t>https://gcn.ie/gay-teen-finds-homophobic-dad-grindr/</w:t>
        </w:r>
      </w:hyperlink>
      <w:r>
        <w:t xml:space="preserve"> - This piece from GCN tells the story of a closeted gay teenager who discovered that his homophobic father had the Grindr app on his phone. The article discusses the teenager's internal conflict, the potential implications for his family, and the broader context of LGBTQ+ individuals navigating family dynamics and personal identity. It provides insights into the challenges faced by young people in similar situations.</w:t>
      </w:r>
      <w:r/>
    </w:p>
    <w:p>
      <w:pPr>
        <w:pStyle w:val="ListNumber"/>
        <w:spacing w:line="240" w:lineRule="auto"/>
        <w:ind w:left="720"/>
      </w:pPr>
      <w:r/>
      <w:hyperlink r:id="rId15">
        <w:r>
          <w:rPr>
            <w:color w:val="0000EE"/>
            <w:u w:val="single"/>
          </w:rPr>
          <w:t>https://www.cromosomax.com/como-son-las-diferencias-de-edad-en-relaciones-homosexuales</w:t>
        </w:r>
      </w:hyperlink>
      <w:r>
        <w:t xml:space="preserve"> - This article from CromosomaX examines age differences in homosexual relationships, focusing on the perspectives of younger individuals attracted to older partners. It discusses the naturalness of such attractions, the maturity and responsibility often associated with older partners, and the intellectual benefits perceived by younger individuals. The piece provides a nuanced view of the dynamics in age-gap relationships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40-year-old-feels-guilty-about-all-of-the-hot-twinks-hitting-him-up-asks-the-internet-for-help-20260730/" TargetMode="External"/><Relationship Id="rId10" Type="http://schemas.openxmlformats.org/officeDocument/2006/relationships/hyperlink" Target="https://www.grindr.com/blog/daddies" TargetMode="External"/><Relationship Id="rId11" Type="http://schemas.openxmlformats.org/officeDocument/2006/relationships/hyperlink" Target="https://www.indy100.com/celebrities/gay-men-daddy-older-man-age-gap-grindr-tribe-twink-stanley-tucci-9577701" TargetMode="External"/><Relationship Id="rId12" Type="http://schemas.openxmlformats.org/officeDocument/2006/relationships/hyperlink" Target="https://www.queerty.com/age-gaps-gay-relationships-hot-fraught-guys-say-20220814/" TargetMode="External"/><Relationship Id="rId13" Type="http://schemas.openxmlformats.org/officeDocument/2006/relationships/hyperlink" Target="https://www.intomore.com/culture/dating/the-gays-are-asking-is-it-okay-to-hook-up-with-someone-three-times-your-age/" TargetMode="External"/><Relationship Id="rId14" Type="http://schemas.openxmlformats.org/officeDocument/2006/relationships/hyperlink" Target="https://gcn.ie/gay-teen-finds-homophobic-dad-grindr/" TargetMode="External"/><Relationship Id="rId15" Type="http://schemas.openxmlformats.org/officeDocument/2006/relationships/hyperlink" Target="https://www.cromosomax.com/como-son-las-diferencias-de-edad-en-relaciones-homosexua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