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Experience WorldPride Amsterdam 2026 Like a Local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 through the canals, bar-hop down Reguliersdwarsstraat and soak up queer history , WorldPride Amsterdam 2026 is two weeks of colour, music and activism that will change how you see the city. Here’s a local-flavoured guide to where to watch the Canal Parade, eat between events and feel genuinely welcome.</w:t>
      </w:r>
      <w:r/>
    </w:p>
    <w:p>
      <w:r/>
      <w:r>
        <w:t>Essential Takeaways</w:t>
      </w:r>
      <w:r/>
      <w:r/>
    </w:p>
    <w:p>
      <w:pPr>
        <w:pStyle w:val="ListBullet"/>
        <w:spacing w:line="240" w:lineRule="auto"/>
        <w:ind w:left="720"/>
      </w:pPr>
      <w:r/>
      <w:r>
        <w:rPr>
          <w:b/>
        </w:rPr>
        <w:t>When and where:</w:t>
      </w:r>
      <w:r>
        <w:t xml:space="preserve"> WorldPride runs late July to early August 2026, with the Canal Parade on 1 August winding the Prinsengracht and Amstel.</w:t>
      </w:r>
      <w:r/>
    </w:p>
    <w:p>
      <w:pPr>
        <w:pStyle w:val="ListBullet"/>
        <w:spacing w:line="240" w:lineRule="auto"/>
        <w:ind w:left="720"/>
      </w:pPr>
      <w:r/>
      <w:r>
        <w:rPr>
          <w:b/>
        </w:rPr>
        <w:t>Key vibes:</w:t>
      </w:r>
      <w:r>
        <w:t xml:space="preserve"> Expect colourful canal spectacles, street parties on Reguliersdwarsstraat, drag shows, raves and quieter cultural programming.</w:t>
      </w:r>
      <w:r/>
    </w:p>
    <w:p>
      <w:pPr>
        <w:pStyle w:val="ListBullet"/>
        <w:spacing w:line="240" w:lineRule="auto"/>
        <w:ind w:left="720"/>
      </w:pPr>
      <w:r/>
      <w:r>
        <w:rPr>
          <w:b/>
        </w:rPr>
        <w:t>Eat and rest:</w:t>
      </w:r>
      <w:r>
        <w:t xml:space="preserve"> Book restaurants and hotels early; look for inclusive Travel Proud badges when choosing places to stay.</w:t>
      </w:r>
      <w:r/>
    </w:p>
    <w:p>
      <w:pPr>
        <w:pStyle w:val="ListBullet"/>
        <w:spacing w:line="240" w:lineRule="auto"/>
        <w:ind w:left="720"/>
      </w:pPr>
      <w:r/>
      <w:r>
        <w:rPr>
          <w:b/>
        </w:rPr>
        <w:t>Historic context:</w:t>
      </w:r>
      <w:r>
        <w:t xml:space="preserve"> Amsterdam’s queer history is visible in museums, cafés and legendary bars that helped shape Dutch LGBTQ+ advances.</w:t>
      </w:r>
      <w:r/>
    </w:p>
    <w:p>
      <w:pPr>
        <w:pStyle w:val="ListBullet"/>
        <w:spacing w:line="240" w:lineRule="auto"/>
        <w:ind w:left="720"/>
      </w:pPr>
      <w:r/>
      <w:r>
        <w:rPr>
          <w:b/>
        </w:rPr>
        <w:t>Practical tip:</w:t>
      </w:r>
      <w:r>
        <w:t xml:space="preserve"> Arrive at parade viewing spots early for a good vantage point, and plan quieter days to recover , two weeks can be a sprint.</w:t>
      </w:r>
      <w:r/>
      <w:r/>
    </w:p>
    <w:p>
      <w:pPr>
        <w:pStyle w:val="Heading2"/>
      </w:pPr>
      <w:r>
        <w:t>Start with the Canal Parade , the spectacle to plan around</w:t>
      </w:r>
      <w:r/>
    </w:p>
    <w:p>
      <w:r/>
      <w:r>
        <w:t>The Canal Parade is the jewel in WorldPride’s crown, a slow-moving, gloriously chaotic procession of decorated boats, music and colour that threads through the city’s most photogenic canals. The atmosphere is tactile and loud , you’ll feel the bass, smell street food and see flags everywhere.</w:t>
      </w:r>
      <w:r/>
    </w:p>
    <w:p>
      <w:r/>
      <w:r>
        <w:t>According to official WorldPride listings, the Canal Parade is scheduled for the first weekend of August and attracts crowds from across the globe. Locals treat it like a summer festival: choose a stretch of canal where you can stand for hours, bring water and a sunhat, and expect security checks on major bridges.</w:t>
      </w:r>
      <w:r/>
    </w:p>
    <w:p>
      <w:r/>
      <w:r>
        <w:t>If you want to feel like a local, pick a quieter viewing point away from the main tourist hotspots, or book a small boat spot if your budget allows. For families, there are calmer daytime events; for night owls, the parade spills into after-parties across the city.</w:t>
      </w:r>
      <w:r/>
    </w:p>
    <w:p>
      <w:pPr>
        <w:pStyle w:val="Heading2"/>
      </w:pPr>
      <w:r>
        <w:t>Reguliersdwarsstraat: where queer nightlife really lives</w:t>
      </w:r>
      <w:r/>
    </w:p>
    <w:p>
      <w:r/>
      <w:r>
        <w:t>Reguliersdwarsstraat has long been the heartbeat of Amsterdam’s queer social life and during Pride it becomes a street-long party with bars spilling out onto the pavement. Think neon, DJs, impromptu performances and a warm, inclusive crowd.</w:t>
      </w:r>
      <w:r/>
    </w:p>
    <w:p>
      <w:r/>
      <w:r>
        <w:t>Venues like PRIK, Blend XL and Café Lellebel are local favourites for good reason , they mix friendly service with themed nights and drag acts. Meanwhile Café ’t Mandje offers a slice of history, and Waterkant brings a relaxed, waterside vibe when the weather’s kind.</w:t>
      </w:r>
      <w:r/>
    </w:p>
    <w:p>
      <w:r/>
      <w:r>
        <w:t>If you want to pace yourself, alternate late nights with daytime coffees and slow lunches in nearby neighbourhoods. Many of these spots will run special Pride programming, so check schedules in advance and book tables where possible.</w:t>
      </w:r>
      <w:r/>
    </w:p>
    <w:p>
      <w:pPr>
        <w:pStyle w:val="Heading2"/>
      </w:pPr>
      <w:r>
        <w:t>Beyond the parties: museums, history and quieter pride moments</w:t>
      </w:r>
      <w:r/>
    </w:p>
    <w:p>
      <w:r/>
      <w:r>
        <w:t>WorldPride is equal parts celebration and memory. Amsterdam’s queer heritage is woven into its museums and neighbourhoods, and the Amsterdam Museum’s queer collections offer context to the rights and activism visible during Pride.</w:t>
      </w:r>
      <w:r/>
    </w:p>
    <w:p>
      <w:r/>
      <w:r>
        <w:t>Wandering the Jordaan or the canal rings becomes a different experience when rainbow flags and commemorative plaques guide you. Cultural events , from exhibitions to panel talks , run alongside the parties, offering moments to reflect as well as dance.</w:t>
      </w:r>
      <w:r/>
    </w:p>
    <w:p>
      <w:r/>
      <w:r>
        <w:t>If you want a slower Pride day, visit an exhibition, have a long lunch on a terrace and watch the city’s flags flutter , you’ll still feel part of the festival without the sensory overload.</w:t>
      </w:r>
      <w:r/>
    </w:p>
    <w:p>
      <w:pPr>
        <w:pStyle w:val="Heading2"/>
      </w:pPr>
      <w:r>
        <w:t>Eating, drinking and practical pit stops between events</w:t>
      </w:r>
      <w:r/>
    </w:p>
    <w:p>
      <w:r/>
      <w:r>
        <w:t>Two weeks of Pride means lots of walking, standing and late nights, so plan food and rest into your itinerary. Amsterdam’s coffee scene is perfect for recharging: independent cafés serve strong brews and calm corners to regroup.</w:t>
      </w:r>
      <w:r/>
    </w:p>
    <w:p>
      <w:r/>
      <w:r>
        <w:t>For lunch, pick terrace spots or neighbourhood cafés that let you watch the street life. Dinners should be booked early; restaurants fill fast during major events and many will run special Pride menus. If you’re staying longer, look for kitchen facilities in your accommodation to pace spending and energy.</w:t>
      </w:r>
      <w:r/>
    </w:p>
    <w:p>
      <w:r/>
      <w:r>
        <w:t>Also keep basic kit handy: a foldable water bottle, sunscreen, a portable phone charger and a small daypack. It sounds obvious, but those small comforts make a long Pride day far more enjoyable.</w:t>
      </w:r>
      <w:r/>
    </w:p>
    <w:p>
      <w:pPr>
        <w:pStyle w:val="Heading2"/>
      </w:pPr>
      <w:r>
        <w:t>Feeling safe and choosing welcoming places to stay</w:t>
      </w:r>
      <w:r/>
    </w:p>
    <w:p>
      <w:r/>
      <w:r>
        <w:t>Not everyone feels free to be fully themselves when travelling, and research shows a surprising number of LGBTQ+ travellers still approach trips with caution. That’s why programmes like Travel Proud matter: they flag properties trained to welcome LGBTQ+ guests and help reduce uncertainty when booking.</w:t>
      </w:r>
      <w:r/>
    </w:p>
    <w:p>
      <w:r/>
      <w:r>
        <w:t>When choosing accommodation, look beyond location , check for inclusive policies, staff training or badges that indicate the property is part of an LGBTQ+ friendly initiative. For many visitors, that quiet reassurance turns a good trip into a great one.</w:t>
      </w:r>
      <w:r/>
    </w:p>
    <w:p>
      <w:r/>
      <w:r>
        <w:t>If you’re unsure about neighbourhoods, ask local LGBTQ+ community centres or official city listings for tips; they often maintain up-to-date guides to safe spaces and events.</w:t>
      </w:r>
      <w:r/>
    </w:p>
    <w:p>
      <w:pPr>
        <w:pStyle w:val="Heading2"/>
      </w:pPr>
      <w:r>
        <w:t>What to leave open: the moments that make Pride memorable</w:t>
      </w:r>
      <w:r/>
    </w:p>
    <w:p>
      <w:r/>
      <w:r>
        <w:t>The best parts of Pride often happen off-script: a new friend met on a canal bench, a tiny bar with a brilliant drag set, or dancing on a sunny street you hadn’t planned to visit. So build a basic plan , headline events, a couple of booked nights out and a few quiet days , then leave room for serendipity.</w:t>
      </w:r>
      <w:r/>
    </w:p>
    <w:p>
      <w:r/>
      <w:r>
        <w:t>Bring flexible shoes, an open mind and curiosity. Amsterdam’s welcome is real, and WorldPride 2026 will be as much about quiet solidarity as it is about spectacle.</w:t>
      </w:r>
      <w:r/>
    </w:p>
    <w:p>
      <w:r/>
      <w:r>
        <w:t>It’s a small change that can make every moment safer, brighter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[2]</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https://www.wander-lust.nl/how-to-celebrate-worldpride-amsterdam-as-a-local/</w:t>
        </w:r>
      </w:hyperlink>
      <w:r>
        <w:t xml:space="preserve"> - Please view link - unable to able to access data</w:t>
      </w:r>
      <w:r/>
    </w:p>
    <w:p>
      <w:pPr>
        <w:pStyle w:val="ListNumber"/>
        <w:spacing w:line="240" w:lineRule="auto"/>
        <w:ind w:left="720"/>
      </w:pPr>
      <w:r/>
      <w:hyperlink r:id="rId14">
        <w:r>
          <w:rPr>
            <w:color w:val="0000EE"/>
            <w:u w:val="single"/>
          </w:rPr>
          <w:t>https://www.amsterdam.nl/en/news/worldpride/</w:t>
        </w:r>
      </w:hyperlink>
      <w:r>
        <w:t xml:space="preserve"> - Amsterdam is hosting WorldPride for the first time from 25 July to 8 August 2026, under the theme 'UNITY'. The city celebrates diversity, freedom, and equal rights for LGBTQIA+ individuals with a variety of events, including the Canal Parade, Pride Walk, Pride Park, and the Closing Concert on Museumplein. Sports enthusiasts can participate in the Sport Pride World Games and LoveSwim in the Amstel. Cultural activities feature personal stories, discussions on allyship, and exhibitions like San en Kofa, highlighting African queer and trans history. Theatre and comedy performances, such as 'GIRLS WON'T BE GIRLS' and 'Constellations', are also part of the programme. (</w:t>
      </w:r>
      <w:hyperlink r:id="rId16">
        <w:r>
          <w:rPr>
            <w:color w:val="0000EE"/>
            <w:u w:val="single"/>
          </w:rPr>
          <w:t>amsterdam.nl</w:t>
        </w:r>
      </w:hyperlink>
      <w:r>
        <w:t>)</w:t>
      </w:r>
      <w:r/>
    </w:p>
    <w:p>
      <w:pPr>
        <w:pStyle w:val="ListNumber"/>
        <w:spacing w:line="240" w:lineRule="auto"/>
        <w:ind w:left="720"/>
      </w:pPr>
      <w:r/>
      <w:hyperlink r:id="rId10">
        <w:r>
          <w:rPr>
            <w:color w:val="0000EE"/>
            <w:u w:val="single"/>
          </w:rPr>
          <w:t>https://worldpride.amsterdam/</w:t>
        </w:r>
      </w:hyperlink>
      <w:r>
        <w:t xml:space="preserve"> - Amsterdam's WorldPride 2026 marks a significant milestone, celebrating 25 years of marriage equality in the Netherlands. The event aims to promote equal rights and visibility for the LGBTQIA+ community, with a focus on unity and activism. The city has a long history of LGBTQIA+ rights, being the first to legalise same-sex marriage in 2001. WorldPride 2026 is expected to be a fully inclusive celebration, fostering new connections and partnerships within the community. (</w:t>
      </w:r>
      <w:hyperlink r:id="rId17">
        <w:r>
          <w:rPr>
            <w:color w:val="0000EE"/>
            <w:u w:val="single"/>
          </w:rPr>
          <w:t>worldpride.amsterdam</w:t>
        </w:r>
      </w:hyperlink>
      <w:r>
        <w:t>)</w:t>
      </w:r>
      <w:r/>
    </w:p>
    <w:p>
      <w:pPr>
        <w:pStyle w:val="ListNumber"/>
        <w:spacing w:line="240" w:lineRule="auto"/>
        <w:ind w:left="720"/>
      </w:pPr>
      <w:r/>
      <w:hyperlink r:id="rId15">
        <w:r>
          <w:rPr>
            <w:color w:val="0000EE"/>
            <w:u w:val="single"/>
          </w:rPr>
          <w:t>https://www.holland.com/global/press/newsroom/dertig-jaar-amsterdam-pride</w:t>
        </w:r>
      </w:hyperlink>
      <w:r>
        <w:t xml:space="preserve"> - In 2026, Amsterdam celebrates 30 years since the introduction of the world's first Canal Parade, coinciding with WorldPride. The event has evolved from a local initiative into one of Europe's most distinctive LGBTQ+ celebrations, attracting millions globally. The Canal Parade remains the centrepiece, with elaborately decorated boats cruising the city's historic waterways. The celebrations also highlight Amsterdam's long-standing reputation for openness and inclusion, with a variety of cultural events, community gatherings, and performances. (</w:t>
      </w:r>
      <w:hyperlink r:id="rId18">
        <w:r>
          <w:rPr>
            <w:color w:val="0000EE"/>
            <w:u w:val="single"/>
          </w:rPr>
          <w:t>holland.com</w:t>
        </w:r>
      </w:hyperlink>
      <w:r>
        <w:t>)</w:t>
      </w:r>
      <w:r/>
    </w:p>
    <w:p>
      <w:pPr>
        <w:pStyle w:val="ListNumber"/>
        <w:spacing w:line="240" w:lineRule="auto"/>
        <w:ind w:left="720"/>
      </w:pPr>
      <w:r/>
      <w:hyperlink r:id="rId13">
        <w:r>
          <w:rPr>
            <w:color w:val="0000EE"/>
            <w:u w:val="single"/>
          </w:rPr>
          <w:t>https://www.cntraveller.com/article/world-pride-amsterdam</w:t>
        </w:r>
      </w:hyperlink>
      <w:r>
        <w:t xml:space="preserve"> - WorldPride 2026 is set to take place in Amsterdam, marking the first time the event is hosted in the Netherlands. The article provides an overview of the history of WorldPride, its significance, and what attendees can expect during the Amsterdam celebrations. It highlights the city's long-standing commitment to LGBTQ+ rights and its role as a global hub for the community. The piece also offers insights into the various events and activities planned for the occasion. (</w:t>
      </w:r>
      <w:hyperlink r:id="rId19">
        <w:r>
          <w:rPr>
            <w:color w:val="0000EE"/>
            <w:u w:val="single"/>
          </w:rPr>
          <w:t>cntraveller.com</w:t>
        </w:r>
      </w:hyperlink>
      <w:r>
        <w:t>)</w:t>
      </w:r>
      <w:r/>
    </w:p>
    <w:p>
      <w:pPr>
        <w:pStyle w:val="ListNumber"/>
        <w:spacing w:line="240" w:lineRule="auto"/>
        <w:ind w:left="720"/>
      </w:pPr>
      <w:r/>
      <w:hyperlink r:id="rId12">
        <w:r>
          <w:rPr>
            <w:color w:val="0000EE"/>
            <w:u w:val="single"/>
          </w:rPr>
          <w:t>https://qlist.app/events/Amsterdam/WorldPride-Amsterdam-2026-Canal-Parade/17167</w:t>
        </w:r>
      </w:hyperlink>
      <w:r>
        <w:t xml:space="preserve"> - The Canal Parade is the signature event of WorldPride Amsterdam 2026, featuring around 80 decorated boats showcasing LGBTQIA+ communities and themes of visibility and inclusion. The parade will take place on 1 August 2026, cruising from Oosterdok through Nieuwe Herengracht, Amstel, and Prinsengracht, finishing at Westerdok. Spectators can watch for free from the quays in Amsterdam-Centrum, -Oost, or -West. A Pride Vignette permit is required for those joining by private boat on the route. The parade has been a tradition since 1996 and is recognised as Dutch Intangible Heritage. (</w:t>
      </w:r>
      <w:hyperlink r:id="rId20">
        <w:r>
          <w:rPr>
            <w:color w:val="0000EE"/>
            <w:u w:val="single"/>
          </w:rPr>
          <w:t>qlist.app</w:t>
        </w:r>
      </w:hyperlink>
      <w:r>
        <w:t>)</w:t>
      </w:r>
      <w:r/>
    </w:p>
    <w:p>
      <w:pPr>
        <w:pStyle w:val="ListNumber"/>
        <w:spacing w:line="240" w:lineRule="auto"/>
        <w:ind w:left="720"/>
      </w:pPr>
      <w:r/>
      <w:hyperlink r:id="rId11">
        <w:r>
          <w:rPr>
            <w:color w:val="0000EE"/>
            <w:u w:val="single"/>
          </w:rPr>
          <w:t>https://www.iamsterdam.com/en/whats-on/calendar/festivals/events/canal-parade</w:t>
        </w:r>
      </w:hyperlink>
      <w:r>
        <w:t xml:space="preserve"> - The Canal Parade is a highlight of WorldPride Amsterdam, featuring about 80 boats representing various LGBTQI+ foundations and organisations. The boats cruise the city's canals in elaborately decorated vessels, celebrating the past, present, and future of the LGBTQ+ community. The 2026 edition also marks 25 years of marriage equality in the Netherlands, adding extra focus on queer love and legal rights. The parade is free to attend, with spectators lining the canal sides to cheer and dance. (</w:t>
      </w:r>
      <w:hyperlink r:id="rId21">
        <w:r>
          <w:rPr>
            <w:color w:val="0000EE"/>
            <w:u w:val="single"/>
          </w:rPr>
          <w:t>iamsterdam.com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nder-lust.nl/how-to-celebrate-worldpride-amsterdam-as-a-local/" TargetMode="External"/><Relationship Id="rId10" Type="http://schemas.openxmlformats.org/officeDocument/2006/relationships/hyperlink" Target="https://worldpride.amsterdam/" TargetMode="External"/><Relationship Id="rId11" Type="http://schemas.openxmlformats.org/officeDocument/2006/relationships/hyperlink" Target="https://www.iamsterdam.com/en/whats-on/calendar/festivals/events/canal-parade" TargetMode="External"/><Relationship Id="rId12" Type="http://schemas.openxmlformats.org/officeDocument/2006/relationships/hyperlink" Target="https://qlist.app/events/Amsterdam/WorldPride-Amsterdam-2026-Canal-Parade/17167" TargetMode="External"/><Relationship Id="rId13" Type="http://schemas.openxmlformats.org/officeDocument/2006/relationships/hyperlink" Target="https://www.cntraveller.com/article/world-pride-amsterdam" TargetMode="External"/><Relationship Id="rId14" Type="http://schemas.openxmlformats.org/officeDocument/2006/relationships/hyperlink" Target="https://www.amsterdam.nl/en/news/worldpride/" TargetMode="External"/><Relationship Id="rId15" Type="http://schemas.openxmlformats.org/officeDocument/2006/relationships/hyperlink" Target="https://www.holland.com/global/press/newsroom/dertig-jaar-amsterdam-pride" TargetMode="External"/><Relationship Id="rId16" Type="http://schemas.openxmlformats.org/officeDocument/2006/relationships/hyperlink" Target="https://www.amsterdam.nl/en/news/worldpride/?utm_source=openai" TargetMode="External"/><Relationship Id="rId17" Type="http://schemas.openxmlformats.org/officeDocument/2006/relationships/hyperlink" Target="https://worldpride.amsterdam/?utm_source=openai" TargetMode="External"/><Relationship Id="rId18" Type="http://schemas.openxmlformats.org/officeDocument/2006/relationships/hyperlink" Target="https://www.holland.com/global/press/newsroom/dertig-jaar-amsterdam-pride?utm_source=openai" TargetMode="External"/><Relationship Id="rId19" Type="http://schemas.openxmlformats.org/officeDocument/2006/relationships/hyperlink" Target="https://www.cntraveller.com/article/world-pride-amsterdam?utm_source=openai" TargetMode="External"/><Relationship Id="rId20" Type="http://schemas.openxmlformats.org/officeDocument/2006/relationships/hyperlink" Target="https://qlist.app/events/Amsterdam/WorldPride-Amsterdam-2026-Canal-Parade/17167?utm_source=openai" TargetMode="External"/><Relationship Id="rId21" Type="http://schemas.openxmlformats.org/officeDocument/2006/relationships/hyperlink" Target="https://www.iamsterdam.com/en/whats-on/calendar/festivals/events/canal-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