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Dramas About AIDS: Why Fellow Travelers Beats AHS NYC for Intimacy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are turning to historical dramas that grapple with the AIDS crisis, and two recent series , American Horror Story: NYC and Fellow Travelers , have sparked fresh conversation about how we remember trauma, secrecy and queer love. Both matter because they teach where we came from, and why visibility still counts.</w:t>
      </w:r>
      <w:r/>
    </w:p>
    <w:p>
      <w:r/>
      <w:r>
        <w:t>Essential Takeaways</w:t>
      </w:r>
      <w:r/>
      <w:r/>
    </w:p>
    <w:p>
      <w:pPr>
        <w:pStyle w:val="ListBullet"/>
        <w:spacing w:line="240" w:lineRule="auto"/>
        <w:ind w:left="720"/>
      </w:pPr>
      <w:r/>
      <w:r>
        <w:rPr>
          <w:b/>
        </w:rPr>
        <w:t>Setting matters:</w:t>
      </w:r>
      <w:r>
        <w:t xml:space="preserve"> AHS: NYC uses a sepia-drenched, oppressive New York to evoke fear and loss, while Fellow Travelers favours intimate, character-driven scenes. </w:t>
      </w:r>
      <w:r/>
    </w:p>
    <w:p>
      <w:pPr>
        <w:pStyle w:val="ListBullet"/>
        <w:spacing w:line="240" w:lineRule="auto"/>
        <w:ind w:left="720"/>
      </w:pPr>
      <w:r/>
      <w:r>
        <w:rPr>
          <w:b/>
        </w:rPr>
        <w:t>Different tones:</w:t>
      </w:r>
      <w:r>
        <w:t xml:space="preserve"> AHS leans into bleak, graphic realism; Fellow Travelers smooths edges with elegiac romance and quieter emotional beats. </w:t>
      </w:r>
      <w:r/>
    </w:p>
    <w:p>
      <w:pPr>
        <w:pStyle w:val="ListBullet"/>
        <w:spacing w:line="240" w:lineRule="auto"/>
        <w:ind w:left="720"/>
      </w:pPr>
      <w:r/>
      <w:r>
        <w:rPr>
          <w:b/>
        </w:rPr>
        <w:t>Closeted lives:</w:t>
      </w:r>
      <w:r>
        <w:t xml:space="preserve"> Both dramas show men hiding sexuality to protect careers , a cop and a politician , creating powerful tension. </w:t>
      </w:r>
      <w:r/>
    </w:p>
    <w:p>
      <w:pPr>
        <w:pStyle w:val="ListBullet"/>
        <w:spacing w:line="240" w:lineRule="auto"/>
        <w:ind w:left="720"/>
      </w:pPr>
      <w:r/>
      <w:r>
        <w:rPr>
          <w:b/>
        </w:rPr>
        <w:t>Sensory cues:</w:t>
      </w:r>
      <w:r>
        <w:t xml:space="preserve"> AHS feels raw and gritty, Fellow Travelers feels warm and melancholic; both smell faintly of smoke, sweat and heartbreak. </w:t>
      </w:r>
      <w:r/>
    </w:p>
    <w:p>
      <w:pPr>
        <w:pStyle w:val="ListBullet"/>
        <w:spacing w:line="240" w:lineRule="auto"/>
        <w:ind w:left="720"/>
      </w:pPr>
      <w:r/>
      <w:r>
        <w:rPr>
          <w:b/>
        </w:rPr>
        <w:t>Viewer fit:</w:t>
      </w:r>
      <w:r>
        <w:t xml:space="preserve"> Choose AHS for uncompromising, thriller-style storytelling; pick Fellow Travelers if you want a tender, slow-burn love story across decades.</w:t>
      </w:r>
      <w:r/>
      <w:r/>
    </w:p>
    <w:p>
      <w:pPr>
        <w:pStyle w:val="Heading2"/>
      </w:pPr>
      <w:r>
        <w:t>Why two recent shows are forcing us to re‑watch painful history</w:t>
      </w:r>
      <w:r/>
    </w:p>
    <w:p>
      <w:r/>
      <w:r>
        <w:t>Television keeps circling back to the AIDS years because that era reshaped whole communities and public health responses, and these new shows make that past feel immediate again. According to Wikipeda entries and plot summaries, American Horror Story: NYC reframes its season as a crime-and-epidemic story, while Fellow Travelers tracks a decades‑long relationship that plays out against political and social hostilities. Both bring the stench of fear and the soft ache of what was lost.</w:t>
      </w:r>
      <w:r/>
    </w:p>
    <w:p>
      <w:r/>
      <w:r>
        <w:t>Viewers are sensitive to how stories are told. AHS adopts a hard-edged, almost horror tone that makes the crisis feel monstrous and terrifying, while Fellow Travelers prefers human-scale detail , touches, glances, the small betrayals that build over time. If you grew up hearing only headlines, these shows give you faces and textures.</w:t>
      </w:r>
      <w:r/>
    </w:p>
    <w:p>
      <w:pPr>
        <w:pStyle w:val="Heading2"/>
      </w:pPr>
      <w:r>
        <w:t>AHS: NYC , bleak, cinematic and unflinching</w:t>
      </w:r>
      <w:r/>
    </w:p>
    <w:p>
      <w:r/>
      <w:r>
        <w:t>American Horror Story has never been shy of darkness, and its NYC season swaps ghosts for very human horrors: violence targeted at gay men and a mysterious illness that spreads through the community. IMDb plot notes and episode guides show the season foregrounds a detective’s conflicted life and the threat of an unseen epidemic.</w:t>
      </w:r>
      <w:r/>
    </w:p>
    <w:p>
      <w:r/>
      <w:r>
        <w:t>That cinematic, sepia-filter look creates a claustrophobic mood; you feel the grit in the streets and the stale air of clubs. The series is useful for viewers who want the horror-thriller framing of the era: it’s visceral, sometimes uncomfortable, and deliberately relentless. If you or someone you know is sensitive to graphic depictions, brace yourself , the purpose is to unsettle, not to soothe.</w:t>
      </w:r>
      <w:r/>
    </w:p>
    <w:p>
      <w:pPr>
        <w:pStyle w:val="Heading2"/>
      </w:pPr>
      <w:r>
        <w:t>Fellow Travelers , intimacy, politics and a love that refuses to hide</w:t>
      </w:r>
      <w:r/>
    </w:p>
    <w:p>
      <w:r/>
      <w:r>
        <w:t>Fellow Travelers takes a different tack. Reviews on Rotten Tomatoes and Common Sense Media note how the miniseries follows two men across decades, tracing the compromises and courage required to stay together while one partner climbs the ladder in public life. The result is elegiac rather than sensational.</w:t>
      </w:r>
      <w:r/>
    </w:p>
    <w:p>
      <w:r/>
      <w:r>
        <w:t>This drama foregrounds the emotional cost of secrecy: the dinner-table politeness, the lies that become routines, the private tenderness stolen in closets and hotel rooms. For anyone wanting a study of how personal and political lives collide, this feels like a masterclass in quiet storytelling , slow, sad and often very beautiful.</w:t>
      </w:r>
      <w:r/>
    </w:p>
    <w:p>
      <w:pPr>
        <w:pStyle w:val="Heading2"/>
      </w:pPr>
      <w:r>
        <w:t>How both shows remind us why historical accuracy and nuance matter</w:t>
      </w:r>
      <w:r/>
    </w:p>
    <w:p>
      <w:r/>
      <w:r>
        <w:t>The shows also highlight different strands of historical truth. In the US, sexual transmission was a major route of HIV spread, and both series take pains to show how fear, stigma and institutional failure amplified suffering. Meanwhile, viewers in other countries might remember different epidemiological patterns , for instance, the role of shared needles in Spain’s heroin crisis , and that context matters when interpreting these dramas.</w:t>
      </w:r>
      <w:r/>
    </w:p>
    <w:p>
      <w:r/>
      <w:r>
        <w:t>So when you watch, look beyond plot. Notice how public health systems fail characters, how communities organise care, and how loving someone could be both refuge and risk. Those details are the lessons these dramas want us to keep.</w:t>
      </w:r>
      <w:r/>
    </w:p>
    <w:p>
      <w:pPr>
        <w:pStyle w:val="Heading2"/>
      </w:pPr>
      <w:r>
        <w:t>Choosing which to watch: mood, tolerance and what you want to feel</w:t>
      </w:r>
      <w:r/>
    </w:p>
    <w:p>
      <w:r/>
      <w:r>
        <w:t>Pick AHS: NYC if you want a tense, sometimes grotesque plunge into the atmosphere of danger and suspicion. It’s cinematic and stylised, and it asks you to feel panic and moral fury. Choose Fellow Travelers if you prefer an intimate, emotionally rich portrait that lingers on the small gestures that define a long relationship.</w:t>
      </w:r>
      <w:r/>
    </w:p>
    <w:p>
      <w:r/>
      <w:r>
        <w:t>A practical tip: if you’re watching with friends who lived through the era, consider a heads-up about graphic material, and maybe follow with a conversation. These stories are heavy but worth discussing; they can help bridge generational memory gaps.</w:t>
      </w:r>
      <w:r/>
    </w:p>
    <w:p>
      <w:r/>
      <w:r>
        <w:t>It's a small change in viewing habit that can deepen your understanding of queer history and the stakes of being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http://a-ras-de-suelo.blogspot.com/2026/07/ahs-nyc-versus-fellow-travelers.html</w:t>
        </w:r>
      </w:hyperlink>
      <w:r>
        <w:t xml:space="preserve"> - Please view link - unable to able to access data</w:t>
      </w:r>
      <w:r/>
    </w:p>
    <w:p>
      <w:pPr>
        <w:pStyle w:val="ListNumber"/>
        <w:spacing w:line="240" w:lineRule="auto"/>
        <w:ind w:left="720"/>
      </w:pPr>
      <w:r/>
      <w:hyperlink r:id="rId10">
        <w:r>
          <w:rPr>
            <w:color w:val="0000EE"/>
            <w:u w:val="single"/>
          </w:rPr>
          <w:t>https://en.wikipedia.org/wiki/American_Horror_Story%3A_NYC</w:t>
        </w:r>
      </w:hyperlink>
      <w:r>
        <w:t xml:space="preserve"> - 'American Horror Story: NYC' is the eleventh season of the anthology series, set in 1980s New York City. The season focuses on a series of killings involving gay men and the emergence of a new virus. The ensemble cast includes Russell Tovey, Joe Mantello, Billie Lourd, and others. It premiered on October 19, 2022, and received positive reviews from critics. Notably, it became the first season of the show not to be nominated for any Primetime Emmy Awards. (</w:t>
      </w:r>
      <w:hyperlink r:id="rId15">
        <w:r>
          <w:rPr>
            <w:color w:val="0000EE"/>
            <w:u w:val="single"/>
          </w:rPr>
          <w:t>en.wikipedia.org</w:t>
        </w:r>
      </w:hyperlink>
      <w:r>
        <w:t>)</w:t>
      </w:r>
      <w:r/>
    </w:p>
    <w:p>
      <w:pPr>
        <w:pStyle w:val="ListNumber"/>
        <w:spacing w:line="240" w:lineRule="auto"/>
        <w:ind w:left="720"/>
      </w:pPr>
      <w:r/>
      <w:hyperlink r:id="rId12">
        <w:r>
          <w:rPr>
            <w:color w:val="0000EE"/>
            <w:u w:val="single"/>
          </w:rPr>
          <w:t>https://en.wikipedia.org/wiki/Fellow_Travelers_%28miniseries%29</w:t>
        </w:r>
      </w:hyperlink>
      <w:r>
        <w:t xml:space="preserve"> - 'Fellow Travelers' is a miniseries that premiered on October 29, 2023, on Showtime, following an October 27 release on Paramount+ with Showtime. The series received positive reviews from critics, with particular praise for the performances of Bomer and Bailey. It was named among the best television shows of 2023 by several publications and was a recipient of numerous accolades, including a Peabody Award and three nominations at the 76th Primetime Emmy Awards. (</w:t>
      </w:r>
      <w:hyperlink r:id="rId16">
        <w:r>
          <w:rPr>
            <w:color w:val="0000EE"/>
            <w:u w:val="single"/>
          </w:rPr>
          <w:t>en.wikipedia.org</w:t>
        </w:r>
      </w:hyperlink>
      <w:r>
        <w:t>)</w:t>
      </w:r>
      <w:r/>
    </w:p>
    <w:p>
      <w:pPr>
        <w:pStyle w:val="ListNumber"/>
        <w:spacing w:line="240" w:lineRule="auto"/>
        <w:ind w:left="720"/>
      </w:pPr>
      <w:r/>
      <w:hyperlink r:id="rId11">
        <w:r>
          <w:rPr>
            <w:color w:val="0000EE"/>
            <w:u w:val="single"/>
          </w:rPr>
          <w:t>https://www.imdb.com/title/tt15384586/plotsummary/</w:t>
        </w:r>
      </w:hyperlink>
      <w:r>
        <w:t xml:space="preserve"> - 'Fellow Travelers' is an epic love story and political thriller chronicling the volatile romance of two very different men, Hawkins Fuller and Tim Laughlin, who meet in the shadow of McCarthy-era Washington. Their relationship spans the Vietnam War protests of the 1960s, the drug-fueled disco hedonism of the 1970s, and the AIDS crisis of the 1980s, while they face obstacles in the world and in themselves. (</w:t>
      </w:r>
      <w:hyperlink r:id="rId17">
        <w:r>
          <w:rPr>
            <w:color w:val="0000EE"/>
            <w:u w:val="single"/>
          </w:rPr>
          <w:t>imdb.com</w:t>
        </w:r>
      </w:hyperlink>
      <w:r>
        <w:t>)</w:t>
      </w:r>
      <w:r/>
    </w:p>
    <w:p>
      <w:pPr>
        <w:pStyle w:val="ListNumber"/>
        <w:spacing w:line="240" w:lineRule="auto"/>
        <w:ind w:left="720"/>
      </w:pPr>
      <w:r/>
      <w:hyperlink r:id="rId13">
        <w:r>
          <w:rPr>
            <w:color w:val="0000EE"/>
            <w:u w:val="single"/>
          </w:rPr>
          <w:t>https://www.rottentomatoes.com/tv/fellow_travelers</w:t>
        </w:r>
      </w:hyperlink>
      <w:r>
        <w:t xml:space="preserve"> - 'Fellow Travelers' is based on the 2007 fictional novel of the same name by Thomas Mallon. The series follows the paths of political staffers Hawkins Fuller and Tim Laughlin, whose paths converge at the height of the Lavender Scare of the 1950s. Despite the constant threat of getting caught, their searing love for each other only intensifies in the tumultuous decades that follow. Their volatile romance spans the Vietnam War protests of the 1960s, the drug-fueled disco hedonism of the 1970s, and the AIDS crisis of the 1980s, as they face obstacles in the world and in themselves. (</w:t>
      </w:r>
      <w:hyperlink r:id="rId18">
        <w:r>
          <w:rPr>
            <w:color w:val="0000EE"/>
            <w:u w:val="single"/>
          </w:rPr>
          <w:t>rottentomatoes.com</w:t>
        </w:r>
      </w:hyperlink>
      <w:r>
        <w:t>)</w:t>
      </w:r>
      <w:r/>
    </w:p>
    <w:p>
      <w:pPr>
        <w:pStyle w:val="ListNumber"/>
        <w:spacing w:line="240" w:lineRule="auto"/>
        <w:ind w:left="720"/>
      </w:pPr>
      <w:r/>
      <w:hyperlink r:id="rId14">
        <w:r>
          <w:rPr>
            <w:color w:val="0000EE"/>
            <w:u w:val="single"/>
          </w:rPr>
          <w:t>https://www.commonsensemedia.org/tv-reviews/fellow-travelers</w:t>
        </w:r>
      </w:hyperlink>
      <w:r>
        <w:t xml:space="preserve"> - 'Fellow Travelers' tells the story of two men who fell in love during the 1950s' Lavender Scare. Matt Bomer plays Hawkins 'Hawk' Fuller, a decorated WWII veteran and Washington bureaucrat who meets Tim Laughlin, a new assistant to Senator Joseph McCarthy, on election night. What follows is a 30-year romance that spans from McCarthy's anti-communist campaign through the HIV/AIDS crisis. As the series chronicles their journey, it highlights the legacy of homophobia in the United States and the various ways people within the LGBTQ+ community coped with the inability to live life openly. (</w:t>
      </w:r>
      <w:hyperlink r:id="rId19">
        <w:r>
          <w:rPr>
            <w:color w:val="0000EE"/>
            <w:u w:val="single"/>
          </w:rPr>
          <w:t>commonsensemedia.org</w:t>
        </w:r>
      </w:hyperlink>
      <w:r>
        <w:t>)</w:t>
      </w:r>
      <w:r/>
    </w:p>
    <w:p>
      <w:pPr>
        <w:pStyle w:val="ListNumber"/>
        <w:spacing w:line="240" w:lineRule="auto"/>
        <w:ind w:left="720"/>
      </w:pPr>
      <w:r/>
      <w:hyperlink r:id="rId20">
        <w:r>
          <w:rPr>
            <w:color w:val="0000EE"/>
            <w:u w:val="single"/>
          </w:rPr>
          <w:t>https://www.americamagazine.org/arts-culture/2024/02/02/fellow-travelers-247051/</w:t>
        </w:r>
      </w:hyperlink>
      <w:r>
        <w:t xml:space="preserve"> - 'Fellow Travelers' is a comprehensive depiction of late 20th-century gay life and the events that shaped it. The series explores the Red Scare, the AIDS crisis, and Catholic guilt, providing a nuanced portrayal of the challenges faced by the LGBTQ+ community during these tumultuous periods. (</w:t>
      </w:r>
      <w:hyperlink r:id="rId21">
        <w:r>
          <w:rPr>
            <w:color w:val="0000EE"/>
            <w:u w:val="single"/>
          </w:rPr>
          <w:t>americamagazine.org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a-ras-de-suelo.blogspot.com/2026/07/ahs-nyc-versus-fellow-travelers.html" TargetMode="External"/><Relationship Id="rId10" Type="http://schemas.openxmlformats.org/officeDocument/2006/relationships/hyperlink" Target="https://en.wikipedia.org/wiki/American_Horror_Story%3A_NYC" TargetMode="External"/><Relationship Id="rId11" Type="http://schemas.openxmlformats.org/officeDocument/2006/relationships/hyperlink" Target="https://www.imdb.com/title/tt15384586/plotsummary/" TargetMode="External"/><Relationship Id="rId12" Type="http://schemas.openxmlformats.org/officeDocument/2006/relationships/hyperlink" Target="https://en.wikipedia.org/wiki/Fellow_Travelers_%28miniseries%29" TargetMode="External"/><Relationship Id="rId13" Type="http://schemas.openxmlformats.org/officeDocument/2006/relationships/hyperlink" Target="https://www.rottentomatoes.com/tv/fellow_travelers" TargetMode="External"/><Relationship Id="rId14" Type="http://schemas.openxmlformats.org/officeDocument/2006/relationships/hyperlink" Target="https://www.commonsensemedia.org/tv-reviews/fellow-travelers" TargetMode="External"/><Relationship Id="rId15" Type="http://schemas.openxmlformats.org/officeDocument/2006/relationships/hyperlink" Target="https://en.wikipedia.org/wiki/American_Horror_Story%3A_NYC?utm_source=openai" TargetMode="External"/><Relationship Id="rId16" Type="http://schemas.openxmlformats.org/officeDocument/2006/relationships/hyperlink" Target="https://en.wikipedia.org/wiki/Fellow_Travelers_%28miniseries%29?utm_source=openai" TargetMode="External"/><Relationship Id="rId17" Type="http://schemas.openxmlformats.org/officeDocument/2006/relationships/hyperlink" Target="https://www.imdb.com/title/tt15384586/plotsummary/?utm_source=openai" TargetMode="External"/><Relationship Id="rId18" Type="http://schemas.openxmlformats.org/officeDocument/2006/relationships/hyperlink" Target="https://www.rottentomatoes.com/tv/fellow_travelers?utm_source=openai" TargetMode="External"/><Relationship Id="rId19" Type="http://schemas.openxmlformats.org/officeDocument/2006/relationships/hyperlink" Target="https://www.commonsensemedia.org/tv-reviews/fellow-travelers?utm_source=openai" TargetMode="External"/><Relationship Id="rId20" Type="http://schemas.openxmlformats.org/officeDocument/2006/relationships/hyperlink" Target="https://www.americamagazine.org/arts-culture/2024/02/02/fellow-travelers-247051/" TargetMode="External"/><Relationship Id="rId21" Type="http://schemas.openxmlformats.org/officeDocument/2006/relationships/hyperlink" Target="https://www.americamagazine.org/arts-culture/2024/02/02/fellow-travelers-24705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