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Stockholm Summer Events: Pride Tours, Folk Music and Open-Air Singalongs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a slice of Stockholm life this summer: guided queer-history tours at the Royal Palace, an intimate folk‑music journey at Ersta Church, plus weekly all‑sing sessions in Tantolunden , perfect for locals and visitors wanting memorable, low‑cost summer experiences.</w:t>
      </w:r>
      <w:r/>
    </w:p>
    <w:p>
      <w:r/>
      <w:r>
        <w:t>Essential Takeaways</w:t>
      </w:r>
      <w:r/>
      <w:r/>
    </w:p>
    <w:p>
      <w:pPr>
        <w:pStyle w:val="ListBullet"/>
        <w:spacing w:line="240" w:lineRule="auto"/>
        <w:ind w:left="720"/>
      </w:pPr>
      <w:r/>
      <w:r>
        <w:rPr>
          <w:b/>
        </w:rPr>
        <w:t>Royal queer tour:</w:t>
      </w:r>
      <w:r>
        <w:t xml:space="preserve"> Guided 45‑minute themed visits at the Royal Palace explore identity and gender norms in art and history; book in advance online.</w:t>
      </w:r>
      <w:r/>
    </w:p>
    <w:p>
      <w:pPr>
        <w:pStyle w:val="ListBullet"/>
        <w:spacing w:line="240" w:lineRule="auto"/>
        <w:ind w:left="720"/>
      </w:pPr>
      <w:r/>
      <w:r>
        <w:rPr>
          <w:b/>
        </w:rPr>
        <w:t>Folk‑music concert:</w:t>
      </w:r>
      <w:r>
        <w:t xml:space="preserve"> Johannes Jacobsson offers a bilingual, atmospheric programme that spans Swedish regional tunes, ideal for curious ears.</w:t>
      </w:r>
      <w:r/>
    </w:p>
    <w:p>
      <w:pPr>
        <w:pStyle w:val="ListBullet"/>
        <w:spacing w:line="240" w:lineRule="auto"/>
        <w:ind w:left="720"/>
      </w:pPr>
      <w:r/>
      <w:r>
        <w:rPr>
          <w:b/>
        </w:rPr>
        <w:t>Tantolunden allsång:</w:t>
      </w:r>
      <w:r>
        <w:t xml:space="preserve"> Free, weekly community singalongs every Thursday above the beach, no booking needed and great for families.</w:t>
      </w:r>
      <w:r/>
    </w:p>
    <w:p>
      <w:pPr>
        <w:pStyle w:val="ListBullet"/>
        <w:spacing w:line="240" w:lineRule="auto"/>
        <w:ind w:left="720"/>
      </w:pPr>
      <w:r/>
      <w:r>
        <w:rPr>
          <w:b/>
        </w:rPr>
        <w:t>Army Museum Pride show:</w:t>
      </w:r>
      <w:r>
        <w:t xml:space="preserve"> A themed guided tour examines 500 years of social do’s and don’ts; included with museum entry but places are limited.</w:t>
      </w:r>
      <w:r/>
    </w:p>
    <w:p>
      <w:pPr>
        <w:pStyle w:val="ListBullet"/>
        <w:spacing w:line="240" w:lineRule="auto"/>
        <w:ind w:left="720"/>
      </w:pPr>
      <w:r/>
      <w:r>
        <w:rPr>
          <w:b/>
        </w:rPr>
        <w:t>Easy logistics:</w:t>
      </w:r>
      <w:r>
        <w:t xml:space="preserve"> Events are centrally located, short and accessible , bring a rain jacket and arrive early for the best spots.</w:t>
      </w:r>
      <w:r/>
      <w:r/>
    </w:p>
    <w:p>
      <w:pPr>
        <w:pStyle w:val="Heading2"/>
      </w:pPr>
      <w:r>
        <w:t>A royal tour with a modern twist: queer history at the palace</w:t>
      </w:r>
      <w:r/>
    </w:p>
    <w:p>
      <w:r/>
      <w:r>
        <w:t>The most striking thing about the palace’s themed visits is how dense history suddenly feels personal , tapestries, portraits and a grand staircase that now point to questions of identity and representation. According to the Royal Court’s visitor programme, the “queer” tours, such as the themed walk through “New Italian Mores”, last roughly 45 minutes and thread together art and biography in a way that makes you reassess familiar rooms.</w:t>
      </w:r>
      <w:r/>
    </w:p>
    <w:p>
      <w:r/>
      <w:r>
        <w:t>These tours were set up to coincide with Pride and to open the palace’s narratives beyond coronations and ceremonies. Visitors report a quietly theatrical atmosphere, where guides highlight small details that reveal changing gender norms over centuries. If you’re planning to go, book your slot on the palace website and aim for comfortable shoes , the parade rooms are grand but sprawling.</w:t>
      </w:r>
      <w:r/>
    </w:p>
    <w:p>
      <w:pPr>
        <w:pStyle w:val="Heading2"/>
      </w:pPr>
      <w:r>
        <w:t>A musical postcard from Sweden: folk tunes at Ersta Church</w:t>
      </w:r>
      <w:r/>
    </w:p>
    <w:p>
      <w:r/>
      <w:r>
        <w:t>There’s something intimate about hearing fiddle tunes in a church nave , the sound is both warm and jagged, like sunlight through glass. Johannes Jacobsson, a Grammis‑nominated fiddler and riksspelman, presents a programme described by Ersta as a journey “from Tornedalen’s valleys to Skåne’s rapeseed fields”. He’ll talk listeners through pieces in Swedish and English, so newcomers won’t feel lost.</w:t>
      </w:r>
      <w:r/>
    </w:p>
    <w:p>
      <w:r/>
      <w:r>
        <w:t>Folk music in Stockholm has seen a gentle revival, with audiences drawn to authenticity and story. This concert is short, focused and low‑key, making it an easy cultural pit stop between sights. Arrive a little early if you want a front pew and bring a coat , churches can be cool even in July.</w:t>
      </w:r>
      <w:r/>
    </w:p>
    <w:p>
      <w:pPr>
        <w:pStyle w:val="Heading2"/>
      </w:pPr>
      <w:r>
        <w:t>Sing together in Tanto: the easy, joyful allsång</w:t>
      </w:r>
      <w:r/>
    </w:p>
    <w:p>
      <w:r/>
      <w:r>
        <w:t>If you want community and a little sunshine, Tantolunden’s weekly allsång is hard to beat. Held near the beach above the outdoor gym, it’s informal and wonderfully public-spirited: strangers harmonise, kids shout out verses, and the vibe is relaxed. No booking, no entry fee, just bring your voice.</w:t>
      </w:r>
      <w:r/>
    </w:p>
    <w:p>
      <w:r/>
      <w:r>
        <w:t>Allsång events have long been part of Sweden’s summer soundtrack, but the local parks version feels younger and looser than the televised shows. It’s a brilliant option for holidaymakers who want to meet locals without any awkward agenda. Pack a picnic blanket and expect a cheerful, slightly grating cacophony that’s all part of the charm.</w:t>
      </w:r>
      <w:r/>
    </w:p>
    <w:p>
      <w:pPr>
        <w:pStyle w:val="Heading2"/>
      </w:pPr>
      <w:r>
        <w:t>Museums with a message: the Army Museum’s Pride‑week tour</w:t>
      </w:r>
      <w:r/>
    </w:p>
    <w:p>
      <w:r/>
      <w:r>
        <w:t>The Army Museum’s special guided walk, titled to suggest things “highly inappropriate”, takes a historical look at norms and transgressions across 500 years , how men and women have been told to behave and when they didn’t. The tour is included with museum admission, though organisers warn places are limited, so plan ahead.</w:t>
      </w:r>
      <w:r/>
    </w:p>
    <w:p>
      <w:r/>
      <w:r>
        <w:t>The museum is using Pride week to widen public conversation about gender and social codes; it’s an example of how cultural institutions are reworking permanent collections to speak to contemporary concerns. For visitors, this means you’ll get both familiar military artifacts and fresh interpretations, making the exhibition feel unexpectedly timely.</w:t>
      </w:r>
      <w:r/>
    </w:p>
    <w:p>
      <w:pPr>
        <w:pStyle w:val="Heading2"/>
      </w:pPr>
      <w:r>
        <w:t>Practical tips and how to make the most of it</w:t>
      </w:r>
      <w:r/>
    </w:p>
    <w:p>
      <w:r/>
      <w:r>
        <w:t>Start with timing: most events are short , 45 minutes to an hour , so you can stitch together two or three in a day. Book the palace tour online in advance, and check the Army Museum’s schedule if you’re going for a Pride‑week slot. For concerts and open‑air singing, bring layers, a small foldaway chair and a bottle of water.</w:t>
      </w:r>
      <w:r/>
    </w:p>
    <w:p>
      <w:r/>
      <w:r>
        <w:t>If you’re new to folk music, lean into the introductions: the performers often explain the tune’s region and story, which makes listening richer. And if you’re heading to Tantolunden, go early to claim a sunny patch of grass; your fellow singers will thank you if you know the chorus.</w:t>
      </w:r>
      <w:r/>
    </w:p>
    <w:p>
      <w:r/>
      <w:r>
        <w:t>It's a small change that can make summer in Stockholm feel surprising and social.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[5]</w:t>
        </w:r>
      </w:hyperlink>
      <w:r>
        <w:t xml:space="preserve">- Paragraph 3: </w:t>
      </w:r>
      <w:hyperlink r:id="rId12">
        <w:r>
          <w:rPr>
            <w:color w:val="0000EE"/>
            <w:u w:val="single"/>
          </w:rPr>
          <w:t>[3]</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2">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https://www.dn.se/kultur/de-basta-stockholmstipsen-den-30-juli-kunglig-queerhistoria-och-folkmusik/</w:t>
        </w:r>
      </w:hyperlink>
      <w:r>
        <w:t xml:space="preserve"> - Please view link - unable to able to access data</w:t>
      </w:r>
      <w:r/>
    </w:p>
    <w:p>
      <w:pPr>
        <w:pStyle w:val="ListNumber"/>
        <w:spacing w:line="240" w:lineRule="auto"/>
        <w:ind w:left="720"/>
      </w:pPr>
      <w:r/>
      <w:hyperlink r:id="rId10">
        <w:r>
          <w:rPr>
            <w:color w:val="0000EE"/>
            <w:u w:val="single"/>
          </w:rPr>
          <w:t>https://www.kungligaslotten.se/vara-besoksmal/kungliga-slottet/infor-besoket/kungliga-slottet-for-grupper/queervisning.html</w:t>
        </w:r>
      </w:hyperlink>
      <w:r>
        <w:t xml:space="preserve"> - The Royal Palace in Stockholm offers a guided tour titled 'Nya italienska seder' during Pride Week, exploring royal queer history. This tour delves into identity, gender norms, and historical figures in art and history, providing insights into the palace's grand apartments. The 45-minute tour is available in English and can be booked through the official website.</w:t>
      </w:r>
      <w:r/>
    </w:p>
    <w:p>
      <w:pPr>
        <w:pStyle w:val="ListNumber"/>
        <w:spacing w:line="240" w:lineRule="auto"/>
        <w:ind w:left="720"/>
      </w:pPr>
      <w:r/>
      <w:hyperlink r:id="rId12">
        <w:r>
          <w:rPr>
            <w:color w:val="0000EE"/>
            <w:u w:val="single"/>
          </w:rPr>
          <w:t>https://new.erstadiakoni.se/kyrka-kultur/kalendarium/svensk-folkmusikalisk-resa-fran-norr-till-soeder/</w:t>
        </w:r>
      </w:hyperlink>
      <w:r>
        <w:t xml:space="preserve"> - Johannes Jacobsson, a Grammy-nominated violinist and Swedish folk musician, invites attendees to a musical journey through Sweden's folk music history, from the valleys of Tornedalen to the rapeseed fields of Skåne. The concert is held at Ersta Church and is part of a series of performances throughout the summer, with tickets available for purchase online.</w:t>
      </w:r>
      <w:r/>
    </w:p>
    <w:p>
      <w:pPr>
        <w:pStyle w:val="ListNumber"/>
        <w:spacing w:line="240" w:lineRule="auto"/>
        <w:ind w:left="720"/>
      </w:pPr>
      <w:r/>
      <w:hyperlink r:id="rId11">
        <w:r>
          <w:rPr>
            <w:color w:val="0000EE"/>
            <w:u w:val="single"/>
          </w:rPr>
          <w:t>https://www.kungligaslotten.se/kalendarium/evenemang/program-2026/temavisning-kungliga-brollopstraditioner.html</w:t>
        </w:r>
      </w:hyperlink>
      <w:r>
        <w:t xml:space="preserve"> - The Royal Palace in Stockholm offers a guided tour titled 'Kungliga bröllopstraditioner', focusing on royal weddings throughout history. Visitors can learn about ceremonies, processions, and wedding celebrations, and see where these events took place within the palace. The tour also includes an exhibition showcasing wedding gifts and attire, reflecting both diplomatic relations and personal well-wishes.</w:t>
      </w:r>
      <w:r/>
    </w:p>
    <w:p>
      <w:pPr>
        <w:pStyle w:val="ListNumber"/>
        <w:spacing w:line="240" w:lineRule="auto"/>
        <w:ind w:left="720"/>
      </w:pPr>
      <w:r/>
      <w:hyperlink r:id="rId10">
        <w:r>
          <w:rPr>
            <w:color w:val="0000EE"/>
            <w:u w:val="single"/>
          </w:rPr>
          <w:t>https://www.kungligaslotten.se/vara-besoksmal/kungliga-slottet/infor-besoket/kungliga-slottet-for-grupper/queervisning.html</w:t>
        </w:r>
      </w:hyperlink>
      <w:r>
        <w:t xml:space="preserve"> - The Royal Palace in Stockholm offers a guided tour titled 'Nya italienska seder' during Pride Week, exploring royal queer history. This tour delves into identity, gender norms, and historical figures in art and history, providing insights into the palace's grand apartments. The 45-minute tour is available in English and can be booked through the official website.</w:t>
      </w:r>
      <w:r/>
    </w:p>
    <w:p>
      <w:pPr>
        <w:pStyle w:val="ListNumber"/>
        <w:spacing w:line="240" w:lineRule="auto"/>
        <w:ind w:left="720"/>
      </w:pPr>
      <w:r/>
      <w:hyperlink r:id="rId12">
        <w:r>
          <w:rPr>
            <w:color w:val="0000EE"/>
            <w:u w:val="single"/>
          </w:rPr>
          <w:t>https://new.erstadiakoni.se/kyrka-kultur/kalendarium/svensk-folkmusikalisk-resa-fran-norr-till-soeder/</w:t>
        </w:r>
      </w:hyperlink>
      <w:r>
        <w:t xml:space="preserve"> - Johannes Jacobsson, a Grammy-nominated violinist and Swedish folk musician, invites attendees to a musical journey through Sweden's folk music history, from the valleys of Tornedalen to the rapeseed fields of Skåne. The concert is held at Ersta Church and is part of a series of performances throughout the summer, with tickets available for purchase online.</w:t>
      </w:r>
      <w:r/>
    </w:p>
    <w:p>
      <w:pPr>
        <w:pStyle w:val="ListNumber"/>
        <w:spacing w:line="240" w:lineRule="auto"/>
        <w:ind w:left="720"/>
      </w:pPr>
      <w:r/>
      <w:hyperlink r:id="rId11">
        <w:r>
          <w:rPr>
            <w:color w:val="0000EE"/>
            <w:u w:val="single"/>
          </w:rPr>
          <w:t>https://www.kungligaslotten.se/kalendarium/evenemang/program-2026/temavisning-kungliga-brollopstraditioner.html</w:t>
        </w:r>
      </w:hyperlink>
      <w:r>
        <w:t xml:space="preserve"> - The Royal Palace in Stockholm offers a guided tour titled 'Kungliga bröllopstraditioner', focusing on royal weddings throughout history. Visitors can learn about ceremonies, processions, and wedding celebrations, and see where these events took place within the palace. The tour also includes an exhibition showcasing wedding gifts and attire, reflecting both diplomatic relations and personal well-wishes.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kultur/de-basta-stockholmstipsen-den-30-juli-kunglig-queerhistoria-och-folkmusik/" TargetMode="External"/><Relationship Id="rId10" Type="http://schemas.openxmlformats.org/officeDocument/2006/relationships/hyperlink" Target="https://www.kungligaslotten.se/vara-besoksmal/kungliga-slottet/infor-besoket/kungliga-slottet-for-grupper/queervisning.html" TargetMode="External"/><Relationship Id="rId11" Type="http://schemas.openxmlformats.org/officeDocument/2006/relationships/hyperlink" Target="https://www.kungligaslotten.se/kalendarium/evenemang/program-2026/temavisning-kungliga-brollopstraditioner.html" TargetMode="External"/><Relationship Id="rId12" Type="http://schemas.openxmlformats.org/officeDocument/2006/relationships/hyperlink" Target="https://new.erstadiakoni.se/kyrka-kultur/kalendarium/svensk-folkmusikalisk-resa-fran-norr-till-soe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