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Stockholm Pride District: New Festival Heart in Slakthusområdet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revelers are heading to Slakthusområdet as Stockholm Pride opens its new Pride District , a lively, interactive festival hub with concerts, drag, quizzes and a re-routed Pride Parade that aims to make the whole city feel like Pride.</w:t>
      </w:r>
      <w:r/>
    </w:p>
    <w:p>
      <w:r/>
      <w:r>
        <w:t>Essential Takeaways</w:t>
      </w:r>
      <w:r/>
      <w:r/>
    </w:p>
    <w:p>
      <w:pPr>
        <w:pStyle w:val="ListBullet"/>
        <w:spacing w:line="240" w:lineRule="auto"/>
        <w:ind w:left="720"/>
      </w:pPr>
      <w:r/>
      <w:r>
        <w:rPr>
          <w:b/>
        </w:rPr>
        <w:t>New hub:</w:t>
      </w:r>
      <w:r>
        <w:t xml:space="preserve"> Pride District replaces Pride Park and spreads programming across multiple indoor and outdoor stages, creating a more participatory feel.</w:t>
      </w:r>
      <w:r/>
    </w:p>
    <w:p>
      <w:pPr>
        <w:pStyle w:val="ListBullet"/>
        <w:spacing w:line="240" w:lineRule="auto"/>
        <w:ind w:left="720"/>
      </w:pPr>
      <w:r/>
      <w:r>
        <w:rPr>
          <w:b/>
        </w:rPr>
        <w:t>Interactive vibe:</w:t>
      </w:r>
      <w:r>
        <w:t xml:space="preserve"> Expect karaoke, quizzes, arcade games and sing-alongs alongside traditional stage shows , it's built for joining in.</w:t>
      </w:r>
      <w:r/>
    </w:p>
    <w:p>
      <w:pPr>
        <w:pStyle w:val="ListBullet"/>
        <w:spacing w:line="240" w:lineRule="auto"/>
        <w:ind w:left="720"/>
      </w:pPr>
      <w:r/>
      <w:r>
        <w:rPr>
          <w:b/>
        </w:rPr>
        <w:t>Parade route change:</w:t>
      </w:r>
      <w:r>
        <w:t xml:space="preserve"> The Pride Parade starts at Kungsholmstorg and finishes at Slussen, running several kilometres through central Stockholm.</w:t>
      </w:r>
      <w:r/>
    </w:p>
    <w:p>
      <w:pPr>
        <w:pStyle w:val="ListBullet"/>
        <w:spacing w:line="240" w:lineRule="auto"/>
        <w:ind w:left="720"/>
      </w:pPr>
      <w:r/>
      <w:r>
        <w:rPr>
          <w:b/>
        </w:rPr>
        <w:t>City-wide reach:</w:t>
      </w:r>
      <w:r>
        <w:t xml:space="preserve"> Pride House at Clarion and a slate of museum, theatre and library events mean celebrations extend well beyond Slakthusområdet.</w:t>
      </w:r>
      <w:r/>
    </w:p>
    <w:p>
      <w:pPr>
        <w:pStyle w:val="ListBullet"/>
        <w:spacing w:line="240" w:lineRule="auto"/>
        <w:ind w:left="720"/>
      </w:pPr>
      <w:r/>
      <w:r>
        <w:rPr>
          <w:b/>
        </w:rPr>
        <w:t>Safety focus:</w:t>
      </w:r>
      <w:r>
        <w:t xml:space="preserve"> Organisers stress robust security planning and a loud, defiant tribute to Berlin victims rather than a minute of silence.</w:t>
      </w:r>
      <w:r/>
      <w:r/>
    </w:p>
    <w:p>
      <w:pPr>
        <w:pStyle w:val="Heading2"/>
      </w:pPr>
      <w:r>
        <w:t>A new beating heart in Slakthusområdet , what it feels like</w:t>
      </w:r>
      <w:r/>
    </w:p>
    <w:p>
      <w:r/>
      <w:r>
        <w:t>Step into Slakthusområdet and the first thing you notice is colour and sound: flags snapping, a bassline drifting from a stage, laughter and conversation. Stockholm Pride's move to Pride District gives the festival a looser, buzzier layout that almost forces you to wander and stumble into things , and the plan is for that to feel intentional.</w:t>
      </w:r>
      <w:r/>
    </w:p>
    <w:p>
      <w:r/>
      <w:r>
        <w:t>According to Stockholm Pride, the change replaces one big park stage with several smaller venues, indoors and out. Festival director Måns Axelsson says it opens up possibilities for varied programming and gives visitors chances to join activities rather than just watch. The result is a more democratic, friendly festival footprint that feels like a town rather than a single show.</w:t>
      </w:r>
      <w:r/>
    </w:p>
    <w:p>
      <w:r/>
      <w:r>
        <w:t>If you want to make the most of it, map out a few must-see acts but leave gaps for drop-in experiences. The interactivity , from karaoke booths to arcade corners , makes Pride District a weekend for both spectators and participants.</w:t>
      </w:r>
      <w:r/>
    </w:p>
    <w:p>
      <w:pPr>
        <w:pStyle w:val="Heading2"/>
      </w:pPr>
      <w:r>
        <w:t>Why organisers wanted a different format</w:t>
      </w:r>
      <w:r/>
    </w:p>
    <w:p>
      <w:r/>
      <w:r>
        <w:t>The decision to swap Pride Park for Pride District isn't just cosmetic; it's a response to changing expectations around festivals. Smaller stages create more intimate moments, and multiple sites mean concurrent events can cater to different crowds at once. It also helps spread footfall across the area, which suits the industrial, repurposed spaces of Slakthusområdet.</w:t>
      </w:r>
      <w:r/>
    </w:p>
    <w:p>
      <w:r/>
      <w:r>
        <w:t>Festival materials explain the concept as a way to build community feel and encourage people to mix. That fits a wider cultural trend: audiences now expect to be part of the story, not just observers. For regular attendees, the shift brings fresh energy. For first-timers, it might feel like an invitation to explore rather than follow a single itinerary.</w:t>
      </w:r>
      <w:r/>
    </w:p>
    <w:p>
      <w:r/>
      <w:r>
        <w:t>Practical tip: wear comfortable shoes and charge your phone; you'll be moving between stages and pop-ups all day.</w:t>
      </w:r>
      <w:r/>
    </w:p>
    <w:p>
      <w:pPr>
        <w:pStyle w:val="Heading2"/>
      </w:pPr>
      <w:r>
        <w:t>Parade with a new route , where to watch and why it matters</w:t>
      </w:r>
      <w:r/>
    </w:p>
    <w:p>
      <w:r/>
      <w:r>
        <w:t>This year's parade starts at Kungsholmstorg at 13:00 and heads across central Stockholm before ending at Slussen. The rerouted course is a few kilometres long and is expected to take about two hours, giving onlookers plenty of time to find a good spot.</w:t>
      </w:r>
      <w:r/>
    </w:p>
    <w:p>
      <w:r/>
      <w:r>
        <w:t>Stockholm Pride recommends vantage points such as Norr Mälarstrand, Klarabergsviadukten, Sergels torg and Kungsträdgården; organisers also place parade announcers at several locations to keep the festive commentary going. The change of course adds novelty for repeat viewers and spreads the celebratory atmosphere across different neighbourhoods.</w:t>
      </w:r>
      <w:r/>
    </w:p>
    <w:p>
      <w:r/>
      <w:r>
        <w:t>If you want to avoid the densest crowds, aim for a spot a little further from the start line or arrive early to secure space near one of the announcers.</w:t>
      </w:r>
      <w:r/>
    </w:p>
    <w:p>
      <w:pPr>
        <w:pStyle w:val="Heading2"/>
      </w:pPr>
      <w:r>
        <w:t>Festival beyond the district , seminars, art and Pride House</w:t>
      </w:r>
      <w:r/>
    </w:p>
    <w:p>
      <w:r/>
      <w:r>
        <w:t>Not everything happens at Slakthusområdet. Pride House at Clarion Hotel Sign remains a free meeting place with seminars, debates, workshops, author talks and exhibitions, while museums, theatres and libraries run their own Pride City programmes across town.</w:t>
      </w:r>
      <w:r/>
    </w:p>
    <w:p>
      <w:r/>
      <w:r>
        <w:t>This broader approach means Pride is intentionally civic: it's a network of events that invite deeper conversations as well as parties. For visitors who want substance alongside spectacle, there are plenty of daytime options to learn, hear and connect.</w:t>
      </w:r>
      <w:r/>
    </w:p>
    <w:p>
      <w:r/>
      <w:r>
        <w:t>A practical approach is to split your day: morning or afternoon for panels or gallery visits, evening for performances and the street-level exuberance of Pride District.</w:t>
      </w:r>
      <w:r/>
    </w:p>
    <w:p>
      <w:pPr>
        <w:pStyle w:val="Heading2"/>
      </w:pPr>
      <w:r>
        <w:t>Security, solidarity and the festival mood</w:t>
      </w:r>
      <w:r/>
    </w:p>
    <w:p>
      <w:r/>
      <w:r>
        <w:t>In light of a violent attack at a Berlin pride event recently, organisers have been clear about safety planning and symbolism. Rather than observing a minute of silence, Stockholm Pride intends to "shout out" for Berlin , a loud, collective minute designed to show defiance and unity.</w:t>
      </w:r>
      <w:r/>
    </w:p>
    <w:p>
      <w:r/>
      <w:r>
        <w:t>Måns Axelsson and the festival team stress they have worked with police, the city and other agencies for about a year on safety preparations. That planning, organisers say, aims to let people feel safe while being visible and vocal.</w:t>
      </w:r>
      <w:r/>
    </w:p>
    <w:p>
      <w:r/>
      <w:r>
        <w:t>Meanwhile, social media and ticket sales suggest the attacks haven't deterred supporters; if anything, attendance and enthusiasm have risen. Expect both a celebratory tone and visible security measures , which, for many, is a reassuring mix.</w:t>
      </w:r>
      <w:r/>
    </w:p>
    <w:p>
      <w:r/>
      <w:r>
        <w:t>Closing line Take part, make some noise, and explore both the big shows and the small moments , it's a weekend that wants you in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[6]</w:t>
        </w:r>
      </w:hyperlink>
      <w:r>
        <w:t xml:space="preserve">, </w:t>
      </w:r>
      <w:hyperlink r:id="rId10">
        <w:r>
          <w:rPr>
            <w:color w:val="0000EE"/>
            <w:u w:val="single"/>
          </w:rPr>
          <w:t>[2]</w:t>
        </w:r>
      </w:hyperlink>
      <w:r>
        <w:t xml:space="preserve">- Paragraph 4: </w:t>
      </w:r>
      <w:hyperlink r:id="rId14">
        <w:r>
          <w:rPr>
            <w:color w:val="0000EE"/>
            <w:u w:val="single"/>
          </w:rPr>
          <w:t>[5]</w:t>
        </w:r>
      </w:hyperlink>
      <w:r>
        <w:t xml:space="preserve">, </w:t>
      </w:r>
      <w:hyperlink r:id="rId10">
        <w:r>
          <w:rPr>
            <w:color w:val="0000EE"/>
            <w:u w:val="single"/>
          </w:rPr>
          <w:t>[2]</w:t>
        </w:r>
      </w:hyperlink>
      <w:r>
        <w:t xml:space="preserve">- Paragraph 5: </w:t>
      </w:r>
      <w:hyperlink r:id="rId15">
        <w:r>
          <w:rPr>
            <w:color w:val="0000EE"/>
            <w:u w:val="single"/>
          </w:rPr>
          <w:t>[7]</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https://www.svd.se/a/K8bea6/stockholm-firar-pride-nu-ar-festen-igang</w:t>
        </w:r>
      </w:hyperlink>
      <w:r>
        <w:t xml:space="preserve"> - Please view link - unable to able to access data</w:t>
      </w:r>
      <w:r/>
    </w:p>
    <w:p>
      <w:pPr>
        <w:pStyle w:val="ListNumber"/>
        <w:spacing w:line="240" w:lineRule="auto"/>
        <w:ind w:left="720"/>
      </w:pPr>
      <w:r/>
      <w:hyperlink r:id="rId10">
        <w:r>
          <w:rPr>
            <w:color w:val="0000EE"/>
            <w:u w:val="single"/>
          </w:rPr>
          <w:t>https://www.stockholmpride.org/festivalen/pride-district/</w:t>
        </w:r>
      </w:hyperlink>
      <w:r>
        <w:t xml:space="preserve"> - Stockholm Pride has introduced a new festival area named Pride District, located in the Slakthusområdet. This area replaces the previous Pride Park and offers both indoor and outdoor spaces, multiple stages, bars, restaurants, and exhibitors. The aim is to create a vibrant hub for concerts, drag shows, club nights, and festivities, enhancing the festival experience for attendees. The new setup allows for a more interactive environment, encouraging visitors to participate in activities like karaoke, quizzes, and arcade games, fostering a sense of community and engagement.</w:t>
      </w:r>
      <w:r/>
    </w:p>
    <w:p>
      <w:pPr>
        <w:pStyle w:val="ListNumber"/>
        <w:spacing w:line="240" w:lineRule="auto"/>
        <w:ind w:left="720"/>
      </w:pPr>
      <w:r/>
      <w:hyperlink r:id="rId11">
        <w:r>
          <w:rPr>
            <w:color w:val="0000EE"/>
            <w:u w:val="single"/>
          </w:rPr>
          <w:t>https://vaxer.stockholm/omraden/stadsutvecklingsomraden/soderstaden/slakthusomradet/information-och-nyheter/pride-district-i-slakthusomradet/</w:t>
        </w:r>
      </w:hyperlink>
      <w:r>
        <w:t xml:space="preserve"> - Pride District, the heart of Stockholm Pride, is situated in the Slakthusområdet, a newly developed area in the city. From July 30 to August 1, 2026, the area will be filled with concerts, club nights, food, drinks, and various activities. This new location aims to provide a dynamic and inclusive environment for festival-goers, aligning with Stockholm's vision of creating vibrant urban spaces that celebrate diversity and culture.</w:t>
      </w:r>
      <w:r/>
    </w:p>
    <w:p>
      <w:pPr>
        <w:pStyle w:val="ListNumber"/>
        <w:spacing w:line="240" w:lineRule="auto"/>
        <w:ind w:left="720"/>
      </w:pPr>
      <w:r/>
      <w:hyperlink r:id="rId12">
        <w:r>
          <w:rPr>
            <w:color w:val="0000EE"/>
            <w:u w:val="single"/>
          </w:rPr>
          <w:t>https://www.stockholmpride.org/invigning-och-fullt-house/</w:t>
        </w:r>
      </w:hyperlink>
      <w:r>
        <w:t xml:space="preserve"> - The opening day of Stockholm Pride 2024 featured the inauguration of Pride House at Clarion Hotel Sign. The event included seminars, debates, workshops, author talks, and art exhibitions. The opening speeches emphasized the importance of Pride, love, and unity, highlighting the festival's commitment to fostering a supportive and inclusive environment for the LGBTQ+ community.</w:t>
      </w:r>
      <w:r/>
    </w:p>
    <w:p>
      <w:pPr>
        <w:pStyle w:val="ListNumber"/>
        <w:spacing w:line="240" w:lineRule="auto"/>
        <w:ind w:left="720"/>
      </w:pPr>
      <w:r/>
      <w:hyperlink r:id="rId14">
        <w:r>
          <w:rPr>
            <w:color w:val="0000EE"/>
            <w:u w:val="single"/>
          </w:rPr>
          <w:t>https://www.stockholmpride.org/2024/</w:t>
        </w:r>
      </w:hyperlink>
      <w:r>
        <w:t xml:space="preserve"> - Stockholm Pride 2024, themed 'Stronger Together,' commenced on July 29, 2024. The festival offered a vibrant program, including a colourful country-themed opening night with several of Sweden's top country music stars. The event aimed to create a memorable experience, highlighting the importance of unity and support within the LGBTQ+ community.</w:t>
      </w:r>
      <w:r/>
    </w:p>
    <w:p>
      <w:pPr>
        <w:pStyle w:val="ListNumber"/>
        <w:spacing w:line="240" w:lineRule="auto"/>
        <w:ind w:left="720"/>
      </w:pPr>
      <w:r/>
      <w:hyperlink r:id="rId13">
        <w:r>
          <w:rPr>
            <w:color w:val="0000EE"/>
            <w:u w:val="single"/>
          </w:rPr>
          <w:t>https://www.stockholmpride.org/paradlordag/</w:t>
        </w:r>
      </w:hyperlink>
      <w:r>
        <w:t xml:space="preserve"> - On August 3, 2024, Stockholm Pride Parade took place, attracting around 50,000 participants and nearly half a million spectators. The parade filled the streets with love and rainbow colours, culminating in Pride Park, which was filled with music and energy into the night. The event showcased the community's strength and unity, despite weather challenges.</w:t>
      </w:r>
      <w:r/>
    </w:p>
    <w:p>
      <w:pPr>
        <w:pStyle w:val="ListNumber"/>
        <w:spacing w:line="240" w:lineRule="auto"/>
        <w:ind w:left="720"/>
      </w:pPr>
      <w:r/>
      <w:hyperlink r:id="rId15">
        <w:r>
          <w:rPr>
            <w:color w:val="0000EE"/>
            <w:u w:val="single"/>
          </w:rPr>
          <w:t>https://omni.se/pridefirare-kanns-laskigt-men-det-ar-anda-vart-det/a/JOpp0m</w:t>
        </w:r>
      </w:hyperlink>
      <w:r>
        <w:t xml:space="preserve"> - Following a recent attack on a Pride celebration in Berlin, participants in Stockholm's Pride expressed mixed feelings about the ongoing festival. Despite increased concerns, attendee Ebba Nilsson expressed her determination to participate, emphasising the importance of showing solidarity and strength. Festival leader Måns Axelsson reassured the public about safety measures, highlighting strong cooperation with the police and city authorities to ensure a secure environment for all attendees.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vd.se/a/K8bea6/stockholm-firar-pride-nu-ar-festen-igang" TargetMode="External"/><Relationship Id="rId10" Type="http://schemas.openxmlformats.org/officeDocument/2006/relationships/hyperlink" Target="https://www.stockholmpride.org/festivalen/pride-district/" TargetMode="External"/><Relationship Id="rId11" Type="http://schemas.openxmlformats.org/officeDocument/2006/relationships/hyperlink" Target="https://vaxer.stockholm/omraden/stadsutvecklingsomraden/soderstaden/slakthusomradet/information-och-nyheter/pride-district-i-slakthusomradet/" TargetMode="External"/><Relationship Id="rId12" Type="http://schemas.openxmlformats.org/officeDocument/2006/relationships/hyperlink" Target="https://www.stockholmpride.org/invigning-och-fullt-house/" TargetMode="External"/><Relationship Id="rId13" Type="http://schemas.openxmlformats.org/officeDocument/2006/relationships/hyperlink" Target="https://www.stockholmpride.org/paradlordag/" TargetMode="External"/><Relationship Id="rId14" Type="http://schemas.openxmlformats.org/officeDocument/2006/relationships/hyperlink" Target="https://www.stockholmpride.org/2024/" TargetMode="External"/><Relationship Id="rId15" Type="http://schemas.openxmlformats.org/officeDocument/2006/relationships/hyperlink" Target="https://omni.se/pridefirare-kanns-laskigt-men-det-ar-anda-vart-det/a/JOpp0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