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Silicon Valley Pride Guide 2026: What to Expect and How to Join Flourish &amp; Bloom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connect and plan ahead: Silicon Valley Pride returns to Downtown San Jose for its 51st year on August 29–30 with the Flourish &amp; Bloom theme, bringing a Night Festival, parade, family-friendly Day Festival and plenty of community resources. Here’s what to know, where to go, and how to make the most of the weekend.</w:t>
      </w:r>
      <w:r/>
    </w:p>
    <w:p>
      <w:r/>
      <w:r>
        <w:t>Essential Takeaways</w:t>
      </w:r>
      <w:r/>
      <w:r/>
    </w:p>
    <w:p>
      <w:pPr>
        <w:pStyle w:val="ListBullet"/>
        <w:spacing w:line="240" w:lineRule="auto"/>
        <w:ind w:left="720"/>
      </w:pPr>
      <w:r/>
      <w:r>
        <w:rPr>
          <w:b/>
        </w:rPr>
        <w:t>When and where:</w:t>
      </w:r>
      <w:r>
        <w:t xml:space="preserve"> The weekend is August 29–30 in Downtown San Jose, anchored at Plaza de César Chávez Park.</w:t>
      </w:r>
      <w:r/>
    </w:p>
    <w:p>
      <w:pPr>
        <w:pStyle w:val="ListBullet"/>
        <w:spacing w:line="240" w:lineRule="auto"/>
        <w:ind w:left="720"/>
      </w:pPr>
      <w:r/>
      <w:r>
        <w:rPr>
          <w:b/>
        </w:rPr>
        <w:t>Night and Day:</w:t>
      </w:r>
      <w:r>
        <w:t xml:space="preserve"> Night Festival runs Saturday 6–11pm; main parade starts Sunday 10:30am; Day Festival runs noon–6pm.</w:t>
      </w:r>
      <w:r/>
    </w:p>
    <w:p>
      <w:pPr>
        <w:pStyle w:val="ListBullet"/>
        <w:spacing w:line="240" w:lineRule="auto"/>
        <w:ind w:left="720"/>
      </w:pPr>
      <w:r/>
      <w:r>
        <w:rPr>
          <w:b/>
        </w:rPr>
        <w:t>Tickets:</w:t>
      </w:r>
      <w:r>
        <w:t xml:space="preserve"> Parade viewing is free; festival access requires tickets , buy in advance to avoid queues.</w:t>
      </w:r>
      <w:r/>
    </w:p>
    <w:p>
      <w:pPr>
        <w:pStyle w:val="ListBullet"/>
        <w:spacing w:line="240" w:lineRule="auto"/>
        <w:ind w:left="720"/>
      </w:pPr>
      <w:r/>
      <w:r>
        <w:rPr>
          <w:b/>
        </w:rPr>
        <w:t>Inclusive spaces:</w:t>
      </w:r>
      <w:r>
        <w:t xml:space="preserve"> Events include family areas and dedicated spaces for trans, nonbinary and other LGBTQ+ communities.</w:t>
      </w:r>
      <w:r/>
    </w:p>
    <w:p>
      <w:pPr>
        <w:pStyle w:val="ListBullet"/>
        <w:spacing w:line="240" w:lineRule="auto"/>
        <w:ind w:left="720"/>
      </w:pPr>
      <w:r/>
      <w:r>
        <w:rPr>
          <w:b/>
        </w:rPr>
        <w:t>Local flavour:</w:t>
      </w:r>
      <w:r>
        <w:t xml:space="preserve"> Expect live entertainment, food vendors, community booths and advocacy groups offering resources.</w:t>
      </w:r>
      <w:r/>
      <w:r/>
    </w:p>
    <w:p>
      <w:pPr>
        <w:pStyle w:val="Heading2"/>
      </w:pPr>
      <w:r>
        <w:t>What Flourish &amp; Bloom means for attendees</w:t>
      </w:r>
      <w:r/>
    </w:p>
    <w:p>
      <w:r/>
      <w:r>
        <w:t>The 2026 theme, Flourish &amp; Bloom, frames the weekend around growth, resilience and community strength, and you’ll feel that in the programming. The organisers have leaned into celebratory, hopeful visuals and a roster of performers who reflect local diversity. That warm, optimistic vibe shows up in everything from stage design to family activities, and it’s a deliberate pivot toward visibility with joy.</w:t>
      </w:r>
      <w:r/>
    </w:p>
    <w:p>
      <w:r/>
      <w:r>
        <w:t>Silicon Valley Pride has emphasised year‑round advocacy as much as a single weekend, so this theme isn’t just cosmetic , it’s part of ongoing outreach and services. For visitors, it means events that mix celebration with chances to learn, sign up for resources, or connect with local organisations working on housing, health and legal support.</w:t>
      </w:r>
      <w:r/>
    </w:p>
    <w:p>
      <w:r/>
      <w:r>
        <w:t>If you’re planning your day, factor in slower, relaxed moments , find a shady bench, pop into a resource booth, and stay for a sunset set at the Night Festival to feel the full arc of the weekend.</w:t>
      </w:r>
      <w:r/>
    </w:p>
    <w:p>
      <w:pPr>
        <w:pStyle w:val="Heading2"/>
      </w:pPr>
      <w:r>
        <w:t>Night Festival: an evening of street food, music and mingling</w:t>
      </w:r>
      <w:r/>
    </w:p>
    <w:p>
      <w:r/>
      <w:r>
        <w:t>Saturday’s Night Festival at Plaza de César Chávez Park runs 6–11pm and turns downtown into a lively, colourful hub. Expect multiple stages, a variety of food vendors with smelly, tempting options, and pop‑up stalls from local businesses and nonprofits. The atmosphere is breezy but electric , perfect for folks who prefer an evening vibe over a midday crowd.</w:t>
      </w:r>
      <w:r/>
    </w:p>
    <w:p>
      <w:r/>
      <w:r>
        <w:t>Organisers have curated entertainment that mixes local bands, DJs and community performers; it’s a great way to discover Silicon Valley’s queer arts scene. If you’re heading out after work, wear comfortable shoes, bring a light jacket for the cooler evening and buy tickets ahead to save time at the gate.</w:t>
      </w:r>
      <w:r/>
    </w:p>
    <w:p>
      <w:pPr>
        <w:pStyle w:val="Heading2"/>
      </w:pPr>
      <w:r>
        <w:t>Parade day: family‑friendly and free to watch</w:t>
      </w:r>
      <w:r/>
    </w:p>
    <w:p>
      <w:r/>
      <w:r>
        <w:t>The parade kicks off at 10:30am on Sunday from Julian and Market Streets, marching through Downtown San Jose and ending at the park. Parade viewing is free, which makes it ideal for neighbourhood groups, families and visitors who want a front‑row experience without the ticket price.</w:t>
      </w:r>
      <w:r/>
    </w:p>
    <w:p>
      <w:r/>
      <w:r>
        <w:t>Safety and accessibility are front of mind , organisers provide spaces for families and accessible viewing areas , and the route gives plenty of nearby cafes and shops where you can grab a coffee between floats. Want to take part? Many community groups and nonprofits still recruit marchers, so check local listings if you want to walk or represent an organisation.</w:t>
      </w:r>
      <w:r/>
    </w:p>
    <w:p>
      <w:pPr>
        <w:pStyle w:val="Heading2"/>
      </w:pPr>
      <w:r>
        <w:t>Day Festival: activities, resources and community booths</w:t>
      </w:r>
      <w:r/>
    </w:p>
    <w:p>
      <w:r/>
      <w:r>
        <w:t>After the parade the Day Festival opens noon–6pm with stages, vendors, family activities and resource booths. It’s where the event’s advocacy thread becomes visible: health services, legal clinics, youth programmes and trans‑specific resources all set up shop alongside artisan stalls and food outlets.</w:t>
      </w:r>
      <w:r/>
    </w:p>
    <w:p>
      <w:r/>
      <w:r>
        <w:t>If you’re attending with kids, look for the family area with kid‑friendly programming and quieter spaces. For anyone seeking services, bring ID and any necessary paperwork, and plan a morning stop at information booths to map out the resources you want to visit.</w:t>
      </w:r>
      <w:r/>
    </w:p>
    <w:p>
      <w:pPr>
        <w:pStyle w:val="Heading2"/>
      </w:pPr>
      <w:r>
        <w:t>Practical tips: tickets, transport and staying comfortable</w:t>
      </w:r>
      <w:r/>
    </w:p>
    <w:p>
      <w:r/>
      <w:r>
        <w:t>Buy festival tickets in advance to avoid long lines and check the official site for pricing and any early‑bird discounts. Parade viewing is free, so if your priority is the march, turn up early to secure a good spot along the route.</w:t>
      </w:r>
      <w:r/>
    </w:p>
    <w:p>
      <w:r/>
      <w:r>
        <w:t>Public transport and ride‑shares are the easiest way to get to Downtown San Jose; parking can be scarce and expensive. Pack sun protection and water, wear comfy shoes, and carry a small portable charger , your phone will be your map, ticket holder and camera. If you need quieter spaces, organisers provide chill zones and accessibility services; scout those on arrival.</w:t>
      </w:r>
      <w:r/>
    </w:p>
    <w:p>
      <w:r/>
      <w:r>
        <w:t>Closing line It’s a weekend that mixes celebration with support , show up, take part, and let Flourish &amp; Bloom be a reminder that visibility and community go hand in hand.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3">
        <w:r>
          <w:rPr>
            <w:color w:val="0000EE"/>
            <w:u w:val="single"/>
          </w:rPr>
          <w:t>[6]</w:t>
        </w:r>
      </w:hyperlink>
      <w:r>
        <w:t xml:space="preserve">, </w:t>
      </w:r>
      <w:hyperlink r:id="rId15">
        <w:r>
          <w:rPr>
            <w:color w:val="0000EE"/>
            <w:u w:val="single"/>
          </w:rPr>
          <w:t>[7]</w:t>
        </w:r>
      </w:hyperlink>
      <w:r>
        <w:t xml:space="preserve">- Paragraph 5: </w:t>
      </w:r>
      <w:hyperlink r:id="rId11">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https://www.thesanjoseblog.com/2026/07/silicon-valley-pride-returns-to.html</w:t>
        </w:r>
      </w:hyperlink>
      <w:r>
        <w:t xml:space="preserve"> - Please view link - unable to able to access data</w:t>
      </w:r>
      <w:r/>
    </w:p>
    <w:p>
      <w:pPr>
        <w:pStyle w:val="ListNumber"/>
        <w:spacing w:line="240" w:lineRule="auto"/>
        <w:ind w:left="720"/>
      </w:pPr>
      <w:r/>
      <w:hyperlink r:id="rId10">
        <w:r>
          <w:rPr>
            <w:color w:val="0000EE"/>
            <w:u w:val="single"/>
          </w:rPr>
          <w:t>https://www.svpride.com/news/2026-theme</w:t>
        </w:r>
      </w:hyperlink>
      <w:r>
        <w:t xml:space="preserve"> - Silicon Valley PRIDE has announced 'Flourish &amp; Bloom' as the official theme for its 2026 Pride celebration. This theme embodies the organisation's mission to create safer spaces and advocate for the 2SLGBTQIA+ community. The 2026 Pride Week is scheduled from August 24 to August 29, with the Festival and Parade taking place on August 29 and 30, 2026. The event will feature live entertainment, an exhibitor marketplace, family garden, and various events leading up to the weekend. The parade is set for Sunday, August 30, 2026, starting from Coleman Ave and proceeding south towards Market St, leading into the festival. Registration for parade participants and vendors is now open, with sponsorship opportunities available. For media inquiries or further information, contact info@svpride.com.</w:t>
      </w:r>
      <w:r/>
    </w:p>
    <w:p>
      <w:pPr>
        <w:pStyle w:val="ListNumber"/>
        <w:spacing w:line="240" w:lineRule="auto"/>
        <w:ind w:left="720"/>
      </w:pPr>
      <w:r/>
      <w:hyperlink r:id="rId11">
        <w:r>
          <w:rPr>
            <w:color w:val="0000EE"/>
            <w:u w:val="single"/>
          </w:rPr>
          <w:t>https://www.sanjose.org/events/2026-silicon-valley-pride</w:t>
        </w:r>
      </w:hyperlink>
      <w:r>
        <w:t xml:space="preserve"> - Silicon Valley PRIDE is returning to Downtown San Jose on August 29 and 30, 2026, marking its 51st year. The event will feature vibrant floats, community resources, LGBTQ-owned businesses, and dynamic entertainment for all ages. The Night Festival is scheduled for Saturday, August 29, from 6:00 PM to 11:30 PM, and the Parade and Day Festival will take place on Sunday, August 30, from 10:30 AM to 6:00 PM. The event is free to attend, with ticketed access to the festival. For the most current details, attendees are advised to confirm with the event organiser or box office.</w:t>
      </w:r>
      <w:r/>
    </w:p>
    <w:p>
      <w:pPr>
        <w:pStyle w:val="ListNumber"/>
        <w:spacing w:line="240" w:lineRule="auto"/>
        <w:ind w:left="720"/>
      </w:pPr>
      <w:r/>
      <w:hyperlink r:id="rId12">
        <w:r>
          <w:rPr>
            <w:color w:val="0000EE"/>
            <w:u w:val="single"/>
          </w:rPr>
          <w:t>https://www.svpride.com/events</w:t>
        </w:r>
      </w:hyperlink>
      <w:r>
        <w:t xml:space="preserve"> - Silicon Valley PRIDE has announced its upcoming events for 2026, including the Pride Festival &amp; Parade on August 29–30. The theme for this year's celebration is 'Flourish &amp; Bloom,' honouring the strength, resilience, and vibrant spirit of the LGBTQ+ community. The event will feature a colourful parade, live entertainment, local artists, community organisations, food vendors, family-friendly activities, and opportunities to connect with LGBTQ+ businesses and advocates. The July LGBTQ+ Mixer is scheduled for Thursday, July 16, 2026, from 5:30 PM to 7:30 PM at 7 Stars Bar &amp; Grill, and the Silicon Valley PRIDE 3rd Annual 5K/10K is set for Saturday, June 20, 2026, at Hellyer County Park, starting at 9:00 AM.</w:t>
      </w:r>
      <w:r/>
    </w:p>
    <w:p>
      <w:pPr>
        <w:pStyle w:val="ListNumber"/>
        <w:spacing w:line="240" w:lineRule="auto"/>
        <w:ind w:left="720"/>
      </w:pPr>
      <w:r/>
      <w:hyperlink r:id="rId14">
        <w:r>
          <w:rPr>
            <w:color w:val="0000EE"/>
            <w:u w:val="single"/>
          </w:rPr>
          <w:t>https://www.svpride.com/parade</w:t>
        </w:r>
      </w:hyperlink>
      <w:r>
        <w:t xml:space="preserve"> - The Silicon Valley PRIDE Parade is a powerful demonstration of love, resilience, and community. Each year, thousands march through the streets of Downtown San Jose to showcase LGBTQ+ visibility, advocate for equality, and honour the progress made in the last 51 years. The 2026 parade is scheduled for Sunday, August 30, starting from Julian Street &amp; Market Street and ending at Plaza de César Chávez Park. Parade participants are encouraged to arrive at least two hours before step-off for check-in and staging. Registration fees for parade packages start at $250. For questions, contact info@svpride.com.</w:t>
      </w:r>
      <w:r/>
    </w:p>
    <w:p>
      <w:pPr>
        <w:pStyle w:val="ListNumber"/>
        <w:spacing w:line="240" w:lineRule="auto"/>
        <w:ind w:left="720"/>
      </w:pPr>
      <w:r/>
      <w:hyperlink r:id="rId13">
        <w:r>
          <w:rPr>
            <w:color w:val="0000EE"/>
            <w:u w:val="single"/>
          </w:rPr>
          <w:t>https://www.svpride.com/festival</w:t>
        </w:r>
      </w:hyperlink>
      <w:r>
        <w:t xml:space="preserve"> - Silicon Valley PRIDE returns to Downtown San Jose with vibrant floats, community resources, LGBTQ-owned businesses, and dynamic entertainment for all ages. The 2026 Pride Festival is scheduled for August 29–30, with the Night Festival on Saturday, August 29, from 6 PM to 11 PM, and the Parade and Day Festival on Sunday, August 30, from 10:30 AM to 6 PM. The event will feature live performances and entertainment, with the entire lineup to be announced soon. Tickets are sold per person, per day, granting access to the festival, with wristbands allowing in/out privileges throughout the day.</w:t>
      </w:r>
      <w:r/>
    </w:p>
    <w:p>
      <w:pPr>
        <w:pStyle w:val="ListNumber"/>
        <w:spacing w:line="240" w:lineRule="auto"/>
        <w:ind w:left="720"/>
      </w:pPr>
      <w:r/>
      <w:hyperlink r:id="rId15">
        <w:r>
          <w:rPr>
            <w:color w:val="0000EE"/>
            <w:u w:val="single"/>
          </w:rPr>
          <w:t>https://www.hssv.org/event/hssv-at-silicon-valley-pride/</w:t>
        </w:r>
      </w:hyperlink>
      <w:r>
        <w:t xml:space="preserve"> - Humane Society Silicon Valley (HSSV) is excited to participate in Silicon Valley Pride on August 30, 2026. The event will take place from 8:00 AM to 5:00 PM at Plaza de César Chávez Park in Downtown San Jose. HSSV invites attendees to join in the festivities and celebrate with them. For more information, visit the HSSV event page.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anjoseblog.com/2026/07/silicon-valley-pride-returns-to.html" TargetMode="External"/><Relationship Id="rId10" Type="http://schemas.openxmlformats.org/officeDocument/2006/relationships/hyperlink" Target="https://www.svpride.com/news/2026-theme" TargetMode="External"/><Relationship Id="rId11" Type="http://schemas.openxmlformats.org/officeDocument/2006/relationships/hyperlink" Target="https://www.sanjose.org/events/2026-silicon-valley-pride" TargetMode="External"/><Relationship Id="rId12" Type="http://schemas.openxmlformats.org/officeDocument/2006/relationships/hyperlink" Target="https://www.svpride.com/events" TargetMode="External"/><Relationship Id="rId13" Type="http://schemas.openxmlformats.org/officeDocument/2006/relationships/hyperlink" Target="https://www.svpride.com/festival" TargetMode="External"/><Relationship Id="rId14" Type="http://schemas.openxmlformats.org/officeDocument/2006/relationships/hyperlink" Target="https://www.svpride.com/parade" TargetMode="External"/><Relationship Id="rId15" Type="http://schemas.openxmlformats.org/officeDocument/2006/relationships/hyperlink" Target="https://www.hssv.org/event/hssv-at-silicon-valley-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