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SCENE Manchester LGBTQ+ Film &amp; TV Festival Guide for 2026 Attendees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buzzy SCENE Manchester LGBTQ+ Film &amp; TV Festival this August , a week of sharp films, candid panels and joyful community events, returning 20–27 August with screenings, conversations and profits supporting five local LGBTQIA+ charities.</w:t>
      </w:r>
      <w:r/>
    </w:p>
    <w:p>
      <w:r/>
      <w:r>
        <w:t>Essential Takeaways</w:t>
      </w:r>
      <w:r/>
      <w:r/>
    </w:p>
    <w:p>
      <w:pPr>
        <w:pStyle w:val="ListBullet"/>
        <w:spacing w:line="240" w:lineRule="auto"/>
        <w:ind w:left="720"/>
      </w:pPr>
      <w:r/>
      <w:r>
        <w:rPr>
          <w:b/>
        </w:rPr>
        <w:t>When and where:</w:t>
      </w:r>
      <w:r>
        <w:t xml:space="preserve"> SCENE runs 20–27 August across venues in Manchester city centre, with a packed schedule of screenings, panels and parties. </w:t>
      </w:r>
      <w:r/>
    </w:p>
    <w:p>
      <w:pPr>
        <w:pStyle w:val="ListBullet"/>
        <w:spacing w:line="240" w:lineRule="auto"/>
        <w:ind w:left="720"/>
      </w:pPr>
      <w:r/>
      <w:r>
        <w:rPr>
          <w:b/>
        </w:rPr>
        <w:t>Notable highlights:</w:t>
      </w:r>
      <w:r>
        <w:t xml:space="preserve"> Opening night features Teenage Sex &amp; Death At Camp Miasma; Russell T Davies’ Tip Toe is followed by a cast-and-crew panel; Alice Oseman appears to mark Heartstopper Forever. </w:t>
      </w:r>
      <w:r/>
    </w:p>
    <w:p>
      <w:pPr>
        <w:pStyle w:val="ListBullet"/>
        <w:spacing w:line="240" w:lineRule="auto"/>
        <w:ind w:left="720"/>
      </w:pPr>
      <w:r/>
      <w:r>
        <w:rPr>
          <w:b/>
        </w:rPr>
        <w:t>Community impact:</w:t>
      </w:r>
      <w:r>
        <w:t xml:space="preserve"> Ticket profits support George House Trust, Albert Kennedy Trust, The Proud Trust, LGBT Foundation and Sparkle. </w:t>
      </w:r>
      <w:r/>
    </w:p>
    <w:p>
      <w:pPr>
        <w:pStyle w:val="ListBullet"/>
        <w:spacing w:line="240" w:lineRule="auto"/>
        <w:ind w:left="720"/>
      </w:pPr>
      <w:r/>
      <w:r>
        <w:rPr>
          <w:b/>
        </w:rPr>
        <w:t>Varied programme:</w:t>
      </w:r>
      <w:r>
        <w:t xml:space="preserve"> Expect feature premieres, short-film showcases including the Iris Prize Best British Shorts shortlist, classic screenings like Bend It Like Beckham, and live Pride-style events. </w:t>
      </w:r>
      <w:r/>
    </w:p>
    <w:p>
      <w:pPr>
        <w:pStyle w:val="ListBullet"/>
        <w:spacing w:line="240" w:lineRule="auto"/>
        <w:ind w:left="720"/>
      </w:pPr>
      <w:r/>
      <w:r>
        <w:rPr>
          <w:b/>
        </w:rPr>
        <w:t>Practical vibe:</w:t>
      </w:r>
      <w:r>
        <w:t xml:space="preserve"> Events mix intimate Q&amp;As with larger screenings and a Liberation Pride Pageant , book ahead for the hotspots and check accessibility details.</w:t>
      </w:r>
      <w:r/>
      <w:r/>
    </w:p>
    <w:p>
      <w:pPr>
        <w:pStyle w:val="Heading2"/>
      </w:pPr>
      <w:r>
        <w:t>Why SCENE feels essential this summer</w:t>
      </w:r>
      <w:r/>
    </w:p>
    <w:p>
      <w:r/>
      <w:r>
        <w:t>SCENE Manchester has quickly become the cosy, excitable festival where queer storytelling meets real community care, and this year’s line-up leans into both spectacle and tenderness. The programme pulses with nervous energy , from a sapphic slasher opener to comedians’ panels , and there’s a tangible sense that films are meant to be seen together, loud and in colour. According to Visit Manchester, the festival is embedded in the city’s wider LGBTQ+ calendar, so you’ll feel part of something bigger as you queue for tickets.</w:t>
      </w:r>
      <w:r/>
    </w:p>
    <w:p>
      <w:pPr>
        <w:pStyle w:val="Heading2"/>
      </w:pPr>
      <w:r>
        <w:t>What to book first , crowd-pleasers and rare gems</w:t>
      </w:r>
      <w:r/>
    </w:p>
    <w:p>
      <w:r/>
      <w:r>
        <w:t>If you prize buzz, the opening-night screening of Teenage Sex &amp; Death At Camp Miasma (starring Hannah Einbinder and Gillian Anderson) is already being talked about as a must-see. Meanwhile, Russell T Davies’ Tip Toe screening plus panel offers insight into contemporary TV-making and its relationship to suburban queer stories. For fans of warmth and nostalgia, Heartstopper Forever with Alice Oseman and the Bend It Like Beckham big-screen showing are safe bets. CityCo notes the festival balances big names with smaller, riskier shorts, so mix a headline event with a shorts showcase like Scene Northern Shorts.</w:t>
      </w:r>
      <w:r/>
    </w:p>
    <w:p>
      <w:pPr>
        <w:pStyle w:val="Heading2"/>
      </w:pPr>
      <w:r>
        <w:t>How the festival supports local causes , and why it matters</w:t>
      </w:r>
      <w:r/>
    </w:p>
    <w:p>
      <w:r/>
      <w:r>
        <w:t>SCENE isn’t just about premieres; organisers have linked ticket sales to a roster of grassroots charities, including George House Trust and the Albert Kennedy Trust. That community-first model reshapes the usual festival economics: attending here means your ticket is also a small donation to local services. It’s a model you see more of across Manchester’s Pride-related calendar, where events are increasingly community-led and focused on long-term support rather than one-off spectacle.</w:t>
      </w:r>
      <w:r/>
    </w:p>
    <w:p>
      <w:pPr>
        <w:pStyle w:val="Heading2"/>
      </w:pPr>
      <w:r>
        <w:t>Planning your visit , practical tips for a smooth week</w:t>
      </w:r>
      <w:r/>
    </w:p>
    <w:p>
      <w:r/>
      <w:r>
        <w:t>Plan early and be realistic about travel time between venues. Manchester’s centre is compact but lively; popular events fill quickly, so reserve seats for panels and special guests. Check the SCENE website for schedule updates and accessibility info , the festival runs multiple formats, from in-person talks to pre-recorded conversations, which can affect seating and capacity. If you want to soak up the city, pair screenings with a stroll around the Gay Village or time your trip to coincide with other Pride events listed on Manchester tourism guides.</w:t>
      </w:r>
      <w:r/>
    </w:p>
    <w:p>
      <w:pPr>
        <w:pStyle w:val="Heading2"/>
      </w:pPr>
      <w:r>
        <w:t>What the programme says about queer screen culture right now</w:t>
      </w:r>
      <w:r/>
    </w:p>
    <w:p>
      <w:r/>
      <w:r>
        <w:t>This year’s line-up signals a confident mix of genres: horror, comedy, documentary and teen romance all sit comfortably together, which feels like a small cultural revolution. The inclusion of regionally focused short-film showcases and trans stories from South Asia suggests a festival eager to broaden whose stories get a screen. Expect conversations about representation, production and what audiences want next , and if you love film communities, SCENE is as much about the after-show chats as the cinema lights.</w:t>
      </w:r>
      <w:r/>
    </w:p>
    <w:p>
      <w:r/>
      <w:r>
        <w:t>It's a small change that can make every screening feel like a shared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https://diva-magazine.com/2026/07/30/dont-miss-out-on-this-years-scene-festival/?utm_source=rss&amp;utm_medium=rss&amp;utm_campaign=dont-miss-out-on-this-years-scene-festival</w:t>
        </w:r>
      </w:hyperlink>
      <w:r>
        <w:t xml:space="preserve"> - Please view link - unable to able to access data</w:t>
      </w:r>
      <w:r/>
    </w:p>
    <w:p>
      <w:pPr>
        <w:pStyle w:val="ListNumber"/>
        <w:spacing w:line="240" w:lineRule="auto"/>
        <w:ind w:left="720"/>
      </w:pPr>
      <w:r/>
      <w:hyperlink r:id="rId10">
        <w:r>
          <w:rPr>
            <w:color w:val="0000EE"/>
            <w:u w:val="single"/>
          </w:rPr>
          <w:t>https://www.visitmanchester.com/ideas-and-inspiration/lgbt/scene-manchester-lgbtq-film-tv-festival/</w:t>
        </w:r>
      </w:hyperlink>
      <w:r>
        <w:t xml:space="preserve"> - SCENE Manchester LGBTQ+ Film &amp; TV Festival returns for its third year from 20 to 27 August 2026. The festival offers a diverse programme of film, television, and live events across Manchester, including screenings of new features, short films, documentaries, and classic films. Attendees can also participate in panels, talks, parties, and special events, engaging with creators and industry professionals. Highlights include appearances by Russell T Davies and Nicola Shindler, an in-conversation event with Alice Oseman, and exclusive screenings of films like Pedro Almodóvar’s 'Bitter Christmas' and Jane Schoenbrun’s 'Teenage Sex and Death at Camp Miasma'.</w:t>
      </w:r>
      <w:r/>
    </w:p>
    <w:p>
      <w:pPr>
        <w:pStyle w:val="ListNumber"/>
        <w:spacing w:line="240" w:lineRule="auto"/>
        <w:ind w:left="720"/>
      </w:pPr>
      <w:r/>
      <w:hyperlink r:id="rId12">
        <w:r>
          <w:rPr>
            <w:color w:val="0000EE"/>
            <w:u w:val="single"/>
          </w:rPr>
          <w:t>https://www.scenefestival.com/2026-screenings-and-events/scene-northern-shorts-showcase-thursday</w:t>
        </w:r>
      </w:hyperlink>
      <w:r>
        <w:t xml:space="preserve"> - The SCENE Northern Shorts Showcase is scheduled for Thursday, 20 August 2026, from 18:00 to 19:15 at CULTPLEX, Manchester. This event highlights emerging LGBTQ+ filmmakers from the North of England, featuring a selection of short films. Attendees can vote for their favourite film, with the winner receiving the SCENE Northern Queer Short Film Audience Award 2026. The showcase is part of SCENE's 'The Pink Screening Room' at CULTPLEX, dedicated to new independent queer filmmaking voices.</w:t>
      </w:r>
      <w:r/>
    </w:p>
    <w:p>
      <w:pPr>
        <w:pStyle w:val="ListNumber"/>
        <w:spacing w:line="240" w:lineRule="auto"/>
        <w:ind w:left="720"/>
      </w:pPr>
      <w:r/>
      <w:hyperlink r:id="rId11">
        <w:r>
          <w:rPr>
            <w:color w:val="0000EE"/>
            <w:u w:val="single"/>
          </w:rPr>
          <w:t>https://cityco.com/news/scene-festival-2026/</w:t>
        </w:r>
      </w:hyperlink>
      <w:r>
        <w:t xml:space="preserve"> - SCENE Festival 2026, Manchester’s LGBTQ+ Film and TV Festival, returns from 20 to 27 August 2026. As an official Fringe partner of Manchester Village Pride, the festival supports five local LGBTQIA+ charities: George House Trust, Albert Kennedy Trust, The Proud Trust, LGBT Foundation, and Sparkle. Profits from ticket sales will be donated to these organisations. The festival's programme includes screenings, panels, parties, and bold queer storytelling across the city, with tickets starting from £5 and many events free.</w:t>
      </w:r>
      <w:r/>
    </w:p>
    <w:p>
      <w:pPr>
        <w:pStyle w:val="ListNumber"/>
        <w:spacing w:line="240" w:lineRule="auto"/>
        <w:ind w:left="720"/>
      </w:pPr>
      <w:r/>
      <w:hyperlink r:id="rId14">
        <w:r>
          <w:rPr>
            <w:color w:val="0000EE"/>
            <w:u w:val="single"/>
          </w:rPr>
          <w:t>https://www.gaydio.co.uk/portsmouth/whats-new/news/gaydio-news/scene2026-announcement/</w:t>
        </w:r>
      </w:hyperlink>
      <w:r>
        <w:t xml:space="preserve"> - Manchester’s LGBTQIA+ Film and TV Festival, SCENE, returns from 20 to 27 August 2026 with its biggest programme yet. The festival includes appearances from Russell T Davies and Nicola Shindler, an in-conversation event with Heartstopper creator Alice Oseman, a behind-the-scenes look at Disney+’s 'Rivals', and a celebration of BBC’s 'I Kissed A Boy' and 'I Kissed A Girl'. Film highlights include previews of Pedro Almodóvar’s 'Bitter Christmas', Jane Schoenbrun’s 'Teenage Sex and Death at Camp Miasma', Gregg Araki’s 'I Want Your Sex', and the Manchester-made closing night film 'Chatlines'.</w:t>
      </w:r>
      <w:r/>
    </w:p>
    <w:p>
      <w:pPr>
        <w:pStyle w:val="ListNumber"/>
        <w:spacing w:line="240" w:lineRule="auto"/>
        <w:ind w:left="720"/>
      </w:pPr>
      <w:r/>
      <w:hyperlink r:id="rId13">
        <w:r>
          <w:rPr>
            <w:color w:val="0000EE"/>
            <w:u w:val="single"/>
          </w:rPr>
          <w:t>https://www.manchestertourism.org/manchester-pride-festival-guide/</w:t>
        </w:r>
      </w:hyperlink>
      <w:r>
        <w:t xml:space="preserve"> - Manchester Pride 2026, now known as Manchester Village Pride, returns from 28 to 31 August 2026. The event is led by the community for the community, celebrating progress, embracing safe spaces, and remembering its origins. The iconic Manchester Village Pride Parade is scheduled for Saturday, 29 August 2026, with the theme 'No Place Like Home', inspired by The Wizard of Oz, celebrating homecoming and Manchester’s reputation as a welcoming, safe space for the LGBTQ+ community.</w:t>
      </w:r>
      <w:r/>
    </w:p>
    <w:p>
      <w:pPr>
        <w:pStyle w:val="ListNumber"/>
        <w:spacing w:line="240" w:lineRule="auto"/>
        <w:ind w:left="720"/>
      </w:pPr>
      <w:r/>
      <w:hyperlink r:id="rId15">
        <w:r>
          <w:rPr>
            <w:color w:val="0000EE"/>
            <w:u w:val="single"/>
          </w:rPr>
          <w:t>https://www.visitmanchester.com/ideas-and-inspiration/lgbt/manchester-pride/</w:t>
        </w:r>
      </w:hyperlink>
      <w:r>
        <w:t xml:space="preserve"> - Manchester Village Pride, formerly known as Manchester Pride, returns in 2026 under the direction of Manchester Village Pride CIC. The event supports LGBTQ+ charities, grassroots organisations, and vital community services. Wristbands and tickets are available for purchase, with proceeds supporting the community-led event. The Village remains the heart of the event, with businesses, performers, charities, activists, and residents shaping the programme together.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7/30/dont-miss-out-on-this-years-scene-festival/?utm_source=rss&amp;utm_medium=rss&amp;utm_campaign=dont-miss-out-on-this-years-scene-festival" TargetMode="External"/><Relationship Id="rId10" Type="http://schemas.openxmlformats.org/officeDocument/2006/relationships/hyperlink" Target="https://www.visitmanchester.com/ideas-and-inspiration/lgbt/scene-manchester-lgbtq-film-tv-festival/" TargetMode="External"/><Relationship Id="rId11" Type="http://schemas.openxmlformats.org/officeDocument/2006/relationships/hyperlink" Target="https://cityco.com/news/scene-festival-2026/" TargetMode="External"/><Relationship Id="rId12" Type="http://schemas.openxmlformats.org/officeDocument/2006/relationships/hyperlink" Target="https://www.scenefestival.com/2026-screenings-and-events/scene-northern-shorts-showcase-thursday" TargetMode="External"/><Relationship Id="rId13" Type="http://schemas.openxmlformats.org/officeDocument/2006/relationships/hyperlink" Target="https://www.manchestertourism.org/manchester-pride-festival-guide/" TargetMode="External"/><Relationship Id="rId14" Type="http://schemas.openxmlformats.org/officeDocument/2006/relationships/hyperlink" Target="https://www.gaydio.co.uk/portsmouth/whats-new/news/gaydio-news/scene2026-announcement/" TargetMode="External"/><Relationship Id="rId15" Type="http://schemas.openxmlformats.org/officeDocument/2006/relationships/hyperlink" Target="https://www.visitmanchester.com/ideas-and-inspiration/lgbt/manchester-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