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Wave 2026: Cyprus’s LGBTQIA+ Film Festival Returns to NiMAC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culture as Queer Wave 2026 lands back at NiMAC in Nicosia, bringing ten days of LGBTQIA+ cinema, performances and talks from 18–27 September , a welcome, colourful platform that amplifies local and international queer voices.</w:t>
      </w:r>
      <w:r/>
    </w:p>
    <w:p>
      <w:r/>
      <w:r>
        <w:t>Essential Takeaways</w:t>
      </w:r>
      <w:r/>
      <w:r/>
    </w:p>
    <w:p>
      <w:pPr>
        <w:pStyle w:val="ListBullet"/>
        <w:spacing w:line="240" w:lineRule="auto"/>
        <w:ind w:left="720"/>
      </w:pPr>
      <w:r/>
      <w:r>
        <w:rPr>
          <w:b/>
        </w:rPr>
        <w:t>Dates and venue:</w:t>
      </w:r>
      <w:r>
        <w:t xml:space="preserve"> Queer Wave runs 18–27 September 2026 at NiMAC, the refurbished Old Electric building in Nicosia’s walled city. </w:t>
      </w:r>
      <w:r/>
    </w:p>
    <w:p>
      <w:pPr>
        <w:pStyle w:val="ListBullet"/>
        <w:spacing w:line="240" w:lineRule="auto"/>
        <w:ind w:left="720"/>
      </w:pPr>
      <w:r/>
      <w:r>
        <w:rPr>
          <w:b/>
        </w:rPr>
        <w:t>Rich programme:</w:t>
      </w:r>
      <w:r>
        <w:t xml:space="preserve"> Expect a mosaic of films, live performances and parallel events showcasing both local and international artists. </w:t>
      </w:r>
      <w:r/>
    </w:p>
    <w:p>
      <w:pPr>
        <w:pStyle w:val="ListBullet"/>
        <w:spacing w:line="240" w:lineRule="auto"/>
        <w:ind w:left="720"/>
      </w:pPr>
      <w:r/>
      <w:r>
        <w:rPr>
          <w:b/>
        </w:rPr>
        <w:t>Community impact:</w:t>
      </w:r>
      <w:r>
        <w:t xml:space="preserve"> The festival has premiered more than 250 LGBTQIA+ films across Cyprus in recent years and supports Cypriot filmmakers. </w:t>
      </w:r>
      <w:r/>
    </w:p>
    <w:p>
      <w:pPr>
        <w:pStyle w:val="ListBullet"/>
        <w:spacing w:line="240" w:lineRule="auto"/>
        <w:ind w:left="720"/>
      </w:pPr>
      <w:r/>
      <w:r>
        <w:rPr>
          <w:b/>
        </w:rPr>
        <w:t>Organisers and funding:</w:t>
      </w:r>
      <w:r>
        <w:t xml:space="preserve"> Presented by non‑profit Queer Wave LTD, funded by the Deputy Ministry of Culture and the Department of Contemporary Culture. </w:t>
      </w:r>
      <w:r/>
    </w:p>
    <w:p>
      <w:pPr>
        <w:pStyle w:val="ListBullet"/>
        <w:spacing w:line="240" w:lineRule="auto"/>
        <w:ind w:left="720"/>
      </w:pPr>
      <w:r/>
      <w:r>
        <w:rPr>
          <w:b/>
        </w:rPr>
        <w:t>Where to follow:</w:t>
      </w:r>
      <w:r>
        <w:t xml:space="preserve"> Updates and programme details will appear on queerwave.com and the festival’s social channels.</w:t>
      </w:r>
      <w:r/>
      <w:r/>
    </w:p>
    <w:p>
      <w:pPr>
        <w:pStyle w:val="Heading2"/>
      </w:pPr>
      <w:r>
        <w:t>A homecoming in the heart of Nicosia , what to expect this September</w:t>
      </w:r>
      <w:r/>
    </w:p>
    <w:p>
      <w:r/>
      <w:r>
        <w:t>NiMAC’s airy galleries and historic bones give the festival a cinematic, intimate feel, and organisers promise the familiar mix of screenings and live events that fans have come to expect. According to festival notes, the ten‑day run will bring both established international names and local talent to the same programme, which means you’ll find arthouse features alongside short films and experimental work. If you love discovery, this is the place to soak up new perspectives and sharp storytelling.</w:t>
      </w:r>
      <w:r/>
    </w:p>
    <w:p>
      <w:pPr>
        <w:pStyle w:val="Heading2"/>
      </w:pPr>
      <w:r>
        <w:t>How the festival grew into Cyprus’s queer cultural anchor</w:t>
      </w:r>
      <w:r/>
    </w:p>
    <w:p>
      <w:r/>
      <w:r>
        <w:t>Queer Wave began as a compact celebration and has steadily expanded; organisers say the festival has delivered over 250 Cyprus premieres in recent years. That track record explains why it’s become a staple for filmmakers and audiences alike. The event’s focus on amplifying queer voices means it’s not just screenings , it’s an opportunity for conversations, networking and connections between creators and community.</w:t>
      </w:r>
      <w:r/>
    </w:p>
    <w:p>
      <w:pPr>
        <w:pStyle w:val="Heading2"/>
      </w:pPr>
      <w:r>
        <w:t>Why NiMAC matters for the festival experience</w:t>
      </w:r>
      <w:r/>
    </w:p>
    <w:p>
      <w:r/>
      <w:r>
        <w:t>NiMAC, housed in the renovated Old Electric building, is the largest contemporary arts centre in Cyprus and offers the practical benefits festivalgoers appreciate: central location within the old city, flexible exhibition spaces, and a gallery atmosphere that suits both film and performance. The venue partnership also signals a maturing cultural scene in Nicosia, with institutions making space for queer programming in prominent public buildings.</w:t>
      </w:r>
      <w:r/>
    </w:p>
    <w:p>
      <w:pPr>
        <w:pStyle w:val="Heading2"/>
      </w:pPr>
      <w:r>
        <w:t>Practical tips for visitors and cinephiles</w:t>
      </w:r>
      <w:r/>
    </w:p>
    <w:p>
      <w:r/>
      <w:r>
        <w:t>Plan ahead , the festival runs across multiple days with simultaneous events, so check queerwave.com and the festival’s social feeds for schedules and ticket info. If you’re travelling from outside Nicosia, aim for weekday screenings to avoid the busiest slots. For those who want to support local talent, look out for Cypriot premieres and post‑screening Q&amp;As where you can meet directors and performers.</w:t>
      </w:r>
      <w:r/>
    </w:p>
    <w:p>
      <w:pPr>
        <w:pStyle w:val="Heading2"/>
      </w:pPr>
      <w:r>
        <w:t>What this festival scene suggests about wider cultural change</w:t>
      </w:r>
      <w:r/>
    </w:p>
    <w:p>
      <w:r/>
      <w:r>
        <w:t>Queer Wave’s steady return and institutional backing point to broader shifts: more public funding for LGBTQIA+ culture, and growing appetite among audiences for queer stories. It’s encouraging to see contemporary arts centres like NiMAC hosting such programmes, which helps normalise queer narratives across the island’s mainstream cultural calendar. Expect the festival to keep pushing boundaries and growing its reach.</w:t>
      </w:r>
      <w:r/>
    </w:p>
    <w:p>
      <w:r/>
      <w:r>
        <w:t>It's a small cultural moment with big resonance , mark the dates and explore the programme that best suits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0">
        <w:r>
          <w:rPr>
            <w:color w:val="0000EE"/>
            <w:u w:val="single"/>
          </w:rPr>
          <w:t>[5]</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https://www.sigmalive.com/lifestyle/politismos/1324031/queer-wave-2026-epistrefei-sto-nimac-to-festival-loatkia</w:t>
        </w:r>
      </w:hyperlink>
      <w:r>
        <w:t xml:space="preserve"> - Please view link - unable to able to access data</w:t>
      </w:r>
      <w:r/>
    </w:p>
    <w:p>
      <w:pPr>
        <w:pStyle w:val="ListNumber"/>
        <w:spacing w:line="240" w:lineRule="auto"/>
        <w:ind w:left="720"/>
      </w:pPr>
      <w:r/>
      <w:hyperlink r:id="rId9">
        <w:r>
          <w:rPr>
            <w:color w:val="0000EE"/>
            <w:u w:val="single"/>
          </w:rPr>
          <w:t>https://www.sigmalive.com/lifestyle/politismos/1324031/queer-wave-2026-epistrefei-sto-nimac-to-festival-loatkia</w:t>
        </w:r>
      </w:hyperlink>
      <w:r>
        <w:t xml:space="preserve"> - The article announces the return of the Queer Wave 2026, the Cyprus LGBTQIA+ Film Festival, to the NiMAC exhibition spaces in Nicosia from 18–27 September 2026. This seventh consecutive edition will showcase a diverse programme of cinema, performances, and parallel events, featuring both local and international filmmakers. The festival aims to amplify the voices and experiences of the LGBTQIA+ community. Updates on the programme and events will be available on the festival's website and social media channels. Organised by the non-profit Queer Wave LTD and funded by the Deputy Ministry of Culture – Department of Modern and Contemporary Culture, the festival has previously presented over 250 Cyprus premieres of LGBTQIA+ films and supported Cypriot filmmakers and artists. NiMAC, the Nicosia Municipal Arts Centre, is the oldest and largest Contemporary Art Centre in Cyprus, located in the renovated Old Powerhouse building in the historic centre of Nicosia.</w:t>
      </w:r>
      <w:r/>
    </w:p>
    <w:p>
      <w:pPr>
        <w:pStyle w:val="ListNumber"/>
        <w:spacing w:line="240" w:lineRule="auto"/>
        <w:ind w:left="720"/>
      </w:pPr>
      <w:r/>
      <w:hyperlink r:id="rId11">
        <w:r>
          <w:rPr>
            <w:color w:val="0000EE"/>
            <w:u w:val="single"/>
          </w:rPr>
          <w:t>https://nimac.org.cy/queer-wave-2024-cyprus-lgbtqia-film-festival-returns-for-its-5th-year/</w:t>
        </w:r>
      </w:hyperlink>
      <w:r>
        <w:t xml:space="preserve"> - The 5th edition of the Cyprus LGBTQIA+ Film Festival, Queer Wave, took place from 20–29 September 2024 at the Nicosia Municipal Arts Centre (NiMAC). The festival featured 10 days of screenings, including 20 films and over 50 Cyprus premieres of shorts and feature films. Many of the selected films had been showcased at prominent international film festivals such as Venice, Berlin, Locarno, Rotterdam, Sundance, and Clermont-Ferrand. The programme also included six short films by Cypriot filmmakers and parallel events led by local artists from both sides of the green line, including music, DJ sets, drag shows, and experimental video performance projects. For the first time, Queer Wave hosted workshops and short lectures delivered by creatives and film professionals from Poland, France, and Greece. The festival emphasised works that explore queer memory and the use of cinema to capture personal experiences and record the collective histories of the LGBTQIA+ community. An exhibition titled 'nono, bad timing! archiving queer times and spaces' was also part of the festival, focusing on archiving queer experiences in Cyprus.</w:t>
      </w:r>
      <w:r/>
    </w:p>
    <w:p>
      <w:pPr>
        <w:pStyle w:val="ListNumber"/>
        <w:spacing w:line="240" w:lineRule="auto"/>
        <w:ind w:left="720"/>
      </w:pPr>
      <w:r/>
      <w:hyperlink r:id="rId13">
        <w:r>
          <w:rPr>
            <w:color w:val="0000EE"/>
            <w:u w:val="single"/>
          </w:rPr>
          <w:t>https://nimac.org.cy/el/nono-bad-timing-archiving-queer-times-and-spaces/</w:t>
        </w:r>
      </w:hyperlink>
      <w:r>
        <w:t xml:space="preserve"> - The 'nono, bad timing! archiving queer times and spaces' exhibition, held from 20 September to 9 November 2024, was a collaborative project between Goethe-Institut Cyprus, Institut Français de Chypre, Queer Wave, and NiMAC. The exhibition focused on archiving queer experiences and spaces, bringing together materials from the 'Mémoire des Sexualités' archive in Marseille and the 'Schwules Museum' in Berlin. In October, the exhibition transformed into a laboratory for new proposals by Cyprus-based cultural practitioners. A touring exhibition titled 'Queer As German Folk' was also presented in its entirety at the Goethe-Institut in Nicosia as part of this project.</w:t>
      </w:r>
      <w:r/>
    </w:p>
    <w:p>
      <w:pPr>
        <w:pStyle w:val="ListNumber"/>
        <w:spacing w:line="240" w:lineRule="auto"/>
        <w:ind w:left="720"/>
      </w:pPr>
      <w:r/>
      <w:hyperlink r:id="rId10">
        <w:r>
          <w:rPr>
            <w:color w:val="0000EE"/>
            <w:u w:val="single"/>
          </w:rPr>
          <w:t>https://queerwave.com/4-supported-by-3-nimac/</w:t>
        </w:r>
      </w:hyperlink>
      <w:r>
        <w:t xml:space="preserve"> - The Queer Wave festival, through its non-profit events, aims to make queer cinema more accessible to Cypriot audiences. Addressing the significant gap in LGBTQIA+ films locally, the festival seeks to bring communities closer together, one film at a time. The festival is supported by NiMAC, the Nicosia Municipal Arts Centre, which is the oldest and largest Contemporary Art Centre in Cyprus.</w:t>
      </w:r>
      <w:r/>
    </w:p>
    <w:p>
      <w:pPr>
        <w:pStyle w:val="ListNumber"/>
        <w:spacing w:line="240" w:lineRule="auto"/>
        <w:ind w:left="720"/>
      </w:pPr>
      <w:r/>
      <w:hyperlink r:id="rId12">
        <w:r>
          <w:rPr>
            <w:color w:val="0000EE"/>
            <w:u w:val="single"/>
          </w:rPr>
          <w:t>https://bsf.si/en/organization/queer-wave-cyprus-lgbtqia-film-festival/</w:t>
        </w:r>
      </w:hyperlink>
      <w:r>
        <w:t xml:space="preserve"> - Queer Wave: Cyprus LGBTQIA+ Film Festival is a Cypriot organisation dedicated to showcasing LGBTQIA+ films. The festival has featured screenings such as 'Kaj ti je deklica' in 2025. The festival is supported by NiMAC, the Nicosia Municipal Arts Centre, which is the oldest and largest Contemporary Art Centre in Cyprus.</w:t>
      </w:r>
      <w:r/>
    </w:p>
    <w:p>
      <w:pPr>
        <w:pStyle w:val="ListNumber"/>
        <w:spacing w:line="240" w:lineRule="auto"/>
        <w:ind w:left="720"/>
      </w:pPr>
      <w:r/>
      <w:hyperlink r:id="rId14">
        <w:r>
          <w:rPr>
            <w:color w:val="0000EE"/>
            <w:u w:val="single"/>
          </w:rPr>
          <w:t>https://in-cyprus.philenews.com/whats-on/queer-wave-lgbtqia-film-festival-returns-for-its-5th-year/</w:t>
        </w:r>
      </w:hyperlink>
      <w:r>
        <w:t xml:space="preserve"> - The 5th edition of the Queer Wave LGBTQIA+ Film Festival took place from 20–29 September 2024 at the Nicosia Municipal Arts Centre (NiMAC). The festival featured 10 days of screenings, including 20 films and over 50 Cyprus premieres of shorts and feature films. Many of the selected films had been showcased at prominent international film festivals such as Venice, Berlin, Locarno, Rotterdam, Sundance, and Clermont-Ferrand. The programme also included six short films by Cypriot filmmakers and parallel events led by local artists from both sides of the green line, including music, DJ sets, drag shows, and experimental video performance projects. For the first time, Queer Wave hosted workshops and short lectures delivered by creatives and film professionals from Poland, France, and Greece. The festival emphasised works that explore queer memory and the use of cinema to capture personal experiences and record the collective histories of the LGBTQIA+ community. An exhibition titled 'nono, bad timing! archiving queer times and spaces' was also part of the festival, focusing on archiving queer experiences in Cyprus.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igmalive.com/lifestyle/politismos/1324031/queer-wave-2026-epistrefei-sto-nimac-to-festival-loatkia" TargetMode="External"/><Relationship Id="rId10" Type="http://schemas.openxmlformats.org/officeDocument/2006/relationships/hyperlink" Target="https://queerwave.com/4-supported-by-3-nimac/" TargetMode="External"/><Relationship Id="rId11" Type="http://schemas.openxmlformats.org/officeDocument/2006/relationships/hyperlink" Target="https://nimac.org.cy/queer-wave-2024-cyprus-lgbtqia-film-festival-returns-for-its-5th-year/" TargetMode="External"/><Relationship Id="rId12" Type="http://schemas.openxmlformats.org/officeDocument/2006/relationships/hyperlink" Target="https://bsf.si/en/organization/queer-wave-cyprus-lgbtqia-film-festival/" TargetMode="External"/><Relationship Id="rId13" Type="http://schemas.openxmlformats.org/officeDocument/2006/relationships/hyperlink" Target="https://nimac.org.cy/el/nono-bad-timing-archiving-queer-times-and-spaces/" TargetMode="External"/><Relationship Id="rId14" Type="http://schemas.openxmlformats.org/officeDocument/2006/relationships/hyperlink" Target="https://in-cyprus.philenews.com/whats-on/queer-wave-lgbtqia-film-festival-returns-for-its-5th-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