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Prom Sponsors: Little Puck Joins Grooby x FHM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return of Queer Prom: award-winning performer Little Puck has signed on as a Silver Sponsor for Grooby x FHM’s invitation-only event in Hollywood, bringing visibility, creativity and community support to the second annual night of inclusion and dance.</w:t>
      </w:r>
      <w:r/>
    </w:p>
    <w:p>
      <w:r/>
      <w:r>
        <w:t>Essential Takeaways</w:t>
      </w:r>
      <w:r/>
      <w:r/>
    </w:p>
    <w:p>
      <w:pPr>
        <w:pStyle w:val="ListBullet"/>
        <w:spacing w:line="240" w:lineRule="auto"/>
        <w:ind w:left="720"/>
      </w:pPr>
      <w:r/>
      <w:r>
        <w:rPr>
          <w:b/>
        </w:rPr>
        <w:t>Silver sponsorship:</w:t>
      </w:r>
      <w:r>
        <w:t xml:space="preserve"> Little Puck is a confirmed Silver Sponsor for Grooby x FHM’s Queer Prom at the Bardot in Hollywood.</w:t>
      </w:r>
      <w:r/>
    </w:p>
    <w:p>
      <w:pPr>
        <w:pStyle w:val="ListBullet"/>
        <w:spacing w:line="240" w:lineRule="auto"/>
        <w:ind w:left="720"/>
      </w:pPr>
      <w:r/>
      <w:r>
        <w:rPr>
          <w:b/>
        </w:rPr>
        <w:t>Event purpose:</w:t>
      </w:r>
      <w:r>
        <w:t xml:space="preserve"> Queer Prom is an invitation-only industry and community party focused on inclusion, joy and connection rather than competition.</w:t>
      </w:r>
      <w:r/>
    </w:p>
    <w:p>
      <w:pPr>
        <w:pStyle w:val="ListBullet"/>
        <w:spacing w:line="240" w:lineRule="auto"/>
        <w:ind w:left="720"/>
      </w:pPr>
      <w:r/>
      <w:r>
        <w:rPr>
          <w:b/>
        </w:rPr>
        <w:t>Creative pedigree:</w:t>
      </w:r>
      <w:r>
        <w:t xml:space="preserve"> Little Puck is an award-winning performer and clip artist with over a decade in the adult industry, now branching into directing.</w:t>
      </w:r>
      <w:r/>
    </w:p>
    <w:p>
      <w:pPr>
        <w:pStyle w:val="ListBullet"/>
        <w:spacing w:line="240" w:lineRule="auto"/>
        <w:ind w:left="720"/>
      </w:pPr>
      <w:r/>
      <w:r>
        <w:rPr>
          <w:b/>
        </w:rPr>
        <w:t>Organisers and funds:</w:t>
      </w:r>
      <w:r>
        <w:t xml:space="preserve"> Grooby and Flaming Hearts Media co-host the event; ticket and sponsor revenue goes straight to event costs.</w:t>
      </w:r>
      <w:r/>
    </w:p>
    <w:p>
      <w:pPr>
        <w:pStyle w:val="ListBullet"/>
        <w:spacing w:line="240" w:lineRule="auto"/>
        <w:ind w:left="720"/>
      </w:pPr>
      <w:r/>
      <w:r>
        <w:rPr>
          <w:b/>
        </w:rPr>
        <w:t>How to support:</w:t>
      </w:r>
      <w:r>
        <w:t xml:space="preserve"> Sponsorship details and contact info are available at QueerProm.com/sponsors and kristel@grooby.com.</w:t>
      </w:r>
      <w:r/>
      <w:r/>
    </w:p>
    <w:p>
      <w:pPr>
        <w:pStyle w:val="Heading2"/>
      </w:pPr>
      <w:r>
        <w:t>Why Little Puck’s sponsorship matters for Queer Prom</w:t>
      </w:r>
      <w:r/>
    </w:p>
    <w:p>
      <w:r/>
      <w:r>
        <w:t>Little Puck stepping up as a Silver Sponsor sends a clear signal: this night is about community, not trophies. The performer’s enthusiasm , calling Queer Prom “just for us” , gives the event a warmly personal tone, and that matters when you want people to feel safe and celebrated.</w:t>
      </w:r>
      <w:r/>
    </w:p>
    <w:p>
      <w:r/>
      <w:r>
        <w:t>Grooby and Flaming Hearts Media have positioned the night as an antidote to awards-heavy ceremonies, and Little Puck’s backing reinforces that mission. If you’ve ever been to a grassroots queer event, you’ll recognise the difference a visible, invested sponsor makes , it’s the difference between a well‑publicised party and a place that actually feels made for you.</w:t>
      </w:r>
      <w:r/>
    </w:p>
    <w:p>
      <w:pPr>
        <w:pStyle w:val="Heading2"/>
      </w:pPr>
      <w:r>
        <w:t>A quick look at Little Puck’s background</w:t>
      </w:r>
      <w:r/>
    </w:p>
    <w:p>
      <w:r/>
      <w:r>
        <w:t>Little Puck isn’t a newcomer by any measure: she’s an established clip artist and studio performer who has worked in the adult industry for more than a decade. Reports note she “exploded on the pro studio scene in LA” in recent years, with multiple industry accolades to show for it, and is now branching into directing.</w:t>
      </w:r>
      <w:r/>
    </w:p>
    <w:p>
      <w:r/>
      <w:r>
        <w:t>That mix of creative experience and theatrical flair , think outlandish cosplays and shape‑shifting characters , fits the prom vibe. You can expect sponsors like her to bring imagination and a sense of performative joy to the evening, whether through curated corner activations, themed photo ops or simply by lending her name to raise visibility.</w:t>
      </w:r>
      <w:r/>
    </w:p>
    <w:p>
      <w:pPr>
        <w:pStyle w:val="Heading2"/>
      </w:pPr>
      <w:r>
        <w:t>What Queer Prom aims to be this year</w:t>
      </w:r>
      <w:r/>
    </w:p>
    <w:p>
      <w:r/>
      <w:r>
        <w:t>Organisers emphasise that Queer Prom is about inclusion, joy and community. Kristel Penn, a Grooby producer, has said the event is a celebration of community for community , deliberately not a competition. That framing attracts sponsors and guests who want to support connection rather than accolade-chasing.</w:t>
      </w:r>
      <w:r/>
    </w:p>
    <w:p>
      <w:r/>
      <w:r>
        <w:t>Tickets and sponsorships are used to cover event costs, which keeps the party sustainable and community-focused. For attendees that matters: every pound spent goes toward making the night feel safe, accessible and authentically queer.</w:t>
      </w:r>
      <w:r/>
    </w:p>
    <w:p>
      <w:pPr>
        <w:pStyle w:val="Heading2"/>
      </w:pPr>
      <w:r>
        <w:t>How to get involved or support the night</w:t>
      </w:r>
      <w:r/>
    </w:p>
    <w:p>
      <w:r/>
      <w:r>
        <w:t>If you want to become a sponsor, organisers have set up a clear route: visit QueerProm.com/sponsors for details or email Kristel Penn at kristel@grooby.com for bespoke options. Sponsorships tend to range from visibility packages to more hands-on collaborations, so there’s usually something for individuals, collectives and small businesses.</w:t>
      </w:r>
      <w:r/>
    </w:p>
    <w:p>
      <w:r/>
      <w:r>
        <w:t>For those wondering whether to attend, remember this is an invitation-only industry and community event. Reach out through the official site or organisers if you’re part of the scene and want to be considered.</w:t>
      </w:r>
      <w:r/>
    </w:p>
    <w:p>
      <w:pPr>
        <w:pStyle w:val="Heading2"/>
      </w:pPr>
      <w:r>
        <w:t>What this means for queer nightlife and industry visibility</w:t>
      </w:r>
      <w:r/>
    </w:p>
    <w:p>
      <w:r/>
      <w:r>
        <w:t>High-profile, community-minded sponsorships help build queer spaces that feel celebratory rather than transactional. Little Puck’s involvement is a small but meaningful example of creators using their platform to keep queer nightlife vibrant.</w:t>
      </w:r>
      <w:r/>
    </w:p>
    <w:p>
      <w:r/>
      <w:r>
        <w:t>And the night itself? Expect a lot of colour, theatrical energy and people letting loose , exactly what a prom should feel like when it’s created by and for the community.</w:t>
      </w:r>
      <w:r/>
    </w:p>
    <w:p>
      <w:r/>
      <w:r>
        <w:t>It’s a small change that can make every dance feel more intentional.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[5]</w:t>
        </w:r>
      </w:hyperlink>
      <w:r>
        <w:t xml:space="preserve">- Paragraph 6: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https://www.ynot.com/little-puck-silver-sponsor-queer-prom/</w:t>
        </w:r>
      </w:hyperlink>
      <w:r>
        <w:t xml:space="preserve"> - Please view link - unable to able to access data</w:t>
      </w:r>
      <w:r/>
    </w:p>
    <w:p>
      <w:pPr>
        <w:pStyle w:val="ListNumber"/>
        <w:spacing w:line="240" w:lineRule="auto"/>
        <w:ind w:left="720"/>
      </w:pPr>
      <w:r/>
      <w:hyperlink r:id="rId10">
        <w:r>
          <w:rPr>
            <w:color w:val="0000EE"/>
            <w:u w:val="single"/>
          </w:rPr>
          <w:t>https://www.queerprom.org/</w:t>
        </w:r>
      </w:hyperlink>
      <w:r>
        <w:t xml:space="preserve"> - Queer Prom is an annual event that provides LGBTQ+ youth with a safe and inclusive space to celebrate their authentic selves. The event features music, dancing, and community-building activities, aiming to raise over $30,000 annually to support programs for LGBTQ+ individuals across the Mid-South. The 2026 Queer Prom is scheduled to return in 2027, continuing its tradition of fostering joy and inclusion within the community.</w:t>
      </w:r>
      <w:r/>
    </w:p>
    <w:p>
      <w:pPr>
        <w:pStyle w:val="ListNumber"/>
        <w:spacing w:line="240" w:lineRule="auto"/>
        <w:ind w:left="720"/>
      </w:pPr>
      <w:r/>
      <w:hyperlink r:id="rId13">
        <w:r>
          <w:rPr>
            <w:color w:val="0000EE"/>
            <w:u w:val="single"/>
          </w:rPr>
          <w:t>https://seattlepride.org/events/queer-prom-seattle-2026</w:t>
        </w:r>
      </w:hyperlink>
      <w:r>
        <w:t xml:space="preserve"> - Queer Prom Seattle 2026 is set to take place at Benaroya Hall on May 23, 2026. Hosted by Puckduction, the event promises an evening of burlesque, drag, comedy, dance, and performances by local queer artists. The event is part of the Community Stages Fund and aims to provide a vibrant and inclusive experience for the LGBTQ+ community in Seattle.</w:t>
      </w:r>
      <w:r/>
    </w:p>
    <w:p>
      <w:pPr>
        <w:pStyle w:val="ListNumber"/>
        <w:spacing w:line="240" w:lineRule="auto"/>
        <w:ind w:left="720"/>
      </w:pPr>
      <w:r/>
      <w:hyperlink r:id="rId11">
        <w:r>
          <w:rPr>
            <w:color w:val="0000EE"/>
            <w:u w:val="single"/>
          </w:rPr>
          <w:t>https://www.mocopridefamily.org/pride-prom</w:t>
        </w:r>
      </w:hyperlink>
      <w:r>
        <w:t xml:space="preserve"> - MoCo Pride Prom 2026, themed 'The Secret Garden,' is scheduled for May 29, 2026, at the Silver Spring Civic Center. The event offers LGBTQ+ and gender non-conforming students a chance to attend prom with pride, featuring a live DJ, catered dinner, gift bags, and raffle prizes. Open to all DMV area high school students under 21, tickets are priced at $15, with financial and transportation assistance available.</w:t>
      </w:r>
      <w:r/>
    </w:p>
    <w:p>
      <w:pPr>
        <w:pStyle w:val="ListNumber"/>
        <w:spacing w:line="240" w:lineRule="auto"/>
        <w:ind w:left="720"/>
      </w:pPr>
      <w:r/>
      <w:hyperlink r:id="rId12">
        <w:r>
          <w:rPr>
            <w:color w:val="0000EE"/>
            <w:u w:val="single"/>
          </w:rPr>
          <w:t>https://prismunited.org/events/prism-prom/sponsorships/</w:t>
        </w:r>
      </w:hyperlink>
      <w:r>
        <w:t xml:space="preserve"> - Prism Prom is an annual celebration providing LGBTQ+ youth with an evening of joy, connection, and self-expression. The 2026 event offers various sponsorship levels, allowing community partners to support the creation of a safe and affirming celebration for LGBTQ+ teens. Sponsorships help ensure that every attendee has a prom experience filled with fun, laughter, and belonging, reinforcing the community's commitment to supporting its young members.</w:t>
      </w:r>
      <w:r/>
    </w:p>
    <w:p>
      <w:pPr>
        <w:pStyle w:val="ListNumber"/>
        <w:spacing w:line="240" w:lineRule="auto"/>
        <w:ind w:left="720"/>
      </w:pPr>
      <w:r/>
      <w:hyperlink r:id="rId14">
        <w:r>
          <w:rPr>
            <w:color w:val="0000EE"/>
            <w:u w:val="single"/>
          </w:rPr>
          <w:t>https://goaffirmations.org/prom/</w:t>
        </w:r>
      </w:hyperlink>
      <w:r>
        <w:t xml:space="preserve"> - Affirmations Queer Prom ReDeux 2026 is an annual queer prom for adults, scheduled for May 9, 2026, from 8 pm to 11 pm in Michigan's Gayborhood. The event transforms the center into a prom-night fantasy filled with music, laughter, and people showing up exactly as themselves. Proceeds support LGBTQ+ programming at Affirmations, sustaining the work done for the LGBTQ+ community of Southeast Michigan and beyond.</w:t>
      </w:r>
      <w:r/>
    </w:p>
    <w:p>
      <w:pPr>
        <w:pStyle w:val="ListNumber"/>
        <w:spacing w:line="240" w:lineRule="auto"/>
        <w:ind w:left="720"/>
      </w:pPr>
      <w:r/>
      <w:hyperlink r:id="rId15">
        <w:r>
          <w:rPr>
            <w:color w:val="0000EE"/>
            <w:u w:val="single"/>
          </w:rPr>
          <w:t>https://www.hitops.org/event/queer-prom/</w:t>
        </w:r>
      </w:hyperlink>
      <w:r>
        <w:t xml:space="preserve"> - HiTOPS Queer Prom 2026, themed 'Queer-topia,' is set for May 29, 2026, from 6 pm to 9 pm. The event is designed for LGBTQ+ young people aged 11-18, offering a safe and inclusive space to celebrate their authentic selves. Attendees can expect a night filled with music, dancing, and community-building activities, fostering a sense of belonging and joy among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ynot.com/little-puck-silver-sponsor-queer-prom/" TargetMode="External"/><Relationship Id="rId10" Type="http://schemas.openxmlformats.org/officeDocument/2006/relationships/hyperlink" Target="https://www.queerprom.org/" TargetMode="External"/><Relationship Id="rId11" Type="http://schemas.openxmlformats.org/officeDocument/2006/relationships/hyperlink" Target="https://www.mocopridefamily.org/pride-prom" TargetMode="External"/><Relationship Id="rId12" Type="http://schemas.openxmlformats.org/officeDocument/2006/relationships/hyperlink" Target="https://prismunited.org/events/prism-prom/sponsorships/" TargetMode="External"/><Relationship Id="rId13" Type="http://schemas.openxmlformats.org/officeDocument/2006/relationships/hyperlink" Target="https://seattlepride.org/events/queer-prom-seattle-2026" TargetMode="External"/><Relationship Id="rId14" Type="http://schemas.openxmlformats.org/officeDocument/2006/relationships/hyperlink" Target="https://goaffirmations.org/prom/" TargetMode="External"/><Relationship Id="rId15" Type="http://schemas.openxmlformats.org/officeDocument/2006/relationships/hyperlink" Target="https://www.hitops.org/event/queer-pr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