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Queen Máxima WorldPride Outfit: Recycled Dress, Show‑stopping Tocado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talking about Queen Máxima’s recycled look after she made history opening WorldPride 2026 in Amsterdam; the Argentine‑born monarch chose a familiar Natan Couture midi and an eye‑catching leaf‑covered headpiece, proving sustainable style can be ceremonial and striking.</w:t>
      </w:r>
      <w:r/>
    </w:p>
    <w:p>
      <w:r/>
      <w:r>
        <w:t>Essential Takeaways</w:t>
      </w:r>
      <w:r/>
      <w:r/>
    </w:p>
    <w:p>
      <w:pPr>
        <w:pStyle w:val="ListBullet"/>
        <w:spacing w:line="240" w:lineRule="auto"/>
        <w:ind w:left="720"/>
      </w:pPr>
      <w:r/>
      <w:r>
        <w:rPr>
          <w:b/>
        </w:rPr>
        <w:t>Historic moment:</w:t>
      </w:r>
      <w:r>
        <w:t xml:space="preserve"> Queen Máxima opened WorldPride 2026 in Amsterdam, marking a first for a reigning queen at the event.</w:t>
      </w:r>
      <w:r/>
    </w:p>
    <w:p>
      <w:pPr>
        <w:pStyle w:val="ListBullet"/>
        <w:spacing w:line="240" w:lineRule="auto"/>
        <w:ind w:left="720"/>
      </w:pPr>
      <w:r/>
      <w:r>
        <w:rPr>
          <w:b/>
        </w:rPr>
        <w:t>Recycled outfit:</w:t>
      </w:r>
      <w:r>
        <w:t xml:space="preserve"> She wore a pink-and-white checked Natan Couture midi previously seen at Royal Ascot and on state visits, signalling a commitment to fashion recycling.</w:t>
      </w:r>
      <w:r/>
    </w:p>
    <w:p>
      <w:pPr>
        <w:pStyle w:val="ListBullet"/>
        <w:spacing w:line="240" w:lineRule="auto"/>
        <w:ind w:left="720"/>
      </w:pPr>
      <w:r/>
      <w:r>
        <w:rPr>
          <w:b/>
        </w:rPr>
        <w:t>Standout accessory:</w:t>
      </w:r>
      <w:r>
        <w:t xml:space="preserve"> The dramatic leaf-covered tocado by Berry Rutjes stole the show and coordinated with the dress.</w:t>
      </w:r>
      <w:r/>
    </w:p>
    <w:p>
      <w:pPr>
        <w:pStyle w:val="ListBullet"/>
        <w:spacing w:line="240" w:lineRule="auto"/>
        <w:ind w:left="720"/>
      </w:pPr>
      <w:r/>
      <w:r>
        <w:rPr>
          <w:b/>
        </w:rPr>
        <w:t>Practical styling:</w:t>
      </w:r>
      <w:r>
        <w:t xml:space="preserve"> She paired the look with brown Gianvito Rossi stilettos, leather gloves, a beige clutch and pearl drop earrings , elegant and easy to move in.</w:t>
      </w:r>
      <w:r/>
    </w:p>
    <w:p>
      <w:pPr>
        <w:pStyle w:val="ListBullet"/>
        <w:spacing w:line="240" w:lineRule="auto"/>
        <w:ind w:left="720"/>
      </w:pPr>
      <w:r/>
      <w:r>
        <w:rPr>
          <w:b/>
        </w:rPr>
        <w:t>Mixed reactions:</w:t>
      </w:r>
      <w:r>
        <w:t xml:space="preserve"> Many praised the celebration of LGBTQIA+ rights and circular fashion; a few critics flagged the dress’s neutral tones as too subdued for Pride.</w:t>
      </w:r>
      <w:r/>
      <w:r/>
    </w:p>
    <w:p>
      <w:pPr>
        <w:pStyle w:val="Heading2"/>
      </w:pPr>
      <w:r>
        <w:t>A royal moment with a wearable message</w:t>
      </w:r>
      <w:r/>
    </w:p>
    <w:p>
      <w:r/>
      <w:r>
        <w:t>Queen Máxima’s entrance at Vondelpark felt celebratory and slightly theatrical, the sort of scene where fabric and feeling matter. According to the Dutch Royal House, she opened WorldPride 2026 to applaud visibility and rights for the LGBTQIA+ community, and her outfit matched that tone , regal but approachable. The visuals were warm: soft pink checks, gentle waves in her hair and a lush green tocado that brought texture and movement.</w:t>
      </w:r>
      <w:r/>
    </w:p>
    <w:p>
      <w:r/>
      <w:r>
        <w:t>The choice to reuse a Natan Couture dress has a backstory familiar to royal-watchers. Máxima has often favoured revisiting pieces rather than constantly buying new ones, and this dress has turned up at high-profile moments before. It’s a reminder that ceremonial dressing can also make a quiet statement about sustainability.</w:t>
      </w:r>
      <w:r/>
    </w:p>
    <w:p>
      <w:pPr>
        <w:pStyle w:val="Heading2"/>
      </w:pPr>
      <w:r>
        <w:t>Why the recycled dress mattered , style and statement</w:t>
      </w:r>
      <w:r/>
    </w:p>
    <w:p>
      <w:r/>
      <w:r>
        <w:t>Rewearing the same dress at Royal Ascot, a German state visit and now WorldPride shows deliberation, not thrift. Royal style often sends signals, and in this case it read as continuity: she’s a consistent supporter of causes, and her wardrobe choices reflect that. The midi silhouette and semi-sheer, long sleeves kept the look dignified while the puffed sleeves added a contemporary touch.</w:t>
      </w:r>
      <w:r/>
    </w:p>
    <w:p>
      <w:r/>
      <w:r>
        <w:t>If you’re thinking of copying the approach, opt for garments with classic lines and subtle prints , they adapt well across contexts and accessories. A well-made dress can be refreshed simply by changing jewellery, shoes or, yes, a dramatic headpiece.</w:t>
      </w:r>
      <w:r/>
    </w:p>
    <w:p>
      <w:pPr>
        <w:pStyle w:val="Heading2"/>
      </w:pPr>
      <w:r>
        <w:t>The tocado that turned heads</w:t>
      </w:r>
      <w:r/>
    </w:p>
    <w:p>
      <w:r/>
      <w:r>
        <w:t>The accessory that dominated the conversation was the Berry Rutjes tocado, shaped from layered leaves and finished to match the dress’s pink hues. It created a sculptural contrast to the soft fabric and made the ensemble instantly photo‑worthy. Fashion sites and wire services noted that the headpiece both respected Dutch millinery traditions and popped against the park’s green backdrop.</w:t>
      </w:r>
      <w:r/>
    </w:p>
    <w:p>
      <w:r/>
      <w:r>
        <w:t>Headgear can be tricky , it needs to feel balanced and secure, especially at outdoor events , but Máxima’s team clearly chose a lightweight construction so she could mingle and speak comfortably. For public occasions, that balance between drama and practicality is everything.</w:t>
      </w:r>
      <w:r/>
    </w:p>
    <w:p>
      <w:pPr>
        <w:pStyle w:val="Heading2"/>
      </w:pPr>
      <w:r>
        <w:t>How the look was styled , the small details that mattered</w:t>
      </w:r>
      <w:r/>
    </w:p>
    <w:p>
      <w:r/>
      <w:r>
        <w:t>Máxima kept accessories in a warm, neutral palette: brown Gianvito Rossi stilettos, matching leather gloves, a beige clutch and pearl drop earrings. The effect was cohesive and allowed the tocado to remain the focal point. Her hair was loose with soft waves, a deliberate move to let the headpiece stand out without appearing overworked.</w:t>
      </w:r>
      <w:r/>
    </w:p>
    <w:p>
      <w:r/>
      <w:r>
        <w:t>From a practical viewpoint, choosing comfortable high heels and a clutch for essentials is a solid template for anyone attending long public events. Gloves added polish and continuity with the outfit’s tones, while pearl earrings offered a classic highlight.</w:t>
      </w:r>
      <w:r/>
    </w:p>
    <w:p>
      <w:pPr>
        <w:pStyle w:val="Heading2"/>
      </w:pPr>
      <w:r>
        <w:t>Reactions and why this outfit will be remembered</w:t>
      </w:r>
      <w:r/>
    </w:p>
    <w:p>
      <w:r/>
      <w:r>
        <w:t>Reaction was broadly celebratory: many praised the Queen for both opening WorldPride and for showing that recycled fashion can be spectacular. Coverage across Dutch and international outlets highlighted the symbolic resonance of the event and the sartorial choice. A minority critique argued the dress felt too beige or muted for Pride’s famously vivid visuals, but even that comment underlines how strongly people view Pride dressing as a space for colour and exuberance.</w:t>
      </w:r>
      <w:r/>
    </w:p>
    <w:p>
      <w:r/>
      <w:r>
        <w:t>Looking ahead, the moment will likely be recalled as one where royal protocol and modern advocacy met in a tasteful, photographed package.</w:t>
      </w:r>
      <w:r/>
    </w:p>
    <w:p>
      <w:r/>
      <w:r>
        <w:t>It's a small wardrobe choice with a big, colourful message.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[7]</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https://www.lanacion.com.ar/el-mundo/el-look-que-eligio-maxima-zorreguieta-para-encabezar-un-momento-historico-vestido-reciclado-y-un-nid30072026/</w:t>
        </w:r>
      </w:hyperlink>
      <w:r>
        <w:t xml:space="preserve"> - Please view link - unable to able to access data</w:t>
      </w:r>
      <w:r/>
    </w:p>
    <w:p>
      <w:pPr>
        <w:pStyle w:val="ListNumber"/>
        <w:spacing w:line="240" w:lineRule="auto"/>
        <w:ind w:left="720"/>
      </w:pPr>
      <w:r/>
      <w:hyperlink r:id="rId10">
        <w:r>
          <w:rPr>
            <w:color w:val="0000EE"/>
            <w:u w:val="single"/>
          </w:rPr>
          <w:t>https://www.koninklijkhuis.nl/actueel/nieuws/2026/07/08/koningin-maxima-opent-worldpride-2026</w:t>
        </w:r>
      </w:hyperlink>
      <w:r>
        <w:t xml:space="preserve"> - On July 8, 2026, Queen Máxima officially opened WorldPride 2026 in Amsterdam's Vondelpark. This international event aims to raise global awareness for the visibility, emancipation, and human rights of the LGBTQIA+ community. Amsterdam is hosting WorldPride for the first time, with the festivities running from July 25 to August 8. The programme includes a Pride Walk from Dam Square to Vondelpark, a boat parade on the canals, the UNITY Concert at Museumplein, and the Human Rights Conference at Nieuwmarkt. The event underscores Amsterdam's role as a city of freedom, diversity, and inclusion, marking 25 years since the first same-sex marriage in the city. (</w:t>
      </w:r>
      <w:hyperlink r:id="rId16">
        <w:r>
          <w:rPr>
            <w:color w:val="0000EE"/>
            <w:u w:val="single"/>
          </w:rPr>
          <w:t>koninklijkhuis.nl</w:t>
        </w:r>
      </w:hyperlink>
      <w:r>
        <w:t>)</w:t>
      </w:r>
      <w:r/>
    </w:p>
    <w:p>
      <w:pPr>
        <w:pStyle w:val="ListNumber"/>
        <w:spacing w:line="240" w:lineRule="auto"/>
        <w:ind w:left="720"/>
      </w:pPr>
      <w:r/>
      <w:hyperlink r:id="rId12">
        <w:r>
          <w:rPr>
            <w:color w:val="0000EE"/>
            <w:u w:val="single"/>
          </w:rPr>
          <w:t>https://www.rd.nl/artikel/1155683-koningin-maxima-opent-worldpride-in-amsterdam</w:t>
        </w:r>
      </w:hyperlink>
      <w:r>
        <w:t xml:space="preserve"> - Queen Máxima opened WorldPride 2026 in Amsterdam, an international event for the emancipation of the LGBTQIA+ community. The Rijksvoorlichtingsdienst announced that Amsterdam is hosting the event for the first time. The queen opened WorldPride 2026 on Saturday afternoon, July 25, in Vondelpark. Prior to the official opening, she visited Sport Pride and Youth Pride in the Pride Park. The manifestation, which lasts until August 8, includes a walk from Dam Square to Vondelpark, a boat parade on the canals, a concert at Museumplein, and a conference. Amsterdam was chosen as the location for this WorldPride because it marks 25 years since the first same-sex marriage was held there. (</w:t>
      </w:r>
      <w:hyperlink r:id="rId17">
        <w:r>
          <w:rPr>
            <w:color w:val="0000EE"/>
            <w:u w:val="single"/>
          </w:rPr>
          <w:t>rd.nl</w:t>
        </w:r>
      </w:hyperlink>
      <w:r>
        <w:t>)</w:t>
      </w:r>
      <w:r/>
    </w:p>
    <w:p>
      <w:pPr>
        <w:pStyle w:val="ListNumber"/>
        <w:spacing w:line="240" w:lineRule="auto"/>
        <w:ind w:left="720"/>
      </w:pPr>
      <w:r/>
      <w:hyperlink r:id="rId11">
        <w:r>
          <w:rPr>
            <w:color w:val="0000EE"/>
            <w:u w:val="single"/>
          </w:rPr>
          <w:t>https://www.hola.com/us/royals/20260725914814/queen-maxima-amsterdam-pride-outfit-royal-history/</w:t>
        </w:r>
      </w:hyperlink>
      <w:r>
        <w:t xml:space="preserve"> - Queen Máxima's Pride outfit made history on Saturday, July 25, as the Dutch royal officially opened Amsterdam's LGBTQIA+ Pride celebration, becoming the first queen to take part in WorldPride. Amsterdam is hosting the global event for the first time, marking a milestone for both the city and the LGBTQIA+ community. For the occasion, Queen Máxima paired the historic moment with one of her signature fashion statements, reviving a dramatic look that featured an unforgettable golden headpiece and one of her favourite couture designs. (</w:t>
      </w:r>
      <w:hyperlink r:id="rId18">
        <w:r>
          <w:rPr>
            <w:color w:val="0000EE"/>
            <w:u w:val="single"/>
          </w:rPr>
          <w:t>hola.com</w:t>
        </w:r>
      </w:hyperlink>
      <w:r>
        <w:t>)</w:t>
      </w:r>
      <w:r/>
    </w:p>
    <w:p>
      <w:pPr>
        <w:pStyle w:val="ListNumber"/>
        <w:spacing w:line="240" w:lineRule="auto"/>
        <w:ind w:left="720"/>
      </w:pPr>
      <w:r/>
      <w:hyperlink r:id="rId15">
        <w:r>
          <w:rPr>
            <w:color w:val="0000EE"/>
            <w:u w:val="single"/>
          </w:rPr>
          <w:t>https://www.mediacourant.nl/2026/07/koningin-maxima-krijgt-kritiek-na-openen-pride-jurk-was-te-beige/</w:t>
        </w:r>
      </w:hyperlink>
      <w:r>
        <w:t xml:space="preserve"> - Queen Máxima celebrated love in all the colours of the rainbow by opening World Pride in Amsterdam. However, there was also criticism regarding her choice of attire, as she wore a beige dress. While the rest of Amsterdam was adorned in rainbow colours, glitter, and feathers, Máxima appeared in beige. Some commentators felt that for an event like Pride, a more colourful outfit would have been appropriate. (</w:t>
      </w:r>
      <w:hyperlink r:id="rId19">
        <w:r>
          <w:rPr>
            <w:color w:val="0000EE"/>
            <w:u w:val="single"/>
          </w:rPr>
          <w:t>mediacourant.nl</w:t>
        </w:r>
      </w:hyperlink>
      <w:r>
        <w:t>)</w:t>
      </w:r>
      <w:r/>
    </w:p>
    <w:p>
      <w:pPr>
        <w:pStyle w:val="ListNumber"/>
        <w:spacing w:line="240" w:lineRule="auto"/>
        <w:ind w:left="720"/>
      </w:pPr>
      <w:r/>
      <w:hyperlink r:id="rId14">
        <w:r>
          <w:rPr>
            <w:color w:val="0000EE"/>
            <w:u w:val="single"/>
          </w:rPr>
          <w:t>https://regioonline.nl/regio-amsterdam/koningin-maxima-worldpride-2026/</w:t>
        </w:r>
      </w:hyperlink>
      <w:r>
        <w:t xml:space="preserve"> - Queen Máxima officially opened WorldPride 2026 in Amsterdam's Vondelpark on July 25, 2026. WorldPride is an international event that draws worldwide attention to the visibility, emancipation, and human rights of the LGBTQIA+ community. Amsterdam is hosting WorldPride for the first time, with the event taking place from July 25 to August 8. The programme includes a Pride Walk from Dam Square to Vondelpark, a boat parade on the canals, the UNITY Concert at Museumplein, and the Human Rights Conference at Nieuwmarkt. Culture, human rights, connection, visibility, and celebration are at the heart of the programme. (</w:t>
      </w:r>
      <w:hyperlink r:id="rId20">
        <w:r>
          <w:rPr>
            <w:color w:val="0000EE"/>
            <w:u w:val="single"/>
          </w:rPr>
          <w:t>regioonline.nl</w:t>
        </w:r>
      </w:hyperlink>
      <w:r>
        <w:t>)</w:t>
      </w:r>
      <w:r/>
    </w:p>
    <w:p>
      <w:pPr>
        <w:pStyle w:val="ListNumber"/>
        <w:spacing w:line="240" w:lineRule="auto"/>
        <w:ind w:left="720"/>
      </w:pPr>
      <w:r/>
      <w:hyperlink r:id="rId13">
        <w:r>
          <w:rPr>
            <w:color w:val="0000EE"/>
            <w:u w:val="single"/>
          </w:rPr>
          <w:t>https://www.tportal.hr/lifestyle/clanak/haljina-s-royal-ascota-zasjala-u-novoj-povijesnoj-prigodi-kraljica-maxima-odusevila-izdanjem-u-amsterdamu-foto-20260726</w:t>
        </w:r>
      </w:hyperlink>
      <w:r>
        <w:t xml:space="preserve"> - Queen Máxima of the Netherlands made a striking appearance at the opening of WorldPride in Amsterdam, wearing an outfit that not only captivated with its elegance but also carried special symbolism. The Dutch queen once again drew attention with her fashion statement, this time at the opening of this year's WorldPride in Amsterdam, where she became the first queen to officially participate in the event. Her fashion choice entered royal history and also reminded of one of her most notable previous fashion moments. (</w:t>
      </w:r>
      <w:hyperlink r:id="rId21">
        <w:r>
          <w:rPr>
            <w:color w:val="0000EE"/>
            <w:u w:val="single"/>
          </w:rPr>
          <w:t>tportal.hr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nacion.com.ar/el-mundo/el-look-que-eligio-maxima-zorreguieta-para-encabezar-un-momento-historico-vestido-reciclado-y-un-nid30072026/" TargetMode="External"/><Relationship Id="rId10" Type="http://schemas.openxmlformats.org/officeDocument/2006/relationships/hyperlink" Target="https://www.koninklijkhuis.nl/actueel/nieuws/2026/07/08/koningin-maxima-opent-worldpride-2026" TargetMode="External"/><Relationship Id="rId11" Type="http://schemas.openxmlformats.org/officeDocument/2006/relationships/hyperlink" Target="https://www.hola.com/us/royals/20260725914814/queen-maxima-amsterdam-pride-outfit-royal-history/" TargetMode="External"/><Relationship Id="rId12" Type="http://schemas.openxmlformats.org/officeDocument/2006/relationships/hyperlink" Target="https://www.rd.nl/artikel/1155683-koningin-maxima-opent-worldpride-in-amsterdam" TargetMode="External"/><Relationship Id="rId13" Type="http://schemas.openxmlformats.org/officeDocument/2006/relationships/hyperlink" Target="https://www.tportal.hr/lifestyle/clanak/haljina-s-royal-ascota-zasjala-u-novoj-povijesnoj-prigodi-kraljica-maxima-odusevila-izdanjem-u-amsterdamu-foto-20260726" TargetMode="External"/><Relationship Id="rId14" Type="http://schemas.openxmlformats.org/officeDocument/2006/relationships/hyperlink" Target="https://regioonline.nl/regio-amsterdam/koningin-maxima-worldpride-2026/" TargetMode="External"/><Relationship Id="rId15" Type="http://schemas.openxmlformats.org/officeDocument/2006/relationships/hyperlink" Target="https://www.mediacourant.nl/2026/07/koningin-maxima-krijgt-kritiek-na-openen-pride-jurk-was-te-beige/" TargetMode="External"/><Relationship Id="rId16" Type="http://schemas.openxmlformats.org/officeDocument/2006/relationships/hyperlink" Target="https://www.koninklijkhuis.nl/actueel/nieuws/2026/07/08/koningin-maxima-opent-worldpride-2026?utm_source=openai" TargetMode="External"/><Relationship Id="rId17" Type="http://schemas.openxmlformats.org/officeDocument/2006/relationships/hyperlink" Target="https://www.rd.nl/artikel/1155683-koningin-maxima-opent-worldpride-in-amsterdam?utm_source=openai" TargetMode="External"/><Relationship Id="rId18" Type="http://schemas.openxmlformats.org/officeDocument/2006/relationships/hyperlink" Target="https://www.hola.com/us/royals/20260725914814/queen-maxima-amsterdam-pride-outfit-royal-history/?utm_source=openai" TargetMode="External"/><Relationship Id="rId19" Type="http://schemas.openxmlformats.org/officeDocument/2006/relationships/hyperlink" Target="https://www.mediacourant.nl/2026/07/koningin-maxima-krijgt-kritiek-na-openen-pride-jurk-was-te-beige/?utm_source=openai" TargetMode="External"/><Relationship Id="rId20" Type="http://schemas.openxmlformats.org/officeDocument/2006/relationships/hyperlink" Target="https://regioonline.nl/regio-amsterdam/koningin-maxima-worldpride-2026/?utm_source=openai" TargetMode="External"/><Relationship Id="rId21" Type="http://schemas.openxmlformats.org/officeDocument/2006/relationships/hyperlink" Target="https://www.tportal.hr/lifestyle/clanak/haljina-s-royal-ascota-zasjala-u-novoj-povijesnoj-prigodi-kraljica-maxima-odusevila-izdanjem-u-amsterdamu-foto-202607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