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Prague Pride 2026 Plans and Security: What to Know Before You Go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gearing up as Prague Pride tightens security and shifts its hub for 2026; organisers and police say changes to route and venue matter for safety, experience and accessibility. Here’s what to expect, why it changed, and practical tips for attendees.</w:t>
      </w:r>
      <w:r/>
    </w:p>
    <w:p>
      <w:r/>
      <w:r>
        <w:t>Essential Takeaways</w:t>
      </w:r>
      <w:r/>
      <w:r/>
    </w:p>
    <w:p>
      <w:pPr>
        <w:pStyle w:val="ListBullet"/>
        <w:spacing w:line="240" w:lineRule="auto"/>
        <w:ind w:left="720"/>
      </w:pPr>
      <w:r/>
      <w:r>
        <w:rPr>
          <w:b/>
        </w:rPr>
        <w:t>New main area:</w:t>
      </w:r>
      <w:r>
        <w:t xml:space="preserve"> Prague Pride’s central festival moves from Letná Plain to Štvanice Island, a more compact, riverside setting with a different atmosphere.</w:t>
      </w:r>
      <w:r/>
    </w:p>
    <w:p>
      <w:pPr>
        <w:pStyle w:val="ListBullet"/>
        <w:spacing w:line="240" w:lineRule="auto"/>
        <w:ind w:left="720"/>
      </w:pPr>
      <w:r/>
      <w:r>
        <w:rPr>
          <w:b/>
        </w:rPr>
        <w:t>Reworked parade route:</w:t>
      </w:r>
      <w:r>
        <w:t xml:space="preserve"> The Saturday march now starts in the lower section of Wenceslas Square, winds through the historic centre and finishes at Štvanice Island.</w:t>
      </w:r>
      <w:r/>
    </w:p>
    <w:p>
      <w:pPr>
        <w:pStyle w:val="ListBullet"/>
        <w:spacing w:line="240" w:lineRule="auto"/>
        <w:ind w:left="720"/>
      </w:pPr>
      <w:r/>
      <w:r>
        <w:rPr>
          <w:b/>
        </w:rPr>
        <w:t>Heightened security:</w:t>
      </w:r>
      <w:r>
        <w:t xml:space="preserve"> Czech police are deploying extra measures across the week-long event to protect participants after a recent attack at a similar European event.</w:t>
      </w:r>
      <w:r/>
    </w:p>
    <w:p>
      <w:pPr>
        <w:pStyle w:val="ListBullet"/>
        <w:spacing w:line="240" w:lineRule="auto"/>
        <w:ind w:left="720"/>
      </w:pPr>
      <w:r/>
      <w:r>
        <w:rPr>
          <w:b/>
        </w:rPr>
        <w:t>Quiet moment planned:</w:t>
      </w:r>
      <w:r>
        <w:t xml:space="preserve"> The parade will begin with a minute of silence on Wenceslas Square to remember the victim of the Berlin attack.</w:t>
      </w:r>
      <w:r/>
    </w:p>
    <w:p>
      <w:pPr>
        <w:pStyle w:val="ListBullet"/>
        <w:spacing w:line="240" w:lineRule="auto"/>
        <w:ind w:left="720"/>
      </w:pPr>
      <w:r/>
      <w:r>
        <w:rPr>
          <w:b/>
        </w:rPr>
        <w:t>Broad programme:</w:t>
      </w:r>
      <w:r>
        <w:t xml:space="preserve"> Expect more than 100 events, cultural, educational and social, spread across venues in the city; full listings are on the Prague Pride website.</w:t>
      </w:r>
      <w:r/>
      <w:r/>
    </w:p>
    <w:p>
      <w:pPr>
        <w:pStyle w:val="Heading2"/>
      </w:pPr>
      <w:r>
        <w:t>Why the move to Štvanice Island matters for safety and vibe</w:t>
      </w:r>
      <w:r/>
    </w:p>
    <w:p>
      <w:r/>
      <w:r>
        <w:t>Organisers have shifted the festival’s heart from Letná Plain to Štvanice Island, and it’s easy to picture the difference: the island brings a tighter, more intimate riverside feel compared with Letná’s open expanse. According to Prague Pride’s official pages, this change also lets security planners concentrate resources more effectively, while still offering plenty of outdoor space for stages and stalls. Practically, the island’s layout means entry points can be managed and checked without turning the week into an obstacle course for visitors.</w:t>
      </w:r>
      <w:r/>
    </w:p>
    <w:p>
      <w:r/>
      <w:r>
        <w:t>That said, attendees should expect different walking times and access routes. If you usually meet friends by the big trees on Letná, plan a new rendezvous point. Consider public transport and extra time for bag checks when you head to the island.</w:t>
      </w:r>
      <w:r/>
    </w:p>
    <w:p>
      <w:pPr>
        <w:pStyle w:val="Heading2"/>
      </w:pPr>
      <w:r>
        <w:t>What’s new about the parade route and the minute of silence</w:t>
      </w:r>
      <w:r/>
    </w:p>
    <w:p>
      <w:r/>
      <w:r>
        <w:t>The Saturday parade won’t follow the old route; instead it now begins in lower Wenceslas Square, travels through Prague’s historic centre and concludes on Štvanice Island. Organisers have said the march will open with a minute of silence on Wenceslas Square to honour the person killed in the Berlin attack , a clear signal that the community won’t be cowed by violence. The decision ties commemoration into celebration, and it’ll be a powerful, sombre start before the music and colours kick in.</w:t>
      </w:r>
      <w:r/>
    </w:p>
    <w:p>
      <w:r/>
      <w:r>
        <w:t>If you plan to watch the parade, choose a spot early and check any guidance from organisers about spectator zones. Streets in the historic core may be busier and some tram lines could be diverted.</w:t>
      </w:r>
      <w:r/>
    </w:p>
    <w:p>
      <w:pPr>
        <w:pStyle w:val="Heading2"/>
      </w:pPr>
      <w:r>
        <w:t>How security will feel on the ground , and what to bring</w:t>
      </w:r>
      <w:r/>
    </w:p>
    <w:p>
      <w:r/>
      <w:r>
        <w:t>Czech police are preparing additional measures for the week, so expect more uniformed officers, checkpoints and possibly bag searches at event entrances. Organisers and authorities say the aim is protection without spoiling the festival mood, but the presence of security will be noticeable. Think calm, visible policing rather than a heavy-handed lockdown.</w:t>
      </w:r>
      <w:r/>
    </w:p>
    <w:p>
      <w:r/>
      <w:r>
        <w:t>Pack light: a small clear bag, ID, water and a portable phone charger will make entry smoother. Avoid bulky backpacks, and be ready to follow stewards’ instructions. If someone in your group needs quieter areas or seating, research venues within the programme that offer accessible spaces.</w:t>
      </w:r>
      <w:r/>
    </w:p>
    <w:p>
      <w:pPr>
        <w:pStyle w:val="Heading2"/>
      </w:pPr>
      <w:r>
        <w:t>The programme: more than a parade</w:t>
      </w:r>
      <w:r/>
    </w:p>
    <w:p>
      <w:r/>
      <w:r>
        <w:t>Prague Pride’s programme this year includes over 100 cultural, educational and social events across the city, from talks and film screenings to parties and community workshops. That breadth means the festival is more than a single day out; there’s plenty on for different interests and energy levels. According to the festival’s event listings, dozens of associations, institutions and companies are involved, so you’ll find everything from grassroots meet-ups to institutional panels.</w:t>
      </w:r>
      <w:r/>
    </w:p>
    <w:p>
      <w:r/>
      <w:r>
        <w:t>Browse the programme online before you go and book tickets where needed. Want quieter moments? Look for daytime cultural talks or smaller venue events rather than the central plaza stages.</w:t>
      </w:r>
      <w:r/>
    </w:p>
    <w:p>
      <w:pPr>
        <w:pStyle w:val="Heading2"/>
      </w:pPr>
      <w:r>
        <w:t>Looking back and looking forward , why this festival still matters</w:t>
      </w:r>
      <w:r/>
    </w:p>
    <w:p>
      <w:r/>
      <w:r>
        <w:t>Prague Pride began in 2011 and has weathered vocal opposition in its early years; that history still colours the event, but protests have largely declined. The festival’s endurance is a reminder that public celebration and debate can shift over time. Organisers and attendees tend to see this year’s security and route changes as pragmatic responses to recent events in Europe, measures that promise both safety and the chance to continue visible, joyful activism.</w:t>
      </w:r>
      <w:r/>
    </w:p>
    <w:p>
      <w:r/>
      <w:r>
        <w:t>Expect a festival that’s thoughtful, lively and underpinned by resilience. Bring patience, plan ahead, and enjoy the variety of events on offer.</w:t>
      </w:r>
      <w:r/>
    </w:p>
    <w:p>
      <w:r/>
      <w:r>
        <w:t>It's a small change that can make every visit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https://praguemorning.cz/prague-pride-strengthens-security-measures-following-berlin-attack/</w:t>
        </w:r>
      </w:hyperlink>
      <w:r>
        <w:t xml:space="preserve"> - Please view link - unable to able to access data</w:t>
      </w:r>
      <w:r/>
    </w:p>
    <w:p>
      <w:pPr>
        <w:pStyle w:val="ListNumber"/>
        <w:spacing w:line="240" w:lineRule="auto"/>
        <w:ind w:left="720"/>
      </w:pPr>
      <w:r/>
      <w:hyperlink r:id="rId10">
        <w:r>
          <w:rPr>
            <w:color w:val="0000EE"/>
            <w:u w:val="single"/>
          </w:rPr>
          <w:t>https://www.praguepride.com/en/</w:t>
        </w:r>
      </w:hyperlink>
      <w:r>
        <w:t xml:space="preserve"> - Prague Pride is a human rights festival dedicated to improving the position of LGBT+ individuals. Its core principles include respect for human rights, creating an inclusive environment, and supporting diversity in society. The festival is based on the values of freedom, equality, and human dignity. The inaugural Prague Pride took place in August 2011, facing strong opposition from conservative groups and politicians who described the parade as obscene and accused its organisers of promoting what they called an 'ideology of homosexuality'. Then-President Václav Klaus was among the most prominent critics, arguing that society needed to oppose what he described as the spread of homosexuality. Protests continued in subsequent years but gradually declined in size and intensity. The festival has grown significantly over the years, with nearly 100,000 attendees in 2024. The programme includes a wide range of cultural and social events, public discussions, debates, sporting and spiritual gatherings, and welcomes international guests. The highlight of the week is Saturday's Rainbow Parade through Prague, which this year will follow a modified route through the historic centre and will end, for the first time, on Štvanice Island, where Pride Park will take place. The parade will once again set out from the lower part of Wenceslas Square and proceed along Na Příkopě and Celetná streets, through Old Town Square, and onto Pařížská Street. From there, the parade will turn onto Dvořák Embankment and head along the river via Ludvík Svoboda Embankment to Hlávkův Bridge, from where it will continue to Štvanice Island. The festival's main area is moving from Letná Plain to Štvanice Island, and the traditional Saturday parade will follow a new route, starting in the lower section of Wenceslas Square, continuing through the historic centre and ending at Štvanice. Organisers will begin the parade with a minute of silence on Wenceslas Square to remember the person killed in the Berlin attack. 'Thousands of people standing in silence will be a reminder that we will definitely not remain silent about violence motivated by prejudice,' Prague Pride director Kamila Fröhlichová said. This year's Prague Pride will feature more than 100 cultural, educational, and social events. Dozens of associations, institutions, companies, and individuals will organise programmes at venues across the capital. While many events will focus on the lives and experiences of LGBTQ+ people, the festival will also address wider questions surrounding human rights and civil society. A full programme is available on the Prague Pride website.</w:t>
      </w:r>
      <w:r/>
    </w:p>
    <w:p>
      <w:pPr>
        <w:pStyle w:val="ListNumber"/>
        <w:spacing w:line="240" w:lineRule="auto"/>
        <w:ind w:left="720"/>
      </w:pPr>
      <w:r/>
      <w:hyperlink r:id="rId11">
        <w:r>
          <w:rPr>
            <w:color w:val="0000EE"/>
            <w:u w:val="single"/>
          </w:rPr>
          <w:t>https://prague.eu/en/akce/prague-pride/</w:t>
        </w:r>
      </w:hyperlink>
      <w:r>
        <w:t xml:space="preserve"> - The Prague Pride LGBT+ festival is a major part of Prague’s cultural summer. Its 16th edition will take place from August 3 to 9, 2026, under the theme 'Times Are Changing,' which reflects societal transformations as well as an emphasis on human rights and civic engagement. The festival will once again provide a space for people to come together regardless of their sexual orientation or gender identity and will address both current and previously taboo topics. The programme traditionally includes a wide range of cultural and social events, public discussions, debates, sporting and spiritual gatherings, and also welcomes international guests. The highlight of the week is Saturday’s Rainbow Parade through Prague, which this year will follow a modified route through the historic centre and will end, for the first time, on Štvanice Island, where Pride Park will take place. The parade will once again set out from the lower part of Wenceslas Square and proceed along Na Příkopě and Celetná streets, through Old Town Square, and onto Pařížská Street. From there, the parade will turn onto Dvořák Embankment and head along the river via Ludvík Svoboda Embankment to Hlávkův Bridge, from where it will continue to Štvanice Island.</w:t>
      </w:r>
      <w:r/>
    </w:p>
    <w:p>
      <w:pPr>
        <w:pStyle w:val="ListNumber"/>
        <w:spacing w:line="240" w:lineRule="auto"/>
        <w:ind w:left="720"/>
      </w:pPr>
      <w:r/>
      <w:hyperlink r:id="rId12">
        <w:r>
          <w:rPr>
            <w:color w:val="0000EE"/>
            <w:u w:val="single"/>
          </w:rPr>
          <w:t>https://festival.praguepride.com/program/karty/</w:t>
        </w:r>
      </w:hyperlink>
      <w:r>
        <w:t xml:space="preserve"> - The Prague Pride Festival offers a comprehensive daily programme of events, including lectures, discussions, film screenings, theatre performances, dance shows, talk-shows, sports events, spiritual gatherings, and entertainment such as concerts, parties, and picnics. The festival's main area is moving from Letná Plain to Štvanice Island, and the traditional Saturday parade will follow a new route, starting in the lower section of Wenceslas Square, continuing through the historic centre and ending at Štvanice. Organisers will begin the parade with a minute of silence on Wenceslas Square to remember the person killed in the Berlin attack. 'Thousands of people standing in silence will be a reminder that we will definitely not remain silent about violence motivated by prejudice,' Prague Pride director Kamila Fröhlichová said. This year's Prague Pride will feature more than 100 cultural, educational, and social events. Dozens of associations, institutions, companies, and individuals will organise programmes at venues across the capital. While many events will focus on the lives and experiences of LGBTQ+ people, the festival will also address wider questions surrounding human rights and civil society. A full programme is available on the Prague Pride website.</w:t>
      </w:r>
      <w:r/>
    </w:p>
    <w:p>
      <w:pPr>
        <w:pStyle w:val="ListNumber"/>
        <w:spacing w:line="240" w:lineRule="auto"/>
        <w:ind w:left="720"/>
      </w:pPr>
      <w:r/>
      <w:hyperlink r:id="rId10">
        <w:r>
          <w:rPr>
            <w:color w:val="0000EE"/>
            <w:u w:val="single"/>
          </w:rPr>
          <w:t>https://www.praguepride.com/en/</w:t>
        </w:r>
      </w:hyperlink>
      <w:r>
        <w:t xml:space="preserve"> - Prague Pride is a human rights festival dedicated to improving the position of LGBT+ individuals. Its core principles include respect for human rights, creating an inclusive environment, and supporting diversity in society. The festival is based on the values of freedom, equality, and human dignity. The inaugural Prague Pride took place in August 2011, facing strong opposition from conservative groups and politicians who described the parade as obscene and accused its organisers of promoting what they called an 'ideology of homosexuality'. Then-President Václav Klaus was among the most prominent critics, arguing that society needed to oppose what he described as the spread of homosexuality. Protests continued in subsequent years but gradually declined in size and intensity. The festival has grown significantly over the years, with nearly 100,000 attendees in 2024. The programme includes a wide range of cultural and social events, public discussions, debates, sporting and spiritual gatherings, and welcomes international guests. The highlight of the week is Saturday's Rainbow Parade through Prague, which this year will follow a modified route through the historic centre and will end, for the first time, on Štvanice Island, where Pride Park will take place. The parade will once again set out from the lower part of Wenceslas Square and proceed along Na Příkopě and Celetná streets, through Old Town Square, and onto Pařížská Street. From there, the parade will turn onto Dvořák Embankment and head along the river via Ludvík Svoboda Embankment to Hlávkův Bridge, from where it will continue to Štvanice Island. The festival's main area is moving from Letná Plain to Štvanice Island, and the traditional Saturday parade will follow a new route, starting in the lower section of Wenceslas Square, continuing through the historic centre and ending at Štvanice. Organisers will begin the parade with a minute of silence on Wenceslas Square to remember the person killed in the Berlin attack. 'Thousands of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aguemorning.cz/prague-pride-strengthens-security-measures-following-berlin-attack/" TargetMode="External"/><Relationship Id="rId10" Type="http://schemas.openxmlformats.org/officeDocument/2006/relationships/hyperlink" Target="https://www.praguepride.com/en/" TargetMode="External"/><Relationship Id="rId11" Type="http://schemas.openxmlformats.org/officeDocument/2006/relationships/hyperlink" Target="https://prague.eu/en/akce/prague-pride/" TargetMode="External"/><Relationship Id="rId12" Type="http://schemas.openxmlformats.org/officeDocument/2006/relationships/hyperlink" Target="https://festival.praguepride.com/program/kar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